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0B0A" w14:textId="6CB1D687" w:rsidR="0024032A" w:rsidRPr="00DA4DE2" w:rsidRDefault="00DA4DE2" w:rsidP="0024032A">
      <w:pPr>
        <w:jc w:val="center"/>
        <w:rPr>
          <w:rFonts w:ascii="Corbel" w:hAnsi="Corbel"/>
          <w:b/>
          <w:sz w:val="48"/>
          <w:lang w:val="sr-Cyrl-RS"/>
        </w:rPr>
      </w:pPr>
      <w:r>
        <w:rPr>
          <w:rFonts w:ascii="Corbel" w:hAnsi="Corbel"/>
          <w:b/>
          <w:sz w:val="48"/>
          <w:lang w:val="sr-Cyrl-RS"/>
        </w:rPr>
        <w:t>Република Србија</w:t>
      </w:r>
    </w:p>
    <w:p w14:paraId="43CE50BD" w14:textId="77777777" w:rsidR="00E8240E" w:rsidRPr="001632C4" w:rsidRDefault="00E8240E" w:rsidP="00E8240E"/>
    <w:p w14:paraId="54F45D4C" w14:textId="3678A4BD" w:rsidR="00E8240E" w:rsidRPr="001632C4" w:rsidRDefault="00E8240E" w:rsidP="00E8240E"/>
    <w:p w14:paraId="0F26716C" w14:textId="06F6DB72" w:rsidR="00E8240E" w:rsidRPr="001632C4" w:rsidRDefault="00E8240E" w:rsidP="00E8240E"/>
    <w:p w14:paraId="01382D81" w14:textId="51445E48" w:rsidR="003D11EE" w:rsidRDefault="00382878" w:rsidP="00B94A65">
      <w:pPr>
        <w:jc w:val="center"/>
        <w:rPr>
          <w:rFonts w:ascii="Corbel" w:hAnsi="Corbel"/>
          <w:b/>
          <w:bCs/>
          <w:sz w:val="48"/>
          <w:szCs w:val="48"/>
        </w:rPr>
      </w:pPr>
      <w:proofErr w:type="spellStart"/>
      <w:r w:rsidRPr="00382878">
        <w:rPr>
          <w:rFonts w:ascii="Corbel" w:hAnsi="Corbel"/>
          <w:b/>
          <w:bCs/>
          <w:sz w:val="48"/>
          <w:szCs w:val="48"/>
        </w:rPr>
        <w:t>Србија</w:t>
      </w:r>
      <w:proofErr w:type="spellEnd"/>
      <w:r w:rsidRPr="00382878">
        <w:rPr>
          <w:rFonts w:ascii="Corbel" w:hAnsi="Corbel"/>
          <w:b/>
          <w:bCs/>
          <w:sz w:val="48"/>
          <w:szCs w:val="48"/>
        </w:rPr>
        <w:t xml:space="preserve"> - </w:t>
      </w:r>
      <w:proofErr w:type="spellStart"/>
      <w:r w:rsidRPr="00382878">
        <w:rPr>
          <w:rFonts w:ascii="Corbel" w:hAnsi="Corbel"/>
          <w:b/>
          <w:bCs/>
          <w:sz w:val="48"/>
          <w:szCs w:val="48"/>
        </w:rPr>
        <w:t>Пројекат</w:t>
      </w:r>
      <w:proofErr w:type="spellEnd"/>
      <w:r w:rsidRPr="00382878">
        <w:rPr>
          <w:rFonts w:ascii="Corbel" w:hAnsi="Corbel"/>
          <w:b/>
          <w:bCs/>
          <w:sz w:val="48"/>
          <w:szCs w:val="48"/>
        </w:rPr>
        <w:t xml:space="preserve"> </w:t>
      </w:r>
      <w:proofErr w:type="spellStart"/>
      <w:r w:rsidRPr="00382878">
        <w:rPr>
          <w:rFonts w:ascii="Corbel" w:hAnsi="Corbel"/>
          <w:b/>
          <w:bCs/>
          <w:sz w:val="48"/>
          <w:szCs w:val="48"/>
        </w:rPr>
        <w:t>стратешке</w:t>
      </w:r>
      <w:proofErr w:type="spellEnd"/>
      <w:r w:rsidRPr="00382878">
        <w:rPr>
          <w:rFonts w:ascii="Corbel" w:hAnsi="Corbel"/>
          <w:b/>
          <w:bCs/>
          <w:sz w:val="48"/>
          <w:szCs w:val="48"/>
        </w:rPr>
        <w:t xml:space="preserve"> </w:t>
      </w:r>
      <w:proofErr w:type="spellStart"/>
      <w:r w:rsidRPr="00382878">
        <w:rPr>
          <w:rFonts w:ascii="Corbel" w:hAnsi="Corbel"/>
          <w:b/>
          <w:bCs/>
          <w:sz w:val="48"/>
          <w:szCs w:val="48"/>
        </w:rPr>
        <w:t>гасне</w:t>
      </w:r>
      <w:proofErr w:type="spellEnd"/>
      <w:r w:rsidRPr="00382878">
        <w:rPr>
          <w:rFonts w:ascii="Corbel" w:hAnsi="Corbel"/>
          <w:b/>
          <w:bCs/>
          <w:sz w:val="48"/>
          <w:szCs w:val="48"/>
        </w:rPr>
        <w:t xml:space="preserve"> </w:t>
      </w:r>
      <w:proofErr w:type="spellStart"/>
      <w:r w:rsidRPr="00382878">
        <w:rPr>
          <w:rFonts w:ascii="Corbel" w:hAnsi="Corbel"/>
          <w:b/>
          <w:bCs/>
          <w:sz w:val="48"/>
          <w:szCs w:val="48"/>
        </w:rPr>
        <w:t>инфраструктуре</w:t>
      </w:r>
      <w:proofErr w:type="spellEnd"/>
      <w:r w:rsidRPr="00382878">
        <w:rPr>
          <w:rFonts w:ascii="Corbel" w:hAnsi="Corbel"/>
          <w:b/>
          <w:bCs/>
          <w:sz w:val="48"/>
          <w:szCs w:val="48"/>
        </w:rPr>
        <w:t xml:space="preserve"> и </w:t>
      </w:r>
      <w:proofErr w:type="spellStart"/>
      <w:r w:rsidRPr="00382878">
        <w:rPr>
          <w:rFonts w:ascii="Corbel" w:hAnsi="Corbel"/>
          <w:b/>
          <w:bCs/>
          <w:sz w:val="48"/>
          <w:szCs w:val="48"/>
        </w:rPr>
        <w:t>институционалног</w:t>
      </w:r>
      <w:proofErr w:type="spellEnd"/>
      <w:r w:rsidRPr="00382878">
        <w:rPr>
          <w:rFonts w:ascii="Corbel" w:hAnsi="Corbel"/>
          <w:b/>
          <w:bCs/>
          <w:sz w:val="48"/>
          <w:szCs w:val="48"/>
        </w:rPr>
        <w:t xml:space="preserve"> </w:t>
      </w:r>
      <w:proofErr w:type="spellStart"/>
      <w:r w:rsidRPr="00382878">
        <w:rPr>
          <w:rFonts w:ascii="Corbel" w:hAnsi="Corbel"/>
          <w:b/>
          <w:bCs/>
          <w:sz w:val="48"/>
          <w:szCs w:val="48"/>
        </w:rPr>
        <w:t>јачања</w:t>
      </w:r>
      <w:proofErr w:type="spellEnd"/>
      <w:r w:rsidR="00B833DC" w:rsidRPr="00A11241">
        <w:rPr>
          <w:rFonts w:ascii="Corbel" w:hAnsi="Corbel"/>
          <w:b/>
          <w:bCs/>
          <w:sz w:val="48"/>
          <w:szCs w:val="48"/>
        </w:rPr>
        <w:t xml:space="preserve"> </w:t>
      </w:r>
    </w:p>
    <w:p w14:paraId="080D9EC1" w14:textId="77777777" w:rsidR="003D11EE" w:rsidRDefault="003D11EE" w:rsidP="003D11EE">
      <w:pPr>
        <w:jc w:val="center"/>
        <w:rPr>
          <w:rFonts w:ascii="Corbel" w:hAnsi="Corbel"/>
          <w:b/>
          <w:bCs/>
          <w:sz w:val="48"/>
          <w:szCs w:val="48"/>
        </w:rPr>
      </w:pPr>
      <w:r w:rsidRPr="00A11241">
        <w:rPr>
          <w:rFonts w:ascii="Corbel" w:hAnsi="Corbel"/>
          <w:b/>
          <w:bCs/>
          <w:sz w:val="48"/>
          <w:szCs w:val="48"/>
        </w:rPr>
        <w:t>(P516640)</w:t>
      </w:r>
    </w:p>
    <w:p w14:paraId="27C49915" w14:textId="5EA55424" w:rsidR="00A801F6" w:rsidRDefault="00382878" w:rsidP="00B94A65">
      <w:pPr>
        <w:jc w:val="center"/>
        <w:rPr>
          <w:rFonts w:ascii="Corbel" w:hAnsi="Corbel"/>
          <w:b/>
          <w:bCs/>
          <w:sz w:val="48"/>
          <w:szCs w:val="48"/>
        </w:rPr>
      </w:pPr>
      <w:proofErr w:type="spellStart"/>
      <w:r w:rsidRPr="00382878">
        <w:rPr>
          <w:rFonts w:ascii="Corbel" w:hAnsi="Corbel"/>
          <w:b/>
          <w:bCs/>
          <w:sz w:val="48"/>
          <w:szCs w:val="48"/>
        </w:rPr>
        <w:t>Вишефазни</w:t>
      </w:r>
      <w:proofErr w:type="spellEnd"/>
      <w:r w:rsidRPr="00382878">
        <w:rPr>
          <w:rFonts w:ascii="Corbel" w:hAnsi="Corbel"/>
          <w:b/>
          <w:bCs/>
          <w:sz w:val="48"/>
          <w:szCs w:val="48"/>
        </w:rPr>
        <w:t xml:space="preserve"> </w:t>
      </w:r>
      <w:proofErr w:type="spellStart"/>
      <w:r w:rsidRPr="00382878">
        <w:rPr>
          <w:rFonts w:ascii="Corbel" w:hAnsi="Corbel"/>
          <w:b/>
          <w:bCs/>
          <w:sz w:val="48"/>
          <w:szCs w:val="48"/>
        </w:rPr>
        <w:t>програмски</w:t>
      </w:r>
      <w:proofErr w:type="spellEnd"/>
      <w:r w:rsidRPr="00382878">
        <w:rPr>
          <w:rFonts w:ascii="Corbel" w:hAnsi="Corbel"/>
          <w:b/>
          <w:bCs/>
          <w:sz w:val="48"/>
          <w:szCs w:val="48"/>
        </w:rPr>
        <w:t xml:space="preserve"> </w:t>
      </w:r>
      <w:proofErr w:type="spellStart"/>
      <w:r w:rsidRPr="00382878">
        <w:rPr>
          <w:rFonts w:ascii="Corbel" w:hAnsi="Corbel"/>
          <w:b/>
          <w:bCs/>
          <w:sz w:val="48"/>
          <w:szCs w:val="48"/>
        </w:rPr>
        <w:t>приступ</w:t>
      </w:r>
      <w:proofErr w:type="spellEnd"/>
      <w:r w:rsidR="00C41D10" w:rsidRPr="00A11241">
        <w:rPr>
          <w:rFonts w:ascii="Corbel" w:hAnsi="Corbel"/>
          <w:b/>
          <w:bCs/>
          <w:sz w:val="48"/>
          <w:szCs w:val="48"/>
        </w:rPr>
        <w:t xml:space="preserve"> </w:t>
      </w:r>
    </w:p>
    <w:p w14:paraId="12B4AB62" w14:textId="4406B49E" w:rsidR="00C41D10" w:rsidRDefault="00382878" w:rsidP="00B94A65">
      <w:pPr>
        <w:jc w:val="center"/>
        <w:rPr>
          <w:rFonts w:ascii="Corbel" w:hAnsi="Corbel"/>
          <w:b/>
          <w:bCs/>
          <w:sz w:val="48"/>
          <w:szCs w:val="48"/>
        </w:rPr>
      </w:pPr>
      <w:r>
        <w:rPr>
          <w:rFonts w:ascii="Corbel" w:hAnsi="Corbel"/>
          <w:b/>
          <w:bCs/>
          <w:sz w:val="48"/>
          <w:szCs w:val="48"/>
          <w:lang w:val="sr-Cyrl-RS"/>
        </w:rPr>
        <w:t>Фаза</w:t>
      </w:r>
      <w:r w:rsidR="003D11EE">
        <w:rPr>
          <w:rFonts w:ascii="Corbel" w:hAnsi="Corbel"/>
          <w:b/>
          <w:bCs/>
          <w:sz w:val="48"/>
          <w:szCs w:val="48"/>
        </w:rPr>
        <w:t xml:space="preserve"> 1 </w:t>
      </w:r>
    </w:p>
    <w:p w14:paraId="5C2D7E34" w14:textId="77777777" w:rsidR="00F21E8B" w:rsidRPr="00A11241" w:rsidRDefault="00F21E8B" w:rsidP="00A11241">
      <w:pPr>
        <w:jc w:val="center"/>
        <w:rPr>
          <w:rFonts w:ascii="Corbel" w:hAnsi="Corbel"/>
          <w:b/>
          <w:bCs/>
          <w:sz w:val="48"/>
          <w:szCs w:val="48"/>
        </w:rPr>
      </w:pPr>
    </w:p>
    <w:p w14:paraId="0C141771" w14:textId="264D3A71" w:rsidR="00DB6142" w:rsidRPr="006E0F49" w:rsidRDefault="006E0F49" w:rsidP="00A11241">
      <w:pPr>
        <w:jc w:val="center"/>
        <w:rPr>
          <w:b/>
          <w:sz w:val="56"/>
          <w:lang w:val="sr-Cyrl-RS"/>
        </w:rPr>
      </w:pPr>
      <w:bookmarkStart w:id="0" w:name="_Hlk236782249"/>
      <w:proofErr w:type="spellStart"/>
      <w:r w:rsidRPr="006E0F49">
        <w:rPr>
          <w:b/>
          <w:sz w:val="56"/>
        </w:rPr>
        <w:t>План</w:t>
      </w:r>
      <w:proofErr w:type="spellEnd"/>
      <w:r w:rsidRPr="006E0F49">
        <w:rPr>
          <w:b/>
          <w:sz w:val="56"/>
        </w:rPr>
        <w:t xml:space="preserve"> </w:t>
      </w:r>
      <w:proofErr w:type="spellStart"/>
      <w:r w:rsidRPr="006E0F49">
        <w:rPr>
          <w:b/>
          <w:sz w:val="56"/>
        </w:rPr>
        <w:t>еколошк</w:t>
      </w:r>
      <w:proofErr w:type="spellEnd"/>
      <w:r>
        <w:rPr>
          <w:b/>
          <w:sz w:val="56"/>
          <w:lang w:val="sr-Cyrl-RS"/>
        </w:rPr>
        <w:t>их</w:t>
      </w:r>
      <w:r w:rsidRPr="006E0F49">
        <w:rPr>
          <w:b/>
          <w:sz w:val="56"/>
        </w:rPr>
        <w:t xml:space="preserve"> и </w:t>
      </w:r>
      <w:proofErr w:type="spellStart"/>
      <w:r w:rsidRPr="006E0F49">
        <w:rPr>
          <w:b/>
          <w:sz w:val="56"/>
        </w:rPr>
        <w:t>социјалн</w:t>
      </w:r>
      <w:proofErr w:type="spellEnd"/>
      <w:r>
        <w:rPr>
          <w:b/>
          <w:sz w:val="56"/>
          <w:lang w:val="sr-Cyrl-RS"/>
        </w:rPr>
        <w:t>их</w:t>
      </w:r>
      <w:r w:rsidRPr="006E0F49">
        <w:rPr>
          <w:b/>
          <w:sz w:val="56"/>
        </w:rPr>
        <w:t xml:space="preserve"> </w:t>
      </w:r>
      <w:r>
        <w:rPr>
          <w:b/>
          <w:sz w:val="56"/>
          <w:lang w:val="sr-Cyrl-RS"/>
        </w:rPr>
        <w:t>обавеза</w:t>
      </w:r>
      <w:bookmarkEnd w:id="0"/>
    </w:p>
    <w:p w14:paraId="13D32208" w14:textId="694AA6FC" w:rsidR="00A11241" w:rsidRPr="006E0F49" w:rsidRDefault="006E0F49" w:rsidP="00A11241">
      <w:pPr>
        <w:jc w:val="center"/>
        <w:rPr>
          <w:b/>
          <w:bCs/>
          <w:i/>
          <w:iCs/>
          <w:lang w:val="sr-Cyrl-RS"/>
        </w:rPr>
      </w:pPr>
      <w:proofErr w:type="spellStart"/>
      <w:r w:rsidRPr="006E0F49">
        <w:rPr>
          <w:b/>
          <w:bCs/>
          <w:i/>
          <w:iCs/>
        </w:rPr>
        <w:t>Верзија</w:t>
      </w:r>
      <w:proofErr w:type="spellEnd"/>
      <w:r w:rsidRPr="006E0F49">
        <w:rPr>
          <w:b/>
          <w:bCs/>
          <w:i/>
          <w:iCs/>
        </w:rPr>
        <w:t xml:space="preserve"> </w:t>
      </w:r>
      <w:proofErr w:type="spellStart"/>
      <w:r w:rsidRPr="006E0F49">
        <w:rPr>
          <w:b/>
          <w:bCs/>
          <w:i/>
          <w:iCs/>
        </w:rPr>
        <w:t>за</w:t>
      </w:r>
      <w:proofErr w:type="spellEnd"/>
      <w:r w:rsidRPr="006E0F49">
        <w:rPr>
          <w:b/>
          <w:bCs/>
          <w:i/>
          <w:iCs/>
        </w:rPr>
        <w:t xml:space="preserve"> </w:t>
      </w:r>
      <w:proofErr w:type="spellStart"/>
      <w:r w:rsidRPr="006E0F49">
        <w:rPr>
          <w:b/>
          <w:bCs/>
          <w:i/>
          <w:iCs/>
        </w:rPr>
        <w:t>процену</w:t>
      </w:r>
      <w:proofErr w:type="spellEnd"/>
      <w:r>
        <w:rPr>
          <w:b/>
          <w:bCs/>
          <w:i/>
          <w:iCs/>
          <w:lang w:val="sr-Cyrl-RS"/>
        </w:rPr>
        <w:t xml:space="preserve"> од </w:t>
      </w:r>
      <w:r w:rsidR="002A54E1">
        <w:rPr>
          <w:b/>
          <w:bCs/>
          <w:i/>
          <w:iCs/>
        </w:rPr>
        <w:t>28.</w:t>
      </w:r>
      <w:r>
        <w:rPr>
          <w:b/>
          <w:bCs/>
          <w:i/>
          <w:iCs/>
          <w:lang w:val="sr-Cyrl-RS"/>
        </w:rPr>
        <w:t xml:space="preserve"> јула </w:t>
      </w:r>
      <w:r w:rsidR="00F05447" w:rsidRPr="00A11241">
        <w:rPr>
          <w:b/>
          <w:bCs/>
          <w:i/>
          <w:iCs/>
        </w:rPr>
        <w:t>2026</w:t>
      </w:r>
      <w:r>
        <w:rPr>
          <w:b/>
          <w:bCs/>
          <w:i/>
          <w:iCs/>
          <w:lang w:val="sr-Cyrl-RS"/>
        </w:rPr>
        <w:t>. године</w:t>
      </w:r>
    </w:p>
    <w:p w14:paraId="66937EF1" w14:textId="332BF012" w:rsidR="0028127D" w:rsidRPr="00F05447" w:rsidRDefault="0028127D" w:rsidP="00A11241">
      <w:pPr>
        <w:jc w:val="center"/>
        <w:rPr>
          <w:sz w:val="28"/>
          <w:szCs w:val="28"/>
        </w:rPr>
      </w:pPr>
      <w:bookmarkStart w:id="1" w:name="_Hlk234697548"/>
    </w:p>
    <w:bookmarkEnd w:id="1"/>
    <w:p w14:paraId="72528C45" w14:textId="77777777" w:rsidR="0028127D" w:rsidRPr="001632C4" w:rsidRDefault="0028127D" w:rsidP="0028127D"/>
    <w:p w14:paraId="4BFEF96B" w14:textId="56C89BFA" w:rsidR="00D92CC9" w:rsidRPr="00302478" w:rsidRDefault="00EC0116" w:rsidP="00D92CC9">
      <w:pPr>
        <w:jc w:val="center"/>
        <w:rPr>
          <w:rFonts w:ascii="Calibri" w:hAnsi="Calibri"/>
          <w:b/>
        </w:rPr>
      </w:pPr>
      <w:bookmarkStart w:id="2" w:name="_Hlk234705006"/>
      <w:r w:rsidRPr="001632C4">
        <w:br w:type="page"/>
      </w:r>
      <w:r w:rsidR="006E0F49" w:rsidRPr="006E0F49">
        <w:rPr>
          <w:rFonts w:ascii="Calibri" w:hAnsi="Calibri"/>
          <w:b/>
        </w:rPr>
        <w:lastRenderedPageBreak/>
        <w:t>ПЛАН ЕКОЛОШКИХ И СОЦИЈАЛНИХ ОБАВЕЗА</w:t>
      </w:r>
    </w:p>
    <w:bookmarkEnd w:id="2"/>
    <w:p w14:paraId="02D67FD0" w14:textId="3C2D5246" w:rsidR="00C41D10" w:rsidRPr="00DB6142" w:rsidRDefault="006E0F49" w:rsidP="00C41D10">
      <w:pPr>
        <w:pStyle w:val="Pasussalistom"/>
        <w:numPr>
          <w:ilvl w:val="0"/>
          <w:numId w:val="14"/>
        </w:numPr>
        <w:spacing w:after="240" w:line="240" w:lineRule="auto"/>
        <w:contextualSpacing w:val="0"/>
      </w:pPr>
      <w:proofErr w:type="spellStart"/>
      <w:r w:rsidRPr="006E0F49">
        <w:t>Република</w:t>
      </w:r>
      <w:proofErr w:type="spellEnd"/>
      <w:r w:rsidRPr="006E0F49">
        <w:t xml:space="preserve"> </w:t>
      </w:r>
      <w:proofErr w:type="spellStart"/>
      <w:r w:rsidRPr="006E0F49">
        <w:t>Србија</w:t>
      </w:r>
      <w:proofErr w:type="spellEnd"/>
      <w:r w:rsidRPr="006E0F49">
        <w:t xml:space="preserve"> (</w:t>
      </w:r>
      <w:proofErr w:type="spellStart"/>
      <w:r w:rsidRPr="006E0F49">
        <w:t>Зајмопримац</w:t>
      </w:r>
      <w:proofErr w:type="spellEnd"/>
      <w:r w:rsidRPr="006E0F49">
        <w:t xml:space="preserve">) </w:t>
      </w:r>
      <w:proofErr w:type="spellStart"/>
      <w:r w:rsidRPr="006E0F49">
        <w:t>ће</w:t>
      </w:r>
      <w:proofErr w:type="spellEnd"/>
      <w:r w:rsidRPr="006E0F49">
        <w:t xml:space="preserve"> </w:t>
      </w:r>
      <w:proofErr w:type="spellStart"/>
      <w:r w:rsidRPr="006E0F49">
        <w:t>спровести</w:t>
      </w:r>
      <w:proofErr w:type="spellEnd"/>
      <w:r w:rsidRPr="006E0F49">
        <w:t xml:space="preserve"> </w:t>
      </w:r>
      <w:proofErr w:type="spellStart"/>
      <w:r w:rsidRPr="006E0F49">
        <w:t>Пројекат</w:t>
      </w:r>
      <w:proofErr w:type="spellEnd"/>
      <w:r w:rsidRPr="006E0F49">
        <w:t xml:space="preserve"> </w:t>
      </w:r>
      <w:proofErr w:type="spellStart"/>
      <w:r w:rsidRPr="006E0F49">
        <w:t>стратешке</w:t>
      </w:r>
      <w:proofErr w:type="spellEnd"/>
      <w:r w:rsidRPr="006E0F49">
        <w:t xml:space="preserve"> </w:t>
      </w:r>
      <w:proofErr w:type="spellStart"/>
      <w:r w:rsidRPr="006E0F49">
        <w:t>гасне</w:t>
      </w:r>
      <w:proofErr w:type="spellEnd"/>
      <w:r w:rsidRPr="006E0F49">
        <w:t xml:space="preserve"> </w:t>
      </w:r>
      <w:proofErr w:type="spellStart"/>
      <w:r w:rsidRPr="006E0F49">
        <w:t>инфраструктуре</w:t>
      </w:r>
      <w:proofErr w:type="spellEnd"/>
      <w:r w:rsidRPr="006E0F49">
        <w:t xml:space="preserve"> и </w:t>
      </w:r>
      <w:proofErr w:type="spellStart"/>
      <w:r w:rsidRPr="006E0F49">
        <w:t>институционалног</w:t>
      </w:r>
      <w:proofErr w:type="spellEnd"/>
      <w:r w:rsidRPr="006E0F49">
        <w:t xml:space="preserve"> </w:t>
      </w:r>
      <w:proofErr w:type="spellStart"/>
      <w:r w:rsidRPr="006E0F49">
        <w:t>јачања</w:t>
      </w:r>
      <w:proofErr w:type="spellEnd"/>
      <w:r w:rsidRPr="006E0F49">
        <w:t xml:space="preserve"> </w:t>
      </w:r>
      <w:r>
        <w:rPr>
          <w:lang w:val="sr-Cyrl-RS"/>
        </w:rPr>
        <w:t xml:space="preserve">у </w:t>
      </w:r>
      <w:proofErr w:type="spellStart"/>
      <w:r w:rsidRPr="006E0F49">
        <w:t>Србиј</w:t>
      </w:r>
      <w:proofErr w:type="spellEnd"/>
      <w:r>
        <w:rPr>
          <w:lang w:val="sr-Cyrl-RS"/>
        </w:rPr>
        <w:t>и</w:t>
      </w:r>
      <w:r w:rsidRPr="006E0F49">
        <w:t xml:space="preserve"> (</w:t>
      </w:r>
      <w:proofErr w:type="spellStart"/>
      <w:r w:rsidRPr="006E0F49">
        <w:t>Пројекат</w:t>
      </w:r>
      <w:proofErr w:type="spellEnd"/>
      <w:r w:rsidR="003D11EE">
        <w:t xml:space="preserve">) </w:t>
      </w:r>
      <w:proofErr w:type="spellStart"/>
      <w:r w:rsidRPr="006E0F49">
        <w:t>користећи</w:t>
      </w:r>
      <w:proofErr w:type="spellEnd"/>
      <w:r w:rsidRPr="006E0F49">
        <w:t xml:space="preserve"> </w:t>
      </w:r>
      <w:proofErr w:type="spellStart"/>
      <w:r w:rsidRPr="006E0F49">
        <w:t>Вишефазни</w:t>
      </w:r>
      <w:proofErr w:type="spellEnd"/>
      <w:r w:rsidRPr="006E0F49">
        <w:t xml:space="preserve"> </w:t>
      </w:r>
      <w:proofErr w:type="spellStart"/>
      <w:r w:rsidRPr="006E0F49">
        <w:t>програмски</w:t>
      </w:r>
      <w:proofErr w:type="spellEnd"/>
      <w:r w:rsidRPr="006E0F49">
        <w:t xml:space="preserve"> </w:t>
      </w:r>
      <w:proofErr w:type="spellStart"/>
      <w:r w:rsidRPr="006E0F49">
        <w:t>приступ</w:t>
      </w:r>
      <w:proofErr w:type="spellEnd"/>
      <w:r w:rsidRPr="006E0F49">
        <w:t xml:space="preserve"> (</w:t>
      </w:r>
      <w:proofErr w:type="spellStart"/>
      <w:r w:rsidRPr="006E0F49">
        <w:t>Пројекат</w:t>
      </w:r>
      <w:proofErr w:type="spellEnd"/>
      <w:r w:rsidRPr="006E0F49">
        <w:t xml:space="preserve">), </w:t>
      </w:r>
      <w:proofErr w:type="spellStart"/>
      <w:r w:rsidRPr="006E0F49">
        <w:t>преко</w:t>
      </w:r>
      <w:proofErr w:type="spellEnd"/>
      <w:r w:rsidRPr="006E0F49">
        <w:t xml:space="preserve"> </w:t>
      </w:r>
      <w:proofErr w:type="spellStart"/>
      <w:r w:rsidRPr="006E0F49">
        <w:t>Министарства</w:t>
      </w:r>
      <w:proofErr w:type="spellEnd"/>
      <w:r w:rsidRPr="006E0F49">
        <w:t xml:space="preserve"> </w:t>
      </w:r>
      <w:proofErr w:type="spellStart"/>
      <w:r w:rsidRPr="006E0F49">
        <w:t>рударства</w:t>
      </w:r>
      <w:proofErr w:type="spellEnd"/>
      <w:r w:rsidRPr="006E0F49">
        <w:t xml:space="preserve"> и </w:t>
      </w:r>
      <w:proofErr w:type="spellStart"/>
      <w:r w:rsidRPr="006E0F49">
        <w:t>енергетике</w:t>
      </w:r>
      <w:proofErr w:type="spellEnd"/>
      <w:r w:rsidRPr="006E0F49">
        <w:t xml:space="preserve"> (МРЕ) и </w:t>
      </w:r>
      <w:proofErr w:type="spellStart"/>
      <w:r w:rsidRPr="006E0F49">
        <w:t>уз</w:t>
      </w:r>
      <w:proofErr w:type="spellEnd"/>
      <w:r w:rsidRPr="006E0F49">
        <w:t xml:space="preserve"> </w:t>
      </w:r>
      <w:proofErr w:type="spellStart"/>
      <w:r w:rsidRPr="006E0F49">
        <w:t>учешће</w:t>
      </w:r>
      <w:proofErr w:type="spellEnd"/>
      <w:r w:rsidRPr="006E0F49">
        <w:t xml:space="preserve"> </w:t>
      </w:r>
      <w:proofErr w:type="spellStart"/>
      <w:r w:rsidRPr="006E0F49">
        <w:t>надлежних</w:t>
      </w:r>
      <w:proofErr w:type="spellEnd"/>
      <w:r w:rsidRPr="006E0F49">
        <w:t xml:space="preserve"> </w:t>
      </w:r>
      <w:proofErr w:type="spellStart"/>
      <w:r w:rsidRPr="006E0F49">
        <w:t>министарстава</w:t>
      </w:r>
      <w:proofErr w:type="spellEnd"/>
      <w:r w:rsidRPr="006E0F49">
        <w:t xml:space="preserve">, </w:t>
      </w:r>
      <w:proofErr w:type="spellStart"/>
      <w:r w:rsidRPr="006E0F49">
        <w:t>агенција</w:t>
      </w:r>
      <w:proofErr w:type="spellEnd"/>
      <w:r w:rsidRPr="006E0F49">
        <w:t xml:space="preserve">, </w:t>
      </w:r>
      <w:proofErr w:type="spellStart"/>
      <w:r w:rsidRPr="006E0F49">
        <w:t>јавних</w:t>
      </w:r>
      <w:proofErr w:type="spellEnd"/>
      <w:r w:rsidRPr="006E0F49">
        <w:t xml:space="preserve"> </w:t>
      </w:r>
      <w:proofErr w:type="spellStart"/>
      <w:r w:rsidRPr="006E0F49">
        <w:t>предузећа</w:t>
      </w:r>
      <w:proofErr w:type="spellEnd"/>
      <w:r w:rsidRPr="006E0F49">
        <w:t xml:space="preserve"> и </w:t>
      </w:r>
      <w:proofErr w:type="spellStart"/>
      <w:r w:rsidRPr="006E0F49">
        <w:t>других</w:t>
      </w:r>
      <w:proofErr w:type="spellEnd"/>
      <w:r w:rsidRPr="006E0F49">
        <w:t xml:space="preserve"> </w:t>
      </w:r>
      <w:proofErr w:type="spellStart"/>
      <w:r w:rsidRPr="006E0F49">
        <w:t>институција</w:t>
      </w:r>
      <w:proofErr w:type="spellEnd"/>
      <w:r w:rsidRPr="006E0F49">
        <w:t xml:space="preserve">, </w:t>
      </w:r>
      <w:proofErr w:type="spellStart"/>
      <w:r w:rsidRPr="006E0F49">
        <w:t>како</w:t>
      </w:r>
      <w:proofErr w:type="spellEnd"/>
      <w:r w:rsidRPr="006E0F49">
        <w:t xml:space="preserve"> </w:t>
      </w:r>
      <w:proofErr w:type="spellStart"/>
      <w:r w:rsidRPr="006E0F49">
        <w:t>је</w:t>
      </w:r>
      <w:proofErr w:type="spellEnd"/>
      <w:r w:rsidRPr="006E0F49">
        <w:t xml:space="preserve"> </w:t>
      </w:r>
      <w:proofErr w:type="spellStart"/>
      <w:r w:rsidRPr="006E0F49">
        <w:t>утврђено</w:t>
      </w:r>
      <w:proofErr w:type="spellEnd"/>
      <w:r w:rsidRPr="006E0F49">
        <w:t xml:space="preserve"> </w:t>
      </w:r>
      <w:proofErr w:type="spellStart"/>
      <w:r w:rsidRPr="006E0F49">
        <w:t>Уговором</w:t>
      </w:r>
      <w:proofErr w:type="spellEnd"/>
      <w:r w:rsidRPr="006E0F49">
        <w:t xml:space="preserve"> о </w:t>
      </w:r>
      <w:proofErr w:type="spellStart"/>
      <w:r w:rsidRPr="006E0F49">
        <w:t>зајму</w:t>
      </w:r>
      <w:proofErr w:type="spellEnd"/>
      <w:r w:rsidRPr="006E0F49">
        <w:t xml:space="preserve"> (</w:t>
      </w:r>
      <w:proofErr w:type="spellStart"/>
      <w:r w:rsidRPr="006E0F49">
        <w:t>Уговор</w:t>
      </w:r>
      <w:proofErr w:type="spellEnd"/>
      <w:r w:rsidR="00C41D10" w:rsidRPr="00DB6142">
        <w:t xml:space="preserve">). </w:t>
      </w:r>
      <w:proofErr w:type="spellStart"/>
      <w:r w:rsidRPr="006E0F49">
        <w:t>Међународна</w:t>
      </w:r>
      <w:proofErr w:type="spellEnd"/>
      <w:r w:rsidRPr="006E0F49">
        <w:t xml:space="preserve"> </w:t>
      </w:r>
      <w:proofErr w:type="spellStart"/>
      <w:r w:rsidRPr="006E0F49">
        <w:t>банка</w:t>
      </w:r>
      <w:proofErr w:type="spellEnd"/>
      <w:r w:rsidRPr="006E0F49">
        <w:t xml:space="preserve"> </w:t>
      </w:r>
      <w:proofErr w:type="spellStart"/>
      <w:r w:rsidRPr="006E0F49">
        <w:t>за</w:t>
      </w:r>
      <w:proofErr w:type="spellEnd"/>
      <w:r w:rsidRPr="006E0F49">
        <w:t xml:space="preserve"> </w:t>
      </w:r>
      <w:proofErr w:type="spellStart"/>
      <w:r w:rsidRPr="006E0F49">
        <w:t>обнову</w:t>
      </w:r>
      <w:proofErr w:type="spellEnd"/>
      <w:r w:rsidRPr="006E0F49">
        <w:t xml:space="preserve"> и </w:t>
      </w:r>
      <w:proofErr w:type="spellStart"/>
      <w:r w:rsidRPr="006E0F49">
        <w:t>развој</w:t>
      </w:r>
      <w:proofErr w:type="spellEnd"/>
      <w:r w:rsidRPr="006E0F49">
        <w:t xml:space="preserve"> (</w:t>
      </w:r>
      <w:proofErr w:type="spellStart"/>
      <w:r w:rsidRPr="006E0F49">
        <w:t>Банка</w:t>
      </w:r>
      <w:proofErr w:type="spellEnd"/>
      <w:r w:rsidRPr="006E0F49">
        <w:t xml:space="preserve">) </w:t>
      </w:r>
      <w:proofErr w:type="spellStart"/>
      <w:r w:rsidRPr="006E0F49">
        <w:t>је</w:t>
      </w:r>
      <w:proofErr w:type="spellEnd"/>
      <w:r w:rsidRPr="006E0F49">
        <w:t xml:space="preserve"> </w:t>
      </w:r>
      <w:proofErr w:type="spellStart"/>
      <w:r w:rsidRPr="006E0F49">
        <w:t>пристала</w:t>
      </w:r>
      <w:proofErr w:type="spellEnd"/>
      <w:r w:rsidRPr="006E0F49">
        <w:t xml:space="preserve"> </w:t>
      </w:r>
      <w:proofErr w:type="spellStart"/>
      <w:r w:rsidRPr="006E0F49">
        <w:t>да</w:t>
      </w:r>
      <w:proofErr w:type="spellEnd"/>
      <w:r w:rsidRPr="006E0F49">
        <w:t xml:space="preserve"> </w:t>
      </w:r>
      <w:proofErr w:type="spellStart"/>
      <w:r w:rsidRPr="006E0F49">
        <w:t>обезбеди</w:t>
      </w:r>
      <w:proofErr w:type="spellEnd"/>
      <w:r w:rsidRPr="006E0F49">
        <w:t xml:space="preserve"> </w:t>
      </w:r>
      <w:proofErr w:type="spellStart"/>
      <w:r w:rsidRPr="006E0F49">
        <w:t>финансирање</w:t>
      </w:r>
      <w:proofErr w:type="spellEnd"/>
      <w:r w:rsidRPr="006E0F49">
        <w:t xml:space="preserve"> Пројекта, </w:t>
      </w:r>
      <w:proofErr w:type="spellStart"/>
      <w:r w:rsidRPr="006E0F49">
        <w:t>како</w:t>
      </w:r>
      <w:proofErr w:type="spellEnd"/>
      <w:r w:rsidRPr="006E0F49">
        <w:t xml:space="preserve"> </w:t>
      </w:r>
      <w:proofErr w:type="spellStart"/>
      <w:r w:rsidRPr="006E0F49">
        <w:t>је</w:t>
      </w:r>
      <w:proofErr w:type="spellEnd"/>
      <w:r w:rsidRPr="006E0F49">
        <w:t xml:space="preserve"> </w:t>
      </w:r>
      <w:proofErr w:type="spellStart"/>
      <w:r w:rsidRPr="006E0F49">
        <w:t>утврђено</w:t>
      </w:r>
      <w:proofErr w:type="spellEnd"/>
      <w:r w:rsidRPr="006E0F49">
        <w:t xml:space="preserve"> Уговором</w:t>
      </w:r>
      <w:r w:rsidR="00C41D10" w:rsidRPr="00DB6142">
        <w:t xml:space="preserve">. </w:t>
      </w:r>
    </w:p>
    <w:p w14:paraId="79F20C13" w14:textId="6F617E31" w:rsidR="00C41D10" w:rsidRPr="00DB6142" w:rsidRDefault="006E0F49" w:rsidP="00C41D10">
      <w:pPr>
        <w:pStyle w:val="Pasussalistom"/>
        <w:numPr>
          <w:ilvl w:val="0"/>
          <w:numId w:val="14"/>
        </w:numPr>
        <w:spacing w:after="240" w:line="240" w:lineRule="auto"/>
        <w:contextualSpacing w:val="0"/>
      </w:pPr>
      <w:proofErr w:type="spellStart"/>
      <w:r w:rsidRPr="006E0F49">
        <w:t>Зајмопримац</w:t>
      </w:r>
      <w:proofErr w:type="spellEnd"/>
      <w:r w:rsidRPr="006E0F49">
        <w:t xml:space="preserve"> </w:t>
      </w:r>
      <w:proofErr w:type="spellStart"/>
      <w:r w:rsidRPr="006E0F49">
        <w:t>ће</w:t>
      </w:r>
      <w:proofErr w:type="spellEnd"/>
      <w:r w:rsidRPr="006E0F49">
        <w:t xml:space="preserve"> </w:t>
      </w:r>
      <w:proofErr w:type="spellStart"/>
      <w:r w:rsidRPr="006E0F49">
        <w:t>осигурати</w:t>
      </w:r>
      <w:proofErr w:type="spellEnd"/>
      <w:r w:rsidRPr="006E0F49">
        <w:t xml:space="preserve"> </w:t>
      </w:r>
      <w:proofErr w:type="spellStart"/>
      <w:r w:rsidRPr="006E0F49">
        <w:t>да</w:t>
      </w:r>
      <w:proofErr w:type="spellEnd"/>
      <w:r w:rsidRPr="006E0F49">
        <w:t xml:space="preserve"> </w:t>
      </w:r>
      <w:proofErr w:type="spellStart"/>
      <w:r w:rsidRPr="006E0F49">
        <w:t>се</w:t>
      </w:r>
      <w:proofErr w:type="spellEnd"/>
      <w:r w:rsidRPr="006E0F49">
        <w:t xml:space="preserve"> </w:t>
      </w:r>
      <w:proofErr w:type="spellStart"/>
      <w:r w:rsidRPr="006E0F49">
        <w:t>Пројекат</w:t>
      </w:r>
      <w:proofErr w:type="spellEnd"/>
      <w:r w:rsidRPr="006E0F49">
        <w:t xml:space="preserve"> </w:t>
      </w:r>
      <w:proofErr w:type="spellStart"/>
      <w:r w:rsidRPr="006E0F49">
        <w:t>спроводи</w:t>
      </w:r>
      <w:proofErr w:type="spellEnd"/>
      <w:r w:rsidRPr="006E0F49">
        <w:t xml:space="preserve"> у </w:t>
      </w:r>
      <w:proofErr w:type="spellStart"/>
      <w:r w:rsidRPr="006E0F49">
        <w:t>складу</w:t>
      </w:r>
      <w:proofErr w:type="spellEnd"/>
      <w:r w:rsidRPr="006E0F49">
        <w:t xml:space="preserve"> </w:t>
      </w:r>
      <w:proofErr w:type="spellStart"/>
      <w:r w:rsidRPr="006E0F49">
        <w:t>са</w:t>
      </w:r>
      <w:proofErr w:type="spellEnd"/>
      <w:r w:rsidRPr="006E0F49">
        <w:t xml:space="preserve"> </w:t>
      </w:r>
      <w:proofErr w:type="spellStart"/>
      <w:r w:rsidRPr="006E0F49">
        <w:t>Стандардима</w:t>
      </w:r>
      <w:proofErr w:type="spellEnd"/>
      <w:r w:rsidRPr="006E0F49">
        <w:t xml:space="preserve"> </w:t>
      </w:r>
      <w:proofErr w:type="spellStart"/>
      <w:r w:rsidRPr="006E0F49">
        <w:t>за</w:t>
      </w:r>
      <w:proofErr w:type="spellEnd"/>
      <w:r w:rsidRPr="006E0F49">
        <w:t xml:space="preserve"> </w:t>
      </w:r>
      <w:proofErr w:type="spellStart"/>
      <w:r w:rsidRPr="006E0F49">
        <w:t>животну</w:t>
      </w:r>
      <w:proofErr w:type="spellEnd"/>
      <w:r w:rsidRPr="006E0F49">
        <w:t xml:space="preserve"> </w:t>
      </w:r>
      <w:proofErr w:type="spellStart"/>
      <w:r w:rsidRPr="006E0F49">
        <w:t>средину</w:t>
      </w:r>
      <w:proofErr w:type="spellEnd"/>
      <w:r w:rsidRPr="006E0F49">
        <w:t xml:space="preserve"> и </w:t>
      </w:r>
      <w:proofErr w:type="spellStart"/>
      <w:r w:rsidRPr="006E0F49">
        <w:t>социјална</w:t>
      </w:r>
      <w:proofErr w:type="spellEnd"/>
      <w:r w:rsidRPr="006E0F49">
        <w:t xml:space="preserve"> </w:t>
      </w:r>
      <w:proofErr w:type="spellStart"/>
      <w:r w:rsidRPr="006E0F49">
        <w:t>питања</w:t>
      </w:r>
      <w:proofErr w:type="spellEnd"/>
      <w:r w:rsidRPr="006E0F49">
        <w:t xml:space="preserve"> (ESS) и </w:t>
      </w:r>
      <w:proofErr w:type="spellStart"/>
      <w:r w:rsidRPr="006E0F49">
        <w:t>овим</w:t>
      </w:r>
      <w:proofErr w:type="spellEnd"/>
      <w:r w:rsidRPr="006E0F49">
        <w:t xml:space="preserve"> </w:t>
      </w:r>
      <w:proofErr w:type="spellStart"/>
      <w:r w:rsidRPr="006E0F49">
        <w:t>Планом</w:t>
      </w:r>
      <w:proofErr w:type="spellEnd"/>
      <w:r w:rsidRPr="006E0F49">
        <w:t xml:space="preserve"> </w:t>
      </w:r>
      <w:proofErr w:type="spellStart"/>
      <w:r w:rsidRPr="006E0F49">
        <w:t>еколошких</w:t>
      </w:r>
      <w:proofErr w:type="spellEnd"/>
      <w:r w:rsidRPr="006E0F49">
        <w:t xml:space="preserve"> и </w:t>
      </w:r>
      <w:proofErr w:type="spellStart"/>
      <w:r w:rsidRPr="006E0F49">
        <w:t>социјалних</w:t>
      </w:r>
      <w:proofErr w:type="spellEnd"/>
      <w:r w:rsidRPr="006E0F49">
        <w:t xml:space="preserve"> </w:t>
      </w:r>
      <w:proofErr w:type="spellStart"/>
      <w:r w:rsidRPr="006E0F49">
        <w:t>обавеза</w:t>
      </w:r>
      <w:proofErr w:type="spellEnd"/>
      <w:r w:rsidRPr="006E0F49">
        <w:t xml:space="preserve"> (ESCP), </w:t>
      </w:r>
      <w:proofErr w:type="spellStart"/>
      <w:r w:rsidRPr="006E0F49">
        <w:t>на</w:t>
      </w:r>
      <w:proofErr w:type="spellEnd"/>
      <w:r w:rsidRPr="006E0F49">
        <w:t xml:space="preserve"> </w:t>
      </w:r>
      <w:proofErr w:type="spellStart"/>
      <w:r w:rsidRPr="006E0F49">
        <w:t>начин</w:t>
      </w:r>
      <w:proofErr w:type="spellEnd"/>
      <w:r w:rsidRPr="006E0F49">
        <w:t xml:space="preserve"> </w:t>
      </w:r>
      <w:proofErr w:type="spellStart"/>
      <w:r w:rsidRPr="006E0F49">
        <w:t>прихватљив</w:t>
      </w:r>
      <w:proofErr w:type="spellEnd"/>
      <w:r w:rsidRPr="006E0F49">
        <w:t xml:space="preserve"> </w:t>
      </w:r>
      <w:proofErr w:type="spellStart"/>
      <w:r w:rsidRPr="006E0F49">
        <w:t>за</w:t>
      </w:r>
      <w:proofErr w:type="spellEnd"/>
      <w:r w:rsidRPr="006E0F49">
        <w:t xml:space="preserve"> Банку. ESCP </w:t>
      </w:r>
      <w:proofErr w:type="spellStart"/>
      <w:r w:rsidRPr="006E0F49">
        <w:t>је</w:t>
      </w:r>
      <w:proofErr w:type="spellEnd"/>
      <w:r w:rsidRPr="006E0F49">
        <w:t xml:space="preserve"> </w:t>
      </w:r>
      <w:proofErr w:type="spellStart"/>
      <w:r w:rsidRPr="006E0F49">
        <w:t>саставни</w:t>
      </w:r>
      <w:proofErr w:type="spellEnd"/>
      <w:r w:rsidRPr="006E0F49">
        <w:t xml:space="preserve"> </w:t>
      </w:r>
      <w:proofErr w:type="spellStart"/>
      <w:r w:rsidRPr="006E0F49">
        <w:t>део</w:t>
      </w:r>
      <w:proofErr w:type="spellEnd"/>
      <w:r w:rsidRPr="006E0F49">
        <w:t xml:space="preserve"> Уговора. </w:t>
      </w:r>
      <w:proofErr w:type="spellStart"/>
      <w:r w:rsidRPr="006E0F49">
        <w:t>Осим</w:t>
      </w:r>
      <w:proofErr w:type="spellEnd"/>
      <w:r w:rsidRPr="006E0F49">
        <w:t xml:space="preserve"> </w:t>
      </w:r>
      <w:proofErr w:type="spellStart"/>
      <w:r w:rsidRPr="006E0F49">
        <w:t>ако</w:t>
      </w:r>
      <w:proofErr w:type="spellEnd"/>
      <w:r w:rsidRPr="006E0F49">
        <w:t xml:space="preserve"> </w:t>
      </w:r>
      <w:proofErr w:type="spellStart"/>
      <w:r w:rsidRPr="006E0F49">
        <w:t>није</w:t>
      </w:r>
      <w:proofErr w:type="spellEnd"/>
      <w:r w:rsidRPr="006E0F49">
        <w:t xml:space="preserve"> </w:t>
      </w:r>
      <w:proofErr w:type="spellStart"/>
      <w:r w:rsidRPr="006E0F49">
        <w:t>другачије</w:t>
      </w:r>
      <w:proofErr w:type="spellEnd"/>
      <w:r w:rsidRPr="006E0F49">
        <w:t xml:space="preserve"> </w:t>
      </w:r>
      <w:proofErr w:type="spellStart"/>
      <w:r w:rsidRPr="006E0F49">
        <w:t>дефинисано</w:t>
      </w:r>
      <w:proofErr w:type="spellEnd"/>
      <w:r w:rsidRPr="006E0F49">
        <w:t xml:space="preserve"> у </w:t>
      </w:r>
      <w:proofErr w:type="spellStart"/>
      <w:r w:rsidRPr="006E0F49">
        <w:t>овом</w:t>
      </w:r>
      <w:proofErr w:type="spellEnd"/>
      <w:r w:rsidRPr="006E0F49">
        <w:t xml:space="preserve"> ESCP-у, </w:t>
      </w:r>
      <w:proofErr w:type="spellStart"/>
      <w:r w:rsidRPr="006E0F49">
        <w:t>термини</w:t>
      </w:r>
      <w:proofErr w:type="spellEnd"/>
      <w:r w:rsidRPr="006E0F49">
        <w:t xml:space="preserve"> </w:t>
      </w:r>
      <w:proofErr w:type="spellStart"/>
      <w:r w:rsidRPr="006E0F49">
        <w:t>написани</w:t>
      </w:r>
      <w:proofErr w:type="spellEnd"/>
      <w:r w:rsidRPr="006E0F49">
        <w:t xml:space="preserve"> </w:t>
      </w:r>
      <w:proofErr w:type="spellStart"/>
      <w:r w:rsidRPr="006E0F49">
        <w:t>великим</w:t>
      </w:r>
      <w:proofErr w:type="spellEnd"/>
      <w:r w:rsidRPr="006E0F49">
        <w:t xml:space="preserve"> </w:t>
      </w:r>
      <w:proofErr w:type="spellStart"/>
      <w:r w:rsidRPr="006E0F49">
        <w:t>почетним</w:t>
      </w:r>
      <w:proofErr w:type="spellEnd"/>
      <w:r w:rsidRPr="006E0F49">
        <w:t xml:space="preserve"> </w:t>
      </w:r>
      <w:proofErr w:type="spellStart"/>
      <w:r w:rsidRPr="006E0F49">
        <w:t>словом</w:t>
      </w:r>
      <w:proofErr w:type="spellEnd"/>
      <w:r w:rsidRPr="006E0F49">
        <w:t xml:space="preserve"> </w:t>
      </w:r>
      <w:proofErr w:type="spellStart"/>
      <w:r w:rsidRPr="006E0F49">
        <w:t>који</w:t>
      </w:r>
      <w:proofErr w:type="spellEnd"/>
      <w:r w:rsidRPr="006E0F49">
        <w:t xml:space="preserve"> </w:t>
      </w:r>
      <w:proofErr w:type="spellStart"/>
      <w:r w:rsidRPr="006E0F49">
        <w:t>се</w:t>
      </w:r>
      <w:proofErr w:type="spellEnd"/>
      <w:r w:rsidRPr="006E0F49">
        <w:t xml:space="preserve"> </w:t>
      </w:r>
      <w:proofErr w:type="spellStart"/>
      <w:r w:rsidRPr="006E0F49">
        <w:t>користе</w:t>
      </w:r>
      <w:proofErr w:type="spellEnd"/>
      <w:r w:rsidRPr="006E0F49">
        <w:t xml:space="preserve"> у </w:t>
      </w:r>
      <w:proofErr w:type="spellStart"/>
      <w:r w:rsidRPr="006E0F49">
        <w:t>овом</w:t>
      </w:r>
      <w:proofErr w:type="spellEnd"/>
      <w:r w:rsidRPr="006E0F49">
        <w:t xml:space="preserve"> ESCP-у </w:t>
      </w:r>
      <w:proofErr w:type="spellStart"/>
      <w:r w:rsidRPr="006E0F49">
        <w:t>имају</w:t>
      </w:r>
      <w:proofErr w:type="spellEnd"/>
      <w:r w:rsidRPr="006E0F49">
        <w:t xml:space="preserve"> </w:t>
      </w:r>
      <w:proofErr w:type="spellStart"/>
      <w:r w:rsidRPr="006E0F49">
        <w:t>значења</w:t>
      </w:r>
      <w:proofErr w:type="spellEnd"/>
      <w:r w:rsidRPr="006E0F49">
        <w:t xml:space="preserve"> </w:t>
      </w:r>
      <w:proofErr w:type="spellStart"/>
      <w:r w:rsidRPr="006E0F49">
        <w:t>која</w:t>
      </w:r>
      <w:proofErr w:type="spellEnd"/>
      <w:r w:rsidRPr="006E0F49">
        <w:t xml:space="preserve"> </w:t>
      </w:r>
      <w:proofErr w:type="spellStart"/>
      <w:r w:rsidRPr="006E0F49">
        <w:t>су</w:t>
      </w:r>
      <w:proofErr w:type="spellEnd"/>
      <w:r w:rsidRPr="006E0F49">
        <w:t xml:space="preserve"> </w:t>
      </w:r>
      <w:proofErr w:type="spellStart"/>
      <w:r w:rsidRPr="006E0F49">
        <w:t>им</w:t>
      </w:r>
      <w:proofErr w:type="spellEnd"/>
      <w:r w:rsidRPr="006E0F49">
        <w:t xml:space="preserve"> </w:t>
      </w:r>
      <w:proofErr w:type="spellStart"/>
      <w:r w:rsidRPr="006E0F49">
        <w:t>приписана</w:t>
      </w:r>
      <w:proofErr w:type="spellEnd"/>
      <w:r w:rsidRPr="006E0F49">
        <w:t xml:space="preserve"> у </w:t>
      </w:r>
      <w:proofErr w:type="spellStart"/>
      <w:r w:rsidRPr="006E0F49">
        <w:t>Уговору</w:t>
      </w:r>
      <w:proofErr w:type="spellEnd"/>
      <w:r w:rsidR="00C41D10" w:rsidRPr="00DB6142">
        <w:t xml:space="preserve">. </w:t>
      </w:r>
    </w:p>
    <w:p w14:paraId="55C639FA" w14:textId="5CD01386" w:rsidR="00C41D10" w:rsidRPr="00DB6142" w:rsidRDefault="00F24723" w:rsidP="00C41D10">
      <w:pPr>
        <w:pStyle w:val="Pasussalistom"/>
        <w:numPr>
          <w:ilvl w:val="0"/>
          <w:numId w:val="14"/>
        </w:numPr>
        <w:spacing w:after="240" w:line="240" w:lineRule="auto"/>
        <w:contextualSpacing w:val="0"/>
      </w:pPr>
      <w:r>
        <w:rPr>
          <w:lang w:val="sr-Cyrl-RS"/>
        </w:rPr>
        <w:t xml:space="preserve">Не </w:t>
      </w:r>
      <w:proofErr w:type="spellStart"/>
      <w:r w:rsidRPr="00F24723">
        <w:t>огранич</w:t>
      </w:r>
      <w:r>
        <w:rPr>
          <w:lang w:val="sr-Cyrl-RS"/>
        </w:rPr>
        <w:t>авајући</w:t>
      </w:r>
      <w:proofErr w:type="spellEnd"/>
      <w:r>
        <w:rPr>
          <w:lang w:val="sr-Cyrl-RS"/>
        </w:rPr>
        <w:t xml:space="preserve"> </w:t>
      </w:r>
      <w:proofErr w:type="spellStart"/>
      <w:r w:rsidRPr="00F24723">
        <w:t>претходно</w:t>
      </w:r>
      <w:proofErr w:type="spellEnd"/>
      <w:r w:rsidRPr="00F24723">
        <w:t xml:space="preserve"> </w:t>
      </w:r>
      <w:proofErr w:type="spellStart"/>
      <w:r w:rsidRPr="00F24723">
        <w:t>наведено</w:t>
      </w:r>
      <w:proofErr w:type="spellEnd"/>
      <w:r w:rsidRPr="00F24723">
        <w:t xml:space="preserve">, </w:t>
      </w:r>
      <w:proofErr w:type="spellStart"/>
      <w:r w:rsidRPr="00F24723">
        <w:t>овај</w:t>
      </w:r>
      <w:proofErr w:type="spellEnd"/>
      <w:r w:rsidRPr="00F24723">
        <w:t xml:space="preserve"> </w:t>
      </w:r>
      <w:r w:rsidR="00C41D10" w:rsidRPr="00DB6142">
        <w:t xml:space="preserve">ESCP </w:t>
      </w:r>
      <w:proofErr w:type="spellStart"/>
      <w:r w:rsidRPr="00F24723">
        <w:t>утврђује</w:t>
      </w:r>
      <w:proofErr w:type="spellEnd"/>
      <w:r w:rsidRPr="00F24723">
        <w:t xml:space="preserve"> </w:t>
      </w:r>
      <w:proofErr w:type="spellStart"/>
      <w:r w:rsidRPr="00F24723">
        <w:t>материјалне</w:t>
      </w:r>
      <w:proofErr w:type="spellEnd"/>
      <w:r w:rsidRPr="00F24723">
        <w:t xml:space="preserve"> </w:t>
      </w:r>
      <w:proofErr w:type="spellStart"/>
      <w:r w:rsidRPr="00F24723">
        <w:t>мере</w:t>
      </w:r>
      <w:proofErr w:type="spellEnd"/>
      <w:r w:rsidRPr="00F24723">
        <w:t xml:space="preserve"> и </w:t>
      </w:r>
      <w:proofErr w:type="spellStart"/>
      <w:r w:rsidRPr="00F24723">
        <w:t>радње</w:t>
      </w:r>
      <w:proofErr w:type="spellEnd"/>
      <w:r w:rsidRPr="00F24723">
        <w:t xml:space="preserve"> </w:t>
      </w:r>
      <w:proofErr w:type="spellStart"/>
      <w:r w:rsidRPr="00F24723">
        <w:t>које</w:t>
      </w:r>
      <w:proofErr w:type="spellEnd"/>
      <w:r w:rsidRPr="00F24723">
        <w:t xml:space="preserve"> </w:t>
      </w:r>
      <w:proofErr w:type="spellStart"/>
      <w:r w:rsidRPr="00F24723">
        <w:t>ће</w:t>
      </w:r>
      <w:proofErr w:type="spellEnd"/>
      <w:r w:rsidRPr="00F24723">
        <w:t xml:space="preserve"> </w:t>
      </w:r>
      <w:proofErr w:type="spellStart"/>
      <w:r w:rsidRPr="00F24723">
        <w:t>Зајмопримац</w:t>
      </w:r>
      <w:proofErr w:type="spellEnd"/>
      <w:r w:rsidRPr="00F24723">
        <w:t xml:space="preserve"> </w:t>
      </w:r>
      <w:proofErr w:type="spellStart"/>
      <w:r w:rsidRPr="00F24723">
        <w:t>спровести</w:t>
      </w:r>
      <w:proofErr w:type="spellEnd"/>
      <w:r w:rsidRPr="00F24723">
        <w:t xml:space="preserve"> </w:t>
      </w:r>
      <w:proofErr w:type="spellStart"/>
      <w:r w:rsidRPr="00F24723">
        <w:t>или</w:t>
      </w:r>
      <w:proofErr w:type="spellEnd"/>
      <w:r w:rsidRPr="00F24723">
        <w:t xml:space="preserve"> </w:t>
      </w:r>
      <w:proofErr w:type="spellStart"/>
      <w:r w:rsidRPr="00F24723">
        <w:t>обезбедити</w:t>
      </w:r>
      <w:proofErr w:type="spellEnd"/>
      <w:r w:rsidRPr="00F24723">
        <w:t xml:space="preserve"> </w:t>
      </w:r>
      <w:proofErr w:type="spellStart"/>
      <w:r w:rsidRPr="00F24723">
        <w:t>да</w:t>
      </w:r>
      <w:proofErr w:type="spellEnd"/>
      <w:r w:rsidRPr="00F24723">
        <w:t xml:space="preserve"> </w:t>
      </w:r>
      <w:proofErr w:type="spellStart"/>
      <w:r w:rsidRPr="00F24723">
        <w:t>се</w:t>
      </w:r>
      <w:proofErr w:type="spellEnd"/>
      <w:r w:rsidRPr="00F24723">
        <w:t xml:space="preserve"> </w:t>
      </w:r>
      <w:proofErr w:type="spellStart"/>
      <w:r w:rsidRPr="00F24723">
        <w:t>спроведу</w:t>
      </w:r>
      <w:proofErr w:type="spellEnd"/>
      <w:r w:rsidRPr="00F24723">
        <w:t xml:space="preserve">, </w:t>
      </w:r>
      <w:proofErr w:type="spellStart"/>
      <w:r w:rsidRPr="00F24723">
        <w:t>укључујући</w:t>
      </w:r>
      <w:proofErr w:type="spellEnd"/>
      <w:r w:rsidRPr="00F24723">
        <w:t xml:space="preserve">, </w:t>
      </w:r>
      <w:proofErr w:type="spellStart"/>
      <w:r w:rsidRPr="00F24723">
        <w:t>по</w:t>
      </w:r>
      <w:proofErr w:type="spellEnd"/>
      <w:r w:rsidRPr="00F24723">
        <w:t xml:space="preserve"> </w:t>
      </w:r>
      <w:proofErr w:type="spellStart"/>
      <w:r w:rsidRPr="00F24723">
        <w:t>потреби</w:t>
      </w:r>
      <w:proofErr w:type="spellEnd"/>
      <w:r w:rsidRPr="00F24723">
        <w:t xml:space="preserve">, </w:t>
      </w:r>
      <w:proofErr w:type="spellStart"/>
      <w:r w:rsidRPr="00F24723">
        <w:t>њихове</w:t>
      </w:r>
      <w:proofErr w:type="spellEnd"/>
      <w:r w:rsidRPr="00F24723">
        <w:t xml:space="preserve"> </w:t>
      </w:r>
      <w:proofErr w:type="spellStart"/>
      <w:r w:rsidRPr="00F24723">
        <w:t>одговарајуће</w:t>
      </w:r>
      <w:proofErr w:type="spellEnd"/>
      <w:r w:rsidRPr="00F24723">
        <w:t xml:space="preserve"> </w:t>
      </w:r>
      <w:proofErr w:type="spellStart"/>
      <w:r w:rsidRPr="00F24723">
        <w:t>временске</w:t>
      </w:r>
      <w:proofErr w:type="spellEnd"/>
      <w:r w:rsidRPr="00F24723">
        <w:t xml:space="preserve"> </w:t>
      </w:r>
      <w:proofErr w:type="spellStart"/>
      <w:r w:rsidRPr="00F24723">
        <w:t>оквире</w:t>
      </w:r>
      <w:proofErr w:type="spellEnd"/>
      <w:r w:rsidRPr="00F24723">
        <w:t xml:space="preserve">; </w:t>
      </w:r>
      <w:proofErr w:type="spellStart"/>
      <w:r w:rsidRPr="00F24723">
        <w:t>институционалне</w:t>
      </w:r>
      <w:proofErr w:type="spellEnd"/>
      <w:r w:rsidRPr="00F24723">
        <w:t xml:space="preserve"> </w:t>
      </w:r>
      <w:proofErr w:type="spellStart"/>
      <w:r w:rsidRPr="00F24723">
        <w:t>аранжмане</w:t>
      </w:r>
      <w:proofErr w:type="spellEnd"/>
      <w:r w:rsidRPr="00F24723">
        <w:t xml:space="preserve">, </w:t>
      </w:r>
      <w:proofErr w:type="spellStart"/>
      <w:r w:rsidRPr="00F24723">
        <w:t>кадровско</w:t>
      </w:r>
      <w:proofErr w:type="spellEnd"/>
      <w:r w:rsidRPr="00F24723">
        <w:t xml:space="preserve"> </w:t>
      </w:r>
      <w:proofErr w:type="spellStart"/>
      <w:r w:rsidRPr="00F24723">
        <w:t>опремање</w:t>
      </w:r>
      <w:proofErr w:type="spellEnd"/>
      <w:r w:rsidRPr="00F24723">
        <w:t xml:space="preserve">, </w:t>
      </w:r>
      <w:proofErr w:type="spellStart"/>
      <w:r w:rsidRPr="00F24723">
        <w:t>обуку</w:t>
      </w:r>
      <w:proofErr w:type="spellEnd"/>
      <w:r w:rsidRPr="00F24723">
        <w:t xml:space="preserve">, </w:t>
      </w:r>
      <w:proofErr w:type="spellStart"/>
      <w:r w:rsidRPr="00F24723">
        <w:t>праћење</w:t>
      </w:r>
      <w:proofErr w:type="spellEnd"/>
      <w:r w:rsidRPr="00F24723">
        <w:t xml:space="preserve"> и </w:t>
      </w:r>
      <w:proofErr w:type="spellStart"/>
      <w:r w:rsidRPr="00F24723">
        <w:t>извештавање</w:t>
      </w:r>
      <w:proofErr w:type="spellEnd"/>
      <w:r w:rsidRPr="00F24723">
        <w:t xml:space="preserve">; </w:t>
      </w:r>
      <w:proofErr w:type="spellStart"/>
      <w:r w:rsidRPr="00F24723">
        <w:t>као</w:t>
      </w:r>
      <w:proofErr w:type="spellEnd"/>
      <w:r w:rsidRPr="00F24723">
        <w:t xml:space="preserve"> и </w:t>
      </w:r>
      <w:proofErr w:type="spellStart"/>
      <w:r w:rsidRPr="00F24723">
        <w:t>управљање</w:t>
      </w:r>
      <w:proofErr w:type="spellEnd"/>
      <w:r w:rsidRPr="00F24723">
        <w:t xml:space="preserve"> </w:t>
      </w:r>
      <w:r>
        <w:rPr>
          <w:lang w:val="sr-Cyrl-RS"/>
        </w:rPr>
        <w:t>притужбама</w:t>
      </w:r>
      <w:r w:rsidR="00C41D10" w:rsidRPr="00DB6142">
        <w:t xml:space="preserve">. ESCP </w:t>
      </w:r>
      <w:proofErr w:type="spellStart"/>
      <w:r w:rsidR="000A2BAF" w:rsidRPr="000A2BAF">
        <w:t>такође</w:t>
      </w:r>
      <w:proofErr w:type="spellEnd"/>
      <w:r w:rsidR="000A2BAF" w:rsidRPr="000A2BAF">
        <w:t xml:space="preserve"> </w:t>
      </w:r>
      <w:proofErr w:type="spellStart"/>
      <w:r w:rsidR="000A2BAF" w:rsidRPr="000A2BAF">
        <w:t>утврђује</w:t>
      </w:r>
      <w:proofErr w:type="spellEnd"/>
      <w:r w:rsidR="000A2BAF" w:rsidRPr="000A2BAF">
        <w:t xml:space="preserve"> </w:t>
      </w:r>
      <w:proofErr w:type="spellStart"/>
      <w:r w:rsidR="000A2BAF" w:rsidRPr="000A2BAF">
        <w:t>еколошке</w:t>
      </w:r>
      <w:proofErr w:type="spellEnd"/>
      <w:r w:rsidR="000A2BAF" w:rsidRPr="000A2BAF">
        <w:t xml:space="preserve"> и </w:t>
      </w:r>
      <w:proofErr w:type="spellStart"/>
      <w:r w:rsidR="000A2BAF" w:rsidRPr="000A2BAF">
        <w:t>социјалне</w:t>
      </w:r>
      <w:proofErr w:type="spellEnd"/>
      <w:r w:rsidR="000A2BAF" w:rsidRPr="000A2BAF">
        <w:t xml:space="preserve"> (E&amp;S) </w:t>
      </w:r>
      <w:proofErr w:type="spellStart"/>
      <w:r w:rsidR="000A2BAF" w:rsidRPr="000A2BAF">
        <w:t>документе</w:t>
      </w:r>
      <w:proofErr w:type="spellEnd"/>
      <w:r w:rsidR="000A2BAF" w:rsidRPr="000A2BAF">
        <w:t xml:space="preserve"> </w:t>
      </w:r>
      <w:proofErr w:type="spellStart"/>
      <w:r w:rsidR="000A2BAF" w:rsidRPr="000A2BAF">
        <w:t>који</w:t>
      </w:r>
      <w:proofErr w:type="spellEnd"/>
      <w:r w:rsidR="000A2BAF" w:rsidRPr="000A2BAF">
        <w:t xml:space="preserve"> </w:t>
      </w:r>
      <w:proofErr w:type="spellStart"/>
      <w:r w:rsidR="000A2BAF" w:rsidRPr="000A2BAF">
        <w:t>ће</w:t>
      </w:r>
      <w:proofErr w:type="spellEnd"/>
      <w:r w:rsidR="000A2BAF" w:rsidRPr="000A2BAF">
        <w:t xml:space="preserve"> </w:t>
      </w:r>
      <w:proofErr w:type="spellStart"/>
      <w:r w:rsidR="000A2BAF" w:rsidRPr="000A2BAF">
        <w:t>се</w:t>
      </w:r>
      <w:proofErr w:type="spellEnd"/>
      <w:r w:rsidR="000A2BAF" w:rsidRPr="000A2BAF">
        <w:t xml:space="preserve"> </w:t>
      </w:r>
      <w:proofErr w:type="spellStart"/>
      <w:r w:rsidR="000A2BAF" w:rsidRPr="000A2BAF">
        <w:t>припремити</w:t>
      </w:r>
      <w:proofErr w:type="spellEnd"/>
      <w:r w:rsidR="000A2BAF" w:rsidRPr="000A2BAF">
        <w:t xml:space="preserve"> </w:t>
      </w:r>
      <w:proofErr w:type="spellStart"/>
      <w:r w:rsidR="000A2BAF" w:rsidRPr="000A2BAF">
        <w:t>или</w:t>
      </w:r>
      <w:proofErr w:type="spellEnd"/>
      <w:r w:rsidR="000A2BAF" w:rsidRPr="000A2BAF">
        <w:t xml:space="preserve"> </w:t>
      </w:r>
      <w:proofErr w:type="spellStart"/>
      <w:r w:rsidR="000A2BAF" w:rsidRPr="000A2BAF">
        <w:t>ажурирати</w:t>
      </w:r>
      <w:proofErr w:type="spellEnd"/>
      <w:r w:rsidR="000A2BAF" w:rsidRPr="000A2BAF">
        <w:t xml:space="preserve">, </w:t>
      </w:r>
      <w:proofErr w:type="spellStart"/>
      <w:r w:rsidR="000A2BAF" w:rsidRPr="000A2BAF">
        <w:t>консултовати</w:t>
      </w:r>
      <w:proofErr w:type="spellEnd"/>
      <w:r w:rsidR="000A2BAF" w:rsidRPr="000A2BAF">
        <w:t xml:space="preserve">, </w:t>
      </w:r>
      <w:proofErr w:type="spellStart"/>
      <w:r w:rsidR="000A2BAF" w:rsidRPr="000A2BAF">
        <w:t>објавити</w:t>
      </w:r>
      <w:proofErr w:type="spellEnd"/>
      <w:r w:rsidR="000A2BAF" w:rsidRPr="000A2BAF">
        <w:t xml:space="preserve"> и </w:t>
      </w:r>
      <w:proofErr w:type="spellStart"/>
      <w:r w:rsidR="000A2BAF" w:rsidRPr="000A2BAF">
        <w:t>спровести</w:t>
      </w:r>
      <w:proofErr w:type="spellEnd"/>
      <w:r w:rsidR="000A2BAF" w:rsidRPr="000A2BAF">
        <w:t xml:space="preserve"> у </w:t>
      </w:r>
      <w:proofErr w:type="spellStart"/>
      <w:r w:rsidR="000A2BAF" w:rsidRPr="000A2BAF">
        <w:t>оквиру</w:t>
      </w:r>
      <w:proofErr w:type="spellEnd"/>
      <w:r w:rsidR="000A2BAF" w:rsidRPr="000A2BAF">
        <w:t xml:space="preserve"> Пројекта, у </w:t>
      </w:r>
      <w:proofErr w:type="spellStart"/>
      <w:r w:rsidR="000A2BAF" w:rsidRPr="000A2BAF">
        <w:t>складу</w:t>
      </w:r>
      <w:proofErr w:type="spellEnd"/>
      <w:r w:rsidR="000A2BAF" w:rsidRPr="000A2BAF">
        <w:t xml:space="preserve"> </w:t>
      </w:r>
      <w:proofErr w:type="spellStart"/>
      <w:r w:rsidR="000A2BAF" w:rsidRPr="000A2BAF">
        <w:t>са</w:t>
      </w:r>
      <w:proofErr w:type="spellEnd"/>
      <w:r w:rsidR="000A2BAF" w:rsidRPr="000A2BAF">
        <w:t xml:space="preserve"> ESS </w:t>
      </w:r>
      <w:proofErr w:type="spellStart"/>
      <w:r w:rsidR="000A2BAF" w:rsidRPr="000A2BAF">
        <w:t>стандардима</w:t>
      </w:r>
      <w:proofErr w:type="spellEnd"/>
      <w:r w:rsidR="000A2BAF" w:rsidRPr="000A2BAF">
        <w:t xml:space="preserve">, у </w:t>
      </w:r>
      <w:proofErr w:type="spellStart"/>
      <w:r w:rsidR="000A2BAF" w:rsidRPr="000A2BAF">
        <w:t>форми</w:t>
      </w:r>
      <w:proofErr w:type="spellEnd"/>
      <w:r w:rsidR="000A2BAF" w:rsidRPr="000A2BAF">
        <w:t xml:space="preserve"> и </w:t>
      </w:r>
      <w:proofErr w:type="spellStart"/>
      <w:r w:rsidR="000A2BAF" w:rsidRPr="000A2BAF">
        <w:t>са</w:t>
      </w:r>
      <w:proofErr w:type="spellEnd"/>
      <w:r w:rsidR="000A2BAF" w:rsidRPr="000A2BAF">
        <w:t xml:space="preserve"> </w:t>
      </w:r>
      <w:proofErr w:type="spellStart"/>
      <w:r w:rsidR="000A2BAF" w:rsidRPr="000A2BAF">
        <w:t>садржајем</w:t>
      </w:r>
      <w:proofErr w:type="spellEnd"/>
      <w:r w:rsidR="000A2BAF" w:rsidRPr="000A2BAF">
        <w:t xml:space="preserve"> </w:t>
      </w:r>
      <w:proofErr w:type="spellStart"/>
      <w:r w:rsidR="000A2BAF" w:rsidRPr="000A2BAF">
        <w:t>који</w:t>
      </w:r>
      <w:proofErr w:type="spellEnd"/>
      <w:r w:rsidR="000A2BAF" w:rsidRPr="000A2BAF">
        <w:t xml:space="preserve"> </w:t>
      </w:r>
      <w:proofErr w:type="spellStart"/>
      <w:r w:rsidR="000A2BAF" w:rsidRPr="000A2BAF">
        <w:t>су</w:t>
      </w:r>
      <w:proofErr w:type="spellEnd"/>
      <w:r w:rsidR="000A2BAF" w:rsidRPr="000A2BAF">
        <w:t xml:space="preserve"> </w:t>
      </w:r>
      <w:proofErr w:type="spellStart"/>
      <w:r w:rsidR="000A2BAF" w:rsidRPr="000A2BAF">
        <w:t>прихватљиви</w:t>
      </w:r>
      <w:proofErr w:type="spellEnd"/>
      <w:r w:rsidR="000A2BAF" w:rsidRPr="000A2BAF">
        <w:t xml:space="preserve"> </w:t>
      </w:r>
      <w:proofErr w:type="spellStart"/>
      <w:r w:rsidR="000A2BAF" w:rsidRPr="000A2BAF">
        <w:t>за</w:t>
      </w:r>
      <w:proofErr w:type="spellEnd"/>
      <w:r w:rsidR="000A2BAF" w:rsidRPr="000A2BAF">
        <w:t xml:space="preserve"> Банку. </w:t>
      </w:r>
      <w:proofErr w:type="spellStart"/>
      <w:r w:rsidR="000A2BAF" w:rsidRPr="000A2BAF">
        <w:t>Наведени</w:t>
      </w:r>
      <w:proofErr w:type="spellEnd"/>
      <w:r w:rsidR="000A2BAF" w:rsidRPr="000A2BAF">
        <w:t xml:space="preserve"> E&amp;S </w:t>
      </w:r>
      <w:proofErr w:type="spellStart"/>
      <w:r w:rsidR="000A2BAF" w:rsidRPr="000A2BAF">
        <w:t>документи</w:t>
      </w:r>
      <w:proofErr w:type="spellEnd"/>
      <w:r w:rsidR="000A2BAF" w:rsidRPr="000A2BAF">
        <w:t xml:space="preserve"> </w:t>
      </w:r>
      <w:proofErr w:type="spellStart"/>
      <w:r w:rsidR="000A2BAF" w:rsidRPr="000A2BAF">
        <w:t>могу</w:t>
      </w:r>
      <w:proofErr w:type="spellEnd"/>
      <w:r w:rsidR="000A2BAF" w:rsidRPr="000A2BAF">
        <w:t xml:space="preserve"> </w:t>
      </w:r>
      <w:proofErr w:type="spellStart"/>
      <w:r w:rsidR="000A2BAF" w:rsidRPr="000A2BAF">
        <w:t>се</w:t>
      </w:r>
      <w:proofErr w:type="spellEnd"/>
      <w:r w:rsidR="000A2BAF" w:rsidRPr="000A2BAF">
        <w:t xml:space="preserve"> </w:t>
      </w:r>
      <w:proofErr w:type="spellStart"/>
      <w:r w:rsidR="000A2BAF" w:rsidRPr="000A2BAF">
        <w:t>повремено</w:t>
      </w:r>
      <w:proofErr w:type="spellEnd"/>
      <w:r w:rsidR="000A2BAF" w:rsidRPr="000A2BAF">
        <w:t xml:space="preserve"> </w:t>
      </w:r>
      <w:proofErr w:type="spellStart"/>
      <w:r w:rsidR="000A2BAF" w:rsidRPr="000A2BAF">
        <w:t>мењати</w:t>
      </w:r>
      <w:proofErr w:type="spellEnd"/>
      <w:r w:rsidR="000A2BAF" w:rsidRPr="000A2BAF">
        <w:t xml:space="preserve"> </w:t>
      </w:r>
      <w:proofErr w:type="spellStart"/>
      <w:r w:rsidR="000A2BAF" w:rsidRPr="000A2BAF">
        <w:t>уз</w:t>
      </w:r>
      <w:proofErr w:type="spellEnd"/>
      <w:r w:rsidR="000A2BAF" w:rsidRPr="000A2BAF">
        <w:t xml:space="preserve"> </w:t>
      </w:r>
      <w:proofErr w:type="spellStart"/>
      <w:r w:rsidR="000A2BAF" w:rsidRPr="000A2BAF">
        <w:t>претходну</w:t>
      </w:r>
      <w:proofErr w:type="spellEnd"/>
      <w:r w:rsidR="000A2BAF" w:rsidRPr="000A2BAF">
        <w:t xml:space="preserve"> </w:t>
      </w:r>
      <w:proofErr w:type="spellStart"/>
      <w:r w:rsidR="000A2BAF" w:rsidRPr="000A2BAF">
        <w:t>писмену</w:t>
      </w:r>
      <w:proofErr w:type="spellEnd"/>
      <w:r w:rsidR="000A2BAF" w:rsidRPr="000A2BAF">
        <w:t xml:space="preserve"> </w:t>
      </w:r>
      <w:proofErr w:type="spellStart"/>
      <w:r w:rsidR="000A2BAF" w:rsidRPr="000A2BAF">
        <w:t>сагласност</w:t>
      </w:r>
      <w:proofErr w:type="spellEnd"/>
      <w:r w:rsidR="000A2BAF" w:rsidRPr="000A2BAF">
        <w:t xml:space="preserve"> Банке. </w:t>
      </w:r>
      <w:proofErr w:type="spellStart"/>
      <w:r w:rsidR="000A2BAF" w:rsidRPr="000A2BAF">
        <w:t>Као</w:t>
      </w:r>
      <w:proofErr w:type="spellEnd"/>
      <w:r w:rsidR="000A2BAF" w:rsidRPr="000A2BAF">
        <w:t xml:space="preserve"> </w:t>
      </w:r>
      <w:proofErr w:type="spellStart"/>
      <w:r w:rsidR="000A2BAF" w:rsidRPr="000A2BAF">
        <w:t>што</w:t>
      </w:r>
      <w:proofErr w:type="spellEnd"/>
      <w:r w:rsidR="000A2BAF" w:rsidRPr="000A2BAF">
        <w:t xml:space="preserve"> </w:t>
      </w:r>
      <w:proofErr w:type="spellStart"/>
      <w:r w:rsidR="000A2BAF" w:rsidRPr="000A2BAF">
        <w:t>је</w:t>
      </w:r>
      <w:proofErr w:type="spellEnd"/>
      <w:r w:rsidR="000A2BAF" w:rsidRPr="000A2BAF">
        <w:t xml:space="preserve"> </w:t>
      </w:r>
      <w:proofErr w:type="spellStart"/>
      <w:r w:rsidR="000A2BAF" w:rsidRPr="000A2BAF">
        <w:t>предвиђено</w:t>
      </w:r>
      <w:proofErr w:type="spellEnd"/>
      <w:r w:rsidR="000A2BAF" w:rsidRPr="000A2BAF">
        <w:t xml:space="preserve"> </w:t>
      </w:r>
      <w:proofErr w:type="spellStart"/>
      <w:r w:rsidR="000A2BAF" w:rsidRPr="000A2BAF">
        <w:t>поменутим</w:t>
      </w:r>
      <w:proofErr w:type="spellEnd"/>
      <w:r w:rsidR="000A2BAF" w:rsidRPr="000A2BAF">
        <w:t xml:space="preserve"> Уговором, </w:t>
      </w:r>
      <w:proofErr w:type="spellStart"/>
      <w:r w:rsidR="000A2BAF" w:rsidRPr="000A2BAF">
        <w:t>Зајмопримац</w:t>
      </w:r>
      <w:proofErr w:type="spellEnd"/>
      <w:r w:rsidR="000A2BAF" w:rsidRPr="000A2BAF">
        <w:t xml:space="preserve"> </w:t>
      </w:r>
      <w:proofErr w:type="spellStart"/>
      <w:r w:rsidR="000A2BAF" w:rsidRPr="000A2BAF">
        <w:t>ће</w:t>
      </w:r>
      <w:proofErr w:type="spellEnd"/>
      <w:r w:rsidR="000A2BAF" w:rsidRPr="000A2BAF">
        <w:t xml:space="preserve"> </w:t>
      </w:r>
      <w:proofErr w:type="spellStart"/>
      <w:r w:rsidR="000A2BAF" w:rsidRPr="000A2BAF">
        <w:t>осигурати</w:t>
      </w:r>
      <w:proofErr w:type="spellEnd"/>
      <w:r w:rsidR="000A2BAF" w:rsidRPr="000A2BAF">
        <w:t xml:space="preserve"> </w:t>
      </w:r>
      <w:proofErr w:type="spellStart"/>
      <w:r w:rsidR="000A2BAF" w:rsidRPr="000A2BAF">
        <w:t>да</w:t>
      </w:r>
      <w:proofErr w:type="spellEnd"/>
      <w:r w:rsidR="000A2BAF" w:rsidRPr="000A2BAF">
        <w:t xml:space="preserve"> </w:t>
      </w:r>
      <w:proofErr w:type="spellStart"/>
      <w:r w:rsidR="000A2BAF" w:rsidRPr="000A2BAF">
        <w:t>су</w:t>
      </w:r>
      <w:proofErr w:type="spellEnd"/>
      <w:r w:rsidR="000A2BAF" w:rsidRPr="000A2BAF">
        <w:t xml:space="preserve"> </w:t>
      </w:r>
      <w:proofErr w:type="spellStart"/>
      <w:r w:rsidR="000A2BAF" w:rsidRPr="000A2BAF">
        <w:t>доступна</w:t>
      </w:r>
      <w:proofErr w:type="spellEnd"/>
      <w:r w:rsidR="000A2BAF" w:rsidRPr="000A2BAF">
        <w:t xml:space="preserve"> </w:t>
      </w:r>
      <w:proofErr w:type="spellStart"/>
      <w:r w:rsidR="000A2BAF" w:rsidRPr="000A2BAF">
        <w:t>довољна</w:t>
      </w:r>
      <w:proofErr w:type="spellEnd"/>
      <w:r w:rsidR="000A2BAF" w:rsidRPr="000A2BAF">
        <w:t xml:space="preserve"> </w:t>
      </w:r>
      <w:proofErr w:type="spellStart"/>
      <w:r w:rsidR="000A2BAF" w:rsidRPr="000A2BAF">
        <w:t>средства</w:t>
      </w:r>
      <w:proofErr w:type="spellEnd"/>
      <w:r w:rsidR="000A2BAF" w:rsidRPr="000A2BAF">
        <w:t xml:space="preserve"> </w:t>
      </w:r>
      <w:proofErr w:type="spellStart"/>
      <w:r w:rsidR="000A2BAF" w:rsidRPr="000A2BAF">
        <w:t>за</w:t>
      </w:r>
      <w:proofErr w:type="spellEnd"/>
      <w:r w:rsidR="000A2BAF" w:rsidRPr="000A2BAF">
        <w:t xml:space="preserve"> </w:t>
      </w:r>
      <w:proofErr w:type="spellStart"/>
      <w:r w:rsidR="000A2BAF" w:rsidRPr="000A2BAF">
        <w:t>покривање</w:t>
      </w:r>
      <w:proofErr w:type="spellEnd"/>
      <w:r w:rsidR="000A2BAF" w:rsidRPr="000A2BAF">
        <w:t xml:space="preserve"> </w:t>
      </w:r>
      <w:proofErr w:type="spellStart"/>
      <w:r w:rsidR="000A2BAF" w:rsidRPr="000A2BAF">
        <w:t>трошкова</w:t>
      </w:r>
      <w:proofErr w:type="spellEnd"/>
      <w:r w:rsidR="000A2BAF" w:rsidRPr="000A2BAF">
        <w:t xml:space="preserve"> </w:t>
      </w:r>
      <w:proofErr w:type="spellStart"/>
      <w:r w:rsidR="000A2BAF" w:rsidRPr="000A2BAF">
        <w:t>спровођења</w:t>
      </w:r>
      <w:proofErr w:type="spellEnd"/>
      <w:r w:rsidR="000A2BAF" w:rsidRPr="000A2BAF">
        <w:t xml:space="preserve"> ESCP-а</w:t>
      </w:r>
      <w:r w:rsidR="00C41D10" w:rsidRPr="00DB6142">
        <w:t xml:space="preserve">. </w:t>
      </w:r>
    </w:p>
    <w:p w14:paraId="30AB0D27" w14:textId="5DB1865F" w:rsidR="00C41D10" w:rsidRPr="00DB6142" w:rsidRDefault="008D6C77" w:rsidP="00C41D10">
      <w:pPr>
        <w:pStyle w:val="Pasussalistom"/>
        <w:numPr>
          <w:ilvl w:val="0"/>
          <w:numId w:val="14"/>
        </w:numPr>
        <w:spacing w:after="240" w:line="240" w:lineRule="auto"/>
        <w:contextualSpacing w:val="0"/>
      </w:pPr>
      <w:proofErr w:type="spellStart"/>
      <w:r w:rsidRPr="008D6C77">
        <w:t>Као</w:t>
      </w:r>
      <w:proofErr w:type="spellEnd"/>
      <w:r w:rsidRPr="008D6C77">
        <w:t xml:space="preserve"> </w:t>
      </w:r>
      <w:proofErr w:type="spellStart"/>
      <w:r w:rsidRPr="008D6C77">
        <w:t>што</w:t>
      </w:r>
      <w:proofErr w:type="spellEnd"/>
      <w:r w:rsidRPr="008D6C77">
        <w:t xml:space="preserve"> </w:t>
      </w:r>
      <w:proofErr w:type="spellStart"/>
      <w:r w:rsidRPr="008D6C77">
        <w:t>су</w:t>
      </w:r>
      <w:proofErr w:type="spellEnd"/>
      <w:r w:rsidRPr="008D6C77">
        <w:t xml:space="preserve"> </w:t>
      </w:r>
      <w:proofErr w:type="spellStart"/>
      <w:r w:rsidRPr="008D6C77">
        <w:t>се</w:t>
      </w:r>
      <w:proofErr w:type="spellEnd"/>
      <w:r w:rsidRPr="008D6C77">
        <w:t xml:space="preserve"> </w:t>
      </w:r>
      <w:proofErr w:type="spellStart"/>
      <w:r w:rsidRPr="008D6C77">
        <w:t>Банка</w:t>
      </w:r>
      <w:proofErr w:type="spellEnd"/>
      <w:r w:rsidRPr="008D6C77">
        <w:t xml:space="preserve"> и </w:t>
      </w:r>
      <w:proofErr w:type="spellStart"/>
      <w:r w:rsidRPr="008D6C77">
        <w:t>Зајмопримац</w:t>
      </w:r>
      <w:proofErr w:type="spellEnd"/>
      <w:r w:rsidRPr="008D6C77">
        <w:t xml:space="preserve"> </w:t>
      </w:r>
      <w:proofErr w:type="spellStart"/>
      <w:r w:rsidRPr="008D6C77">
        <w:t>договорили</w:t>
      </w:r>
      <w:proofErr w:type="spellEnd"/>
      <w:r w:rsidRPr="008D6C77">
        <w:t xml:space="preserve">, </w:t>
      </w:r>
      <w:proofErr w:type="spellStart"/>
      <w:r w:rsidRPr="008D6C77">
        <w:t>овај</w:t>
      </w:r>
      <w:proofErr w:type="spellEnd"/>
      <w:r w:rsidRPr="008D6C77">
        <w:t xml:space="preserve"> ESCP </w:t>
      </w:r>
      <w:proofErr w:type="spellStart"/>
      <w:r w:rsidRPr="008D6C77">
        <w:t>ће</w:t>
      </w:r>
      <w:proofErr w:type="spellEnd"/>
      <w:r w:rsidRPr="008D6C77">
        <w:t xml:space="preserve"> </w:t>
      </w:r>
      <w:proofErr w:type="spellStart"/>
      <w:r w:rsidRPr="008D6C77">
        <w:t>се</w:t>
      </w:r>
      <w:proofErr w:type="spellEnd"/>
      <w:r w:rsidRPr="008D6C77">
        <w:t xml:space="preserve"> </w:t>
      </w:r>
      <w:proofErr w:type="spellStart"/>
      <w:r w:rsidRPr="008D6C77">
        <w:t>повремено</w:t>
      </w:r>
      <w:proofErr w:type="spellEnd"/>
      <w:r w:rsidRPr="008D6C77">
        <w:t xml:space="preserve"> </w:t>
      </w:r>
      <w:proofErr w:type="spellStart"/>
      <w:r w:rsidRPr="008D6C77">
        <w:t>ревидирати</w:t>
      </w:r>
      <w:proofErr w:type="spellEnd"/>
      <w:r w:rsidRPr="008D6C77">
        <w:t xml:space="preserve">, </w:t>
      </w:r>
      <w:proofErr w:type="spellStart"/>
      <w:r w:rsidRPr="008D6C77">
        <w:t>уколико</w:t>
      </w:r>
      <w:proofErr w:type="spellEnd"/>
      <w:r w:rsidRPr="008D6C77">
        <w:t xml:space="preserve"> </w:t>
      </w:r>
      <w:proofErr w:type="spellStart"/>
      <w:r w:rsidRPr="008D6C77">
        <w:t>то</w:t>
      </w:r>
      <w:proofErr w:type="spellEnd"/>
      <w:r w:rsidRPr="008D6C77">
        <w:t xml:space="preserve"> </w:t>
      </w:r>
      <w:proofErr w:type="spellStart"/>
      <w:r w:rsidRPr="008D6C77">
        <w:t>буде</w:t>
      </w:r>
      <w:proofErr w:type="spellEnd"/>
      <w:r w:rsidRPr="008D6C77">
        <w:t xml:space="preserve"> </w:t>
      </w:r>
      <w:proofErr w:type="spellStart"/>
      <w:r w:rsidRPr="008D6C77">
        <w:t>потребно</w:t>
      </w:r>
      <w:proofErr w:type="spellEnd"/>
      <w:r w:rsidRPr="008D6C77">
        <w:t xml:space="preserve">, </w:t>
      </w:r>
      <w:proofErr w:type="spellStart"/>
      <w:r w:rsidRPr="008D6C77">
        <w:t>како</w:t>
      </w:r>
      <w:proofErr w:type="spellEnd"/>
      <w:r w:rsidRPr="008D6C77">
        <w:t xml:space="preserve"> </w:t>
      </w:r>
      <w:proofErr w:type="spellStart"/>
      <w:r w:rsidRPr="008D6C77">
        <w:t>би</w:t>
      </w:r>
      <w:proofErr w:type="spellEnd"/>
      <w:r w:rsidRPr="008D6C77">
        <w:t xml:space="preserve"> </w:t>
      </w:r>
      <w:proofErr w:type="spellStart"/>
      <w:r w:rsidRPr="008D6C77">
        <w:t>одразио</w:t>
      </w:r>
      <w:proofErr w:type="spellEnd"/>
      <w:r w:rsidRPr="008D6C77">
        <w:t xml:space="preserve"> </w:t>
      </w:r>
      <w:proofErr w:type="spellStart"/>
      <w:r w:rsidRPr="008D6C77">
        <w:t>прилагодиво</w:t>
      </w:r>
      <w:proofErr w:type="spellEnd"/>
      <w:r w:rsidRPr="008D6C77">
        <w:t xml:space="preserve"> </w:t>
      </w:r>
      <w:proofErr w:type="spellStart"/>
      <w:r w:rsidRPr="008D6C77">
        <w:t>управљање</w:t>
      </w:r>
      <w:proofErr w:type="spellEnd"/>
      <w:r w:rsidRPr="008D6C77">
        <w:t xml:space="preserve"> </w:t>
      </w:r>
      <w:proofErr w:type="spellStart"/>
      <w:r w:rsidRPr="008D6C77">
        <w:t>изменама</w:t>
      </w:r>
      <w:proofErr w:type="spellEnd"/>
      <w:r w:rsidRPr="008D6C77">
        <w:t xml:space="preserve"> </w:t>
      </w:r>
      <w:proofErr w:type="spellStart"/>
      <w:r w:rsidRPr="008D6C77">
        <w:t>на</w:t>
      </w:r>
      <w:proofErr w:type="spellEnd"/>
      <w:r w:rsidRPr="008D6C77">
        <w:t xml:space="preserve"> </w:t>
      </w:r>
      <w:proofErr w:type="spellStart"/>
      <w:r w:rsidRPr="008D6C77">
        <w:t>Пројекту</w:t>
      </w:r>
      <w:proofErr w:type="spellEnd"/>
      <w:r w:rsidRPr="008D6C77">
        <w:t xml:space="preserve"> </w:t>
      </w:r>
      <w:proofErr w:type="spellStart"/>
      <w:r w:rsidRPr="008D6C77">
        <w:t>или</w:t>
      </w:r>
      <w:proofErr w:type="spellEnd"/>
      <w:r w:rsidRPr="008D6C77">
        <w:t xml:space="preserve"> </w:t>
      </w:r>
      <w:proofErr w:type="spellStart"/>
      <w:r w:rsidRPr="008D6C77">
        <w:t>непредвиђене</w:t>
      </w:r>
      <w:proofErr w:type="spellEnd"/>
      <w:r w:rsidRPr="008D6C77">
        <w:t xml:space="preserve"> </w:t>
      </w:r>
      <w:proofErr w:type="spellStart"/>
      <w:r w:rsidRPr="008D6C77">
        <w:t>околности</w:t>
      </w:r>
      <w:proofErr w:type="spellEnd"/>
      <w:r w:rsidRPr="008D6C77">
        <w:t xml:space="preserve">, </w:t>
      </w:r>
      <w:proofErr w:type="spellStart"/>
      <w:r w:rsidRPr="008D6C77">
        <w:t>или</w:t>
      </w:r>
      <w:proofErr w:type="spellEnd"/>
      <w:r w:rsidRPr="008D6C77">
        <w:t xml:space="preserve"> </w:t>
      </w:r>
      <w:proofErr w:type="spellStart"/>
      <w:r w:rsidRPr="008D6C77">
        <w:t>као</w:t>
      </w:r>
      <w:proofErr w:type="spellEnd"/>
      <w:r w:rsidRPr="008D6C77">
        <w:t xml:space="preserve"> </w:t>
      </w:r>
      <w:proofErr w:type="spellStart"/>
      <w:r w:rsidRPr="008D6C77">
        <w:t>одговор</w:t>
      </w:r>
      <w:proofErr w:type="spellEnd"/>
      <w:r w:rsidRPr="008D6C77">
        <w:t xml:space="preserve"> </w:t>
      </w:r>
      <w:proofErr w:type="spellStart"/>
      <w:r w:rsidRPr="008D6C77">
        <w:t>на</w:t>
      </w:r>
      <w:proofErr w:type="spellEnd"/>
      <w:r w:rsidRPr="008D6C77">
        <w:t xml:space="preserve"> </w:t>
      </w:r>
      <w:proofErr w:type="spellStart"/>
      <w:r w:rsidRPr="008D6C77">
        <w:t>учинак</w:t>
      </w:r>
      <w:proofErr w:type="spellEnd"/>
      <w:r w:rsidRPr="008D6C77">
        <w:t xml:space="preserve"> </w:t>
      </w:r>
      <w:proofErr w:type="spellStart"/>
      <w:r w:rsidRPr="008D6C77">
        <w:t>Пројекта</w:t>
      </w:r>
      <w:proofErr w:type="spellEnd"/>
      <w:r w:rsidRPr="008D6C77">
        <w:t xml:space="preserve">. У </w:t>
      </w:r>
      <w:proofErr w:type="spellStart"/>
      <w:r w:rsidRPr="008D6C77">
        <w:t>таквим</w:t>
      </w:r>
      <w:proofErr w:type="spellEnd"/>
      <w:r w:rsidRPr="008D6C77">
        <w:t xml:space="preserve"> </w:t>
      </w:r>
      <w:proofErr w:type="spellStart"/>
      <w:r w:rsidRPr="008D6C77">
        <w:t>околностима</w:t>
      </w:r>
      <w:proofErr w:type="spellEnd"/>
      <w:r w:rsidRPr="008D6C77">
        <w:t xml:space="preserve">, </w:t>
      </w:r>
      <w:proofErr w:type="spellStart"/>
      <w:r w:rsidRPr="008D6C77">
        <w:t>Банка</w:t>
      </w:r>
      <w:proofErr w:type="spellEnd"/>
      <w:r w:rsidRPr="008D6C77">
        <w:t xml:space="preserve"> и </w:t>
      </w:r>
      <w:proofErr w:type="spellStart"/>
      <w:r w:rsidRPr="008D6C77">
        <w:t>Зајмопримац</w:t>
      </w:r>
      <w:proofErr w:type="spellEnd"/>
      <w:r w:rsidRPr="008D6C77">
        <w:t xml:space="preserve"> </w:t>
      </w:r>
      <w:proofErr w:type="spellStart"/>
      <w:r w:rsidRPr="008D6C77">
        <w:t>су</w:t>
      </w:r>
      <w:proofErr w:type="spellEnd"/>
      <w:r w:rsidRPr="008D6C77">
        <w:t xml:space="preserve"> </w:t>
      </w:r>
      <w:proofErr w:type="spellStart"/>
      <w:r w:rsidRPr="008D6C77">
        <w:t>сагласни</w:t>
      </w:r>
      <w:proofErr w:type="spellEnd"/>
      <w:r w:rsidRPr="008D6C77">
        <w:t xml:space="preserve"> </w:t>
      </w:r>
      <w:proofErr w:type="spellStart"/>
      <w:r w:rsidRPr="008D6C77">
        <w:t>да</w:t>
      </w:r>
      <w:proofErr w:type="spellEnd"/>
      <w:r w:rsidRPr="008D6C77">
        <w:t xml:space="preserve"> </w:t>
      </w:r>
      <w:proofErr w:type="spellStart"/>
      <w:r w:rsidRPr="008D6C77">
        <w:t>ажурирају</w:t>
      </w:r>
      <w:proofErr w:type="spellEnd"/>
      <w:r w:rsidRPr="008D6C77">
        <w:t xml:space="preserve"> ESCP </w:t>
      </w:r>
      <w:proofErr w:type="spellStart"/>
      <w:r w:rsidRPr="008D6C77">
        <w:t>како</w:t>
      </w:r>
      <w:proofErr w:type="spellEnd"/>
      <w:r w:rsidRPr="008D6C77">
        <w:t xml:space="preserve"> </w:t>
      </w:r>
      <w:proofErr w:type="spellStart"/>
      <w:r w:rsidRPr="008D6C77">
        <w:t>би</w:t>
      </w:r>
      <w:proofErr w:type="spellEnd"/>
      <w:r w:rsidRPr="008D6C77">
        <w:t xml:space="preserve"> </w:t>
      </w:r>
      <w:proofErr w:type="spellStart"/>
      <w:r w:rsidRPr="008D6C77">
        <w:t>одразили</w:t>
      </w:r>
      <w:proofErr w:type="spellEnd"/>
      <w:r w:rsidRPr="008D6C77">
        <w:t xml:space="preserve"> </w:t>
      </w:r>
      <w:proofErr w:type="spellStart"/>
      <w:r w:rsidRPr="008D6C77">
        <w:t>ове</w:t>
      </w:r>
      <w:proofErr w:type="spellEnd"/>
      <w:r w:rsidRPr="008D6C77">
        <w:t xml:space="preserve"> </w:t>
      </w:r>
      <w:proofErr w:type="spellStart"/>
      <w:r w:rsidRPr="008D6C77">
        <w:t>измене</w:t>
      </w:r>
      <w:proofErr w:type="spellEnd"/>
      <w:r w:rsidRPr="008D6C77">
        <w:t xml:space="preserve"> </w:t>
      </w:r>
      <w:proofErr w:type="spellStart"/>
      <w:r w:rsidRPr="008D6C77">
        <w:t>путем</w:t>
      </w:r>
      <w:proofErr w:type="spellEnd"/>
      <w:r w:rsidRPr="008D6C77">
        <w:t xml:space="preserve"> </w:t>
      </w:r>
      <w:proofErr w:type="spellStart"/>
      <w:r w:rsidRPr="008D6C77">
        <w:t>размене</w:t>
      </w:r>
      <w:proofErr w:type="spellEnd"/>
      <w:r w:rsidRPr="008D6C77">
        <w:t xml:space="preserve"> </w:t>
      </w:r>
      <w:proofErr w:type="spellStart"/>
      <w:r w:rsidRPr="008D6C77">
        <w:t>писама</w:t>
      </w:r>
      <w:proofErr w:type="spellEnd"/>
      <w:r w:rsidRPr="008D6C77">
        <w:t xml:space="preserve"> </w:t>
      </w:r>
      <w:proofErr w:type="spellStart"/>
      <w:r w:rsidRPr="008D6C77">
        <w:t>потписаних</w:t>
      </w:r>
      <w:proofErr w:type="spellEnd"/>
      <w:r w:rsidRPr="008D6C77">
        <w:t xml:space="preserve"> </w:t>
      </w:r>
      <w:proofErr w:type="spellStart"/>
      <w:r w:rsidRPr="008D6C77">
        <w:t>између</w:t>
      </w:r>
      <w:proofErr w:type="spellEnd"/>
      <w:r w:rsidRPr="008D6C77">
        <w:t xml:space="preserve"> </w:t>
      </w:r>
      <w:proofErr w:type="spellStart"/>
      <w:r w:rsidRPr="008D6C77">
        <w:t>Банке</w:t>
      </w:r>
      <w:proofErr w:type="spellEnd"/>
      <w:r w:rsidRPr="008D6C77">
        <w:t xml:space="preserve"> и </w:t>
      </w:r>
      <w:proofErr w:type="spellStart"/>
      <w:r w:rsidRPr="008D6C77">
        <w:t>представника</w:t>
      </w:r>
      <w:proofErr w:type="spellEnd"/>
      <w:r w:rsidRPr="008D6C77">
        <w:t xml:space="preserve"> </w:t>
      </w:r>
      <w:proofErr w:type="spellStart"/>
      <w:r w:rsidRPr="008D6C77">
        <w:t>Зајмопримца</w:t>
      </w:r>
      <w:proofErr w:type="spellEnd"/>
      <w:r w:rsidRPr="008D6C77">
        <w:t>/</w:t>
      </w:r>
      <w:proofErr w:type="spellStart"/>
      <w:r w:rsidRPr="008D6C77">
        <w:t>Примаоца</w:t>
      </w:r>
      <w:proofErr w:type="spellEnd"/>
      <w:r w:rsidRPr="008D6C77">
        <w:t xml:space="preserve"> </w:t>
      </w:r>
      <w:proofErr w:type="spellStart"/>
      <w:r w:rsidRPr="008D6C77">
        <w:t>наведеног</w:t>
      </w:r>
      <w:proofErr w:type="spellEnd"/>
      <w:r w:rsidRPr="008D6C77">
        <w:t xml:space="preserve"> у </w:t>
      </w:r>
      <w:proofErr w:type="spellStart"/>
      <w:r w:rsidRPr="008D6C77">
        <w:t>Уговору</w:t>
      </w:r>
      <w:proofErr w:type="spellEnd"/>
      <w:r w:rsidRPr="008D6C77">
        <w:t xml:space="preserve"> </w:t>
      </w:r>
      <w:proofErr w:type="spellStart"/>
      <w:r w:rsidRPr="008D6C77">
        <w:t>или</w:t>
      </w:r>
      <w:proofErr w:type="spellEnd"/>
      <w:r w:rsidRPr="008D6C77">
        <w:t xml:space="preserve"> </w:t>
      </w:r>
      <w:proofErr w:type="spellStart"/>
      <w:r w:rsidRPr="008D6C77">
        <w:t>министра</w:t>
      </w:r>
      <w:proofErr w:type="spellEnd"/>
      <w:r w:rsidRPr="008D6C77">
        <w:t xml:space="preserve"> </w:t>
      </w:r>
      <w:proofErr w:type="spellStart"/>
      <w:r w:rsidRPr="008D6C77">
        <w:t>рударства</w:t>
      </w:r>
      <w:proofErr w:type="spellEnd"/>
      <w:r w:rsidRPr="008D6C77">
        <w:t xml:space="preserve"> и </w:t>
      </w:r>
      <w:proofErr w:type="spellStart"/>
      <w:r w:rsidRPr="008D6C77">
        <w:t>енергетике</w:t>
      </w:r>
      <w:proofErr w:type="spellEnd"/>
      <w:r w:rsidRPr="008D6C77">
        <w:t xml:space="preserve">. </w:t>
      </w:r>
      <w:proofErr w:type="spellStart"/>
      <w:r w:rsidRPr="008D6C77">
        <w:t>Зајмопримац</w:t>
      </w:r>
      <w:proofErr w:type="spellEnd"/>
      <w:r w:rsidRPr="008D6C77">
        <w:t xml:space="preserve"> </w:t>
      </w:r>
      <w:proofErr w:type="spellStart"/>
      <w:r w:rsidRPr="008D6C77">
        <w:t>ће</w:t>
      </w:r>
      <w:proofErr w:type="spellEnd"/>
      <w:r w:rsidRPr="008D6C77">
        <w:t xml:space="preserve"> </w:t>
      </w:r>
      <w:proofErr w:type="spellStart"/>
      <w:r w:rsidRPr="008D6C77">
        <w:t>без</w:t>
      </w:r>
      <w:proofErr w:type="spellEnd"/>
      <w:r w:rsidRPr="008D6C77">
        <w:t xml:space="preserve"> </w:t>
      </w:r>
      <w:proofErr w:type="spellStart"/>
      <w:r w:rsidRPr="008D6C77">
        <w:t>одлагања</w:t>
      </w:r>
      <w:proofErr w:type="spellEnd"/>
      <w:r w:rsidRPr="008D6C77">
        <w:t xml:space="preserve"> </w:t>
      </w:r>
      <w:proofErr w:type="spellStart"/>
      <w:r w:rsidRPr="008D6C77">
        <w:t>објавити</w:t>
      </w:r>
      <w:proofErr w:type="spellEnd"/>
      <w:r w:rsidRPr="008D6C77">
        <w:t xml:space="preserve"> </w:t>
      </w:r>
      <w:proofErr w:type="spellStart"/>
      <w:r w:rsidRPr="008D6C77">
        <w:t>ажурирани</w:t>
      </w:r>
      <w:proofErr w:type="spellEnd"/>
      <w:r w:rsidRPr="008D6C77">
        <w:t xml:space="preserve"> ESCP</w:t>
      </w:r>
      <w:r w:rsidR="00C41D10" w:rsidRPr="00DB6142">
        <w:t>.</w:t>
      </w:r>
    </w:p>
    <w:p w14:paraId="2D246923" w14:textId="7C5382BC" w:rsidR="00C41D10" w:rsidRPr="00DB6142" w:rsidRDefault="00117B1E" w:rsidP="00C41D10">
      <w:pPr>
        <w:pStyle w:val="Pasussalistom"/>
        <w:numPr>
          <w:ilvl w:val="0"/>
          <w:numId w:val="14"/>
        </w:numPr>
        <w:spacing w:after="240" w:line="240" w:lineRule="auto"/>
        <w:contextualSpacing w:val="0"/>
      </w:pPr>
      <w:proofErr w:type="spellStart"/>
      <w:r w:rsidRPr="00117B1E">
        <w:t>Пододељак</w:t>
      </w:r>
      <w:proofErr w:type="spellEnd"/>
      <w:r w:rsidRPr="00117B1E">
        <w:t xml:space="preserve"> „</w:t>
      </w:r>
      <w:proofErr w:type="spellStart"/>
      <w:r w:rsidRPr="00117B1E">
        <w:t>Индикатори</w:t>
      </w:r>
      <w:proofErr w:type="spellEnd"/>
      <w:r w:rsidRPr="00117B1E">
        <w:t xml:space="preserve"> </w:t>
      </w:r>
      <w:proofErr w:type="spellStart"/>
      <w:r w:rsidRPr="00117B1E">
        <w:t>спремности</w:t>
      </w:r>
      <w:proofErr w:type="spellEnd"/>
      <w:r w:rsidRPr="00117B1E">
        <w:t xml:space="preserve"> </w:t>
      </w:r>
      <w:proofErr w:type="spellStart"/>
      <w:r w:rsidRPr="00117B1E">
        <w:t>за</w:t>
      </w:r>
      <w:proofErr w:type="spellEnd"/>
      <w:r w:rsidRPr="00117B1E">
        <w:t xml:space="preserve"> </w:t>
      </w:r>
      <w:proofErr w:type="spellStart"/>
      <w:r w:rsidRPr="00117B1E">
        <w:t>спровођење</w:t>
      </w:r>
      <w:proofErr w:type="spellEnd"/>
      <w:r w:rsidRPr="00117B1E">
        <w:t xml:space="preserve">” у </w:t>
      </w:r>
      <w:proofErr w:type="spellStart"/>
      <w:r w:rsidRPr="00117B1E">
        <w:t>наставку</w:t>
      </w:r>
      <w:proofErr w:type="spellEnd"/>
      <w:r w:rsidRPr="00117B1E">
        <w:t xml:space="preserve"> </w:t>
      </w:r>
      <w:proofErr w:type="spellStart"/>
      <w:r w:rsidRPr="00117B1E">
        <w:t>идентификује</w:t>
      </w:r>
      <w:proofErr w:type="spellEnd"/>
      <w:r w:rsidRPr="00117B1E">
        <w:t xml:space="preserve"> </w:t>
      </w:r>
      <w:proofErr w:type="spellStart"/>
      <w:r w:rsidRPr="00117B1E">
        <w:t>активности</w:t>
      </w:r>
      <w:proofErr w:type="spellEnd"/>
      <w:r w:rsidRPr="00117B1E">
        <w:t xml:space="preserve"> и </w:t>
      </w:r>
      <w:proofErr w:type="spellStart"/>
      <w:r w:rsidRPr="00117B1E">
        <w:t>мере</w:t>
      </w:r>
      <w:proofErr w:type="spellEnd"/>
      <w:r w:rsidRPr="00117B1E">
        <w:t xml:space="preserve"> </w:t>
      </w:r>
      <w:proofErr w:type="spellStart"/>
      <w:r w:rsidRPr="00117B1E">
        <w:t>које</w:t>
      </w:r>
      <w:proofErr w:type="spellEnd"/>
      <w:r w:rsidRPr="00117B1E">
        <w:t xml:space="preserve"> </w:t>
      </w:r>
      <w:proofErr w:type="spellStart"/>
      <w:r w:rsidRPr="00117B1E">
        <w:t>треба</w:t>
      </w:r>
      <w:proofErr w:type="spellEnd"/>
      <w:r w:rsidRPr="00117B1E">
        <w:t xml:space="preserve"> </w:t>
      </w:r>
      <w:proofErr w:type="spellStart"/>
      <w:r w:rsidRPr="00117B1E">
        <w:t>пратити</w:t>
      </w:r>
      <w:proofErr w:type="spellEnd"/>
      <w:r w:rsidRPr="00117B1E">
        <w:t xml:space="preserve"> </w:t>
      </w:r>
      <w:proofErr w:type="spellStart"/>
      <w:r w:rsidRPr="00117B1E">
        <w:t>како</w:t>
      </w:r>
      <w:proofErr w:type="spellEnd"/>
      <w:r w:rsidRPr="00117B1E">
        <w:t xml:space="preserve"> </w:t>
      </w:r>
      <w:proofErr w:type="spellStart"/>
      <w:r w:rsidRPr="00117B1E">
        <w:t>би</w:t>
      </w:r>
      <w:proofErr w:type="spellEnd"/>
      <w:r w:rsidRPr="00117B1E">
        <w:t xml:space="preserve"> </w:t>
      </w:r>
      <w:proofErr w:type="spellStart"/>
      <w:r w:rsidRPr="00117B1E">
        <w:t>се</w:t>
      </w:r>
      <w:proofErr w:type="spellEnd"/>
      <w:r w:rsidRPr="00117B1E">
        <w:t xml:space="preserve"> </w:t>
      </w:r>
      <w:proofErr w:type="spellStart"/>
      <w:r w:rsidRPr="00117B1E">
        <w:t>проценила</w:t>
      </w:r>
      <w:proofErr w:type="spellEnd"/>
      <w:r w:rsidRPr="00117B1E">
        <w:t xml:space="preserve"> </w:t>
      </w:r>
      <w:proofErr w:type="spellStart"/>
      <w:r w:rsidRPr="00117B1E">
        <w:t>спремност</w:t>
      </w:r>
      <w:proofErr w:type="spellEnd"/>
      <w:r w:rsidRPr="00117B1E">
        <w:t xml:space="preserve"> </w:t>
      </w:r>
      <w:proofErr w:type="spellStart"/>
      <w:r w:rsidRPr="00117B1E">
        <w:t>Пројекта</w:t>
      </w:r>
      <w:proofErr w:type="spellEnd"/>
      <w:r w:rsidRPr="00117B1E">
        <w:t xml:space="preserve"> </w:t>
      </w:r>
      <w:proofErr w:type="spellStart"/>
      <w:r w:rsidRPr="00117B1E">
        <w:t>за</w:t>
      </w:r>
      <w:proofErr w:type="spellEnd"/>
      <w:r w:rsidRPr="00117B1E">
        <w:t xml:space="preserve"> </w:t>
      </w:r>
      <w:proofErr w:type="spellStart"/>
      <w:r w:rsidRPr="00117B1E">
        <w:t>почетак</w:t>
      </w:r>
      <w:proofErr w:type="spellEnd"/>
      <w:r w:rsidRPr="00117B1E">
        <w:t xml:space="preserve"> </w:t>
      </w:r>
      <w:proofErr w:type="spellStart"/>
      <w:r w:rsidRPr="00117B1E">
        <w:t>спровођења</w:t>
      </w:r>
      <w:proofErr w:type="spellEnd"/>
      <w:r w:rsidRPr="00117B1E">
        <w:t xml:space="preserve"> у </w:t>
      </w:r>
      <w:proofErr w:type="spellStart"/>
      <w:r w:rsidRPr="00117B1E">
        <w:t>складу</w:t>
      </w:r>
      <w:proofErr w:type="spellEnd"/>
      <w:r w:rsidRPr="00117B1E">
        <w:t xml:space="preserve"> </w:t>
      </w:r>
      <w:proofErr w:type="spellStart"/>
      <w:r w:rsidRPr="00117B1E">
        <w:t>са</w:t>
      </w:r>
      <w:proofErr w:type="spellEnd"/>
      <w:r w:rsidRPr="00117B1E">
        <w:t xml:space="preserve"> </w:t>
      </w:r>
      <w:proofErr w:type="spellStart"/>
      <w:r w:rsidRPr="00117B1E">
        <w:t>овим</w:t>
      </w:r>
      <w:proofErr w:type="spellEnd"/>
      <w:r w:rsidRPr="00117B1E">
        <w:t xml:space="preserve"> ESCP-</w:t>
      </w:r>
      <w:proofErr w:type="spellStart"/>
      <w:r w:rsidRPr="00117B1E">
        <w:t>ом</w:t>
      </w:r>
      <w:proofErr w:type="spellEnd"/>
      <w:r w:rsidRPr="00117B1E">
        <w:t xml:space="preserve">. </w:t>
      </w:r>
      <w:proofErr w:type="spellStart"/>
      <w:r w:rsidRPr="00117B1E">
        <w:t>Без</w:t>
      </w:r>
      <w:proofErr w:type="spellEnd"/>
      <w:r w:rsidRPr="00117B1E">
        <w:t xml:space="preserve"> </w:t>
      </w:r>
      <w:proofErr w:type="spellStart"/>
      <w:r w:rsidRPr="00117B1E">
        <w:t>обзира</w:t>
      </w:r>
      <w:proofErr w:type="spellEnd"/>
      <w:r w:rsidRPr="00117B1E">
        <w:t xml:space="preserve"> </w:t>
      </w:r>
      <w:proofErr w:type="spellStart"/>
      <w:r w:rsidRPr="00117B1E">
        <w:t>на</w:t>
      </w:r>
      <w:proofErr w:type="spellEnd"/>
      <w:r w:rsidRPr="00117B1E">
        <w:t xml:space="preserve"> </w:t>
      </w:r>
      <w:proofErr w:type="spellStart"/>
      <w:r w:rsidRPr="00117B1E">
        <w:t>то</w:t>
      </w:r>
      <w:proofErr w:type="spellEnd"/>
      <w:r w:rsidRPr="00117B1E">
        <w:t xml:space="preserve">, </w:t>
      </w:r>
      <w:proofErr w:type="spellStart"/>
      <w:r w:rsidRPr="00117B1E">
        <w:t>све</w:t>
      </w:r>
      <w:proofErr w:type="spellEnd"/>
      <w:r w:rsidRPr="00117B1E">
        <w:t xml:space="preserve"> </w:t>
      </w:r>
      <w:proofErr w:type="spellStart"/>
      <w:r w:rsidRPr="00117B1E">
        <w:t>активности</w:t>
      </w:r>
      <w:proofErr w:type="spellEnd"/>
      <w:r w:rsidRPr="00117B1E">
        <w:t xml:space="preserve"> и </w:t>
      </w:r>
      <w:proofErr w:type="spellStart"/>
      <w:r w:rsidRPr="00117B1E">
        <w:t>мере</w:t>
      </w:r>
      <w:proofErr w:type="spellEnd"/>
      <w:r w:rsidRPr="00117B1E">
        <w:t xml:space="preserve"> у </w:t>
      </w:r>
      <w:proofErr w:type="spellStart"/>
      <w:r w:rsidRPr="00117B1E">
        <w:t>овом</w:t>
      </w:r>
      <w:proofErr w:type="spellEnd"/>
      <w:r w:rsidRPr="00117B1E">
        <w:t xml:space="preserve"> ESCP-у </w:t>
      </w:r>
      <w:proofErr w:type="spellStart"/>
      <w:r w:rsidRPr="00117B1E">
        <w:t>биће</w:t>
      </w:r>
      <w:proofErr w:type="spellEnd"/>
      <w:r w:rsidRPr="00117B1E">
        <w:t xml:space="preserve"> </w:t>
      </w:r>
      <w:proofErr w:type="spellStart"/>
      <w:r w:rsidRPr="00117B1E">
        <w:t>спроведене</w:t>
      </w:r>
      <w:proofErr w:type="spellEnd"/>
      <w:r w:rsidRPr="00117B1E">
        <w:t xml:space="preserve"> </w:t>
      </w:r>
      <w:proofErr w:type="spellStart"/>
      <w:r w:rsidRPr="00117B1E">
        <w:t>на</w:t>
      </w:r>
      <w:proofErr w:type="spellEnd"/>
      <w:r w:rsidRPr="00117B1E">
        <w:t xml:space="preserve"> </w:t>
      </w:r>
      <w:proofErr w:type="spellStart"/>
      <w:r w:rsidRPr="00117B1E">
        <w:t>начин</w:t>
      </w:r>
      <w:proofErr w:type="spellEnd"/>
      <w:r w:rsidRPr="00117B1E">
        <w:t xml:space="preserve"> </w:t>
      </w:r>
      <w:proofErr w:type="spellStart"/>
      <w:r w:rsidRPr="00117B1E">
        <w:t>како</w:t>
      </w:r>
      <w:proofErr w:type="spellEnd"/>
      <w:r w:rsidRPr="00117B1E">
        <w:t xml:space="preserve"> </w:t>
      </w:r>
      <w:proofErr w:type="spellStart"/>
      <w:r w:rsidRPr="00117B1E">
        <w:t>је</w:t>
      </w:r>
      <w:proofErr w:type="spellEnd"/>
      <w:r w:rsidRPr="00117B1E">
        <w:t xml:space="preserve"> </w:t>
      </w:r>
      <w:proofErr w:type="spellStart"/>
      <w:r w:rsidRPr="00117B1E">
        <w:t>наведено</w:t>
      </w:r>
      <w:proofErr w:type="spellEnd"/>
      <w:r w:rsidRPr="00117B1E">
        <w:t xml:space="preserve"> у </w:t>
      </w:r>
      <w:proofErr w:type="spellStart"/>
      <w:r w:rsidRPr="00117B1E">
        <w:t>колони</w:t>
      </w:r>
      <w:proofErr w:type="spellEnd"/>
      <w:r w:rsidRPr="00117B1E">
        <w:t xml:space="preserve"> „</w:t>
      </w:r>
      <w:proofErr w:type="spellStart"/>
      <w:r w:rsidRPr="00117B1E">
        <w:t>Временски</w:t>
      </w:r>
      <w:proofErr w:type="spellEnd"/>
      <w:r w:rsidRPr="00117B1E">
        <w:t xml:space="preserve"> </w:t>
      </w:r>
      <w:proofErr w:type="spellStart"/>
      <w:r w:rsidRPr="00117B1E">
        <w:t>оквир</w:t>
      </w:r>
      <w:proofErr w:type="spellEnd"/>
      <w:r w:rsidRPr="00117B1E">
        <w:t xml:space="preserve">” у </w:t>
      </w:r>
      <w:proofErr w:type="spellStart"/>
      <w:r w:rsidRPr="00117B1E">
        <w:t>наставку</w:t>
      </w:r>
      <w:proofErr w:type="spellEnd"/>
      <w:r w:rsidRPr="00117B1E">
        <w:t xml:space="preserve">, </w:t>
      </w:r>
      <w:proofErr w:type="spellStart"/>
      <w:r w:rsidRPr="00117B1E">
        <w:t>независно</w:t>
      </w:r>
      <w:proofErr w:type="spellEnd"/>
      <w:r w:rsidRPr="00117B1E">
        <w:t xml:space="preserve"> </w:t>
      </w:r>
      <w:proofErr w:type="spellStart"/>
      <w:r w:rsidRPr="00117B1E">
        <w:t>од</w:t>
      </w:r>
      <w:proofErr w:type="spellEnd"/>
      <w:r w:rsidRPr="00117B1E">
        <w:t xml:space="preserve"> </w:t>
      </w:r>
      <w:proofErr w:type="spellStart"/>
      <w:r w:rsidRPr="00117B1E">
        <w:t>тога</w:t>
      </w:r>
      <w:proofErr w:type="spellEnd"/>
      <w:r w:rsidRPr="00117B1E">
        <w:t xml:space="preserve"> </w:t>
      </w:r>
      <w:proofErr w:type="spellStart"/>
      <w:r w:rsidRPr="00117B1E">
        <w:t>да</w:t>
      </w:r>
      <w:proofErr w:type="spellEnd"/>
      <w:r w:rsidRPr="00117B1E">
        <w:t xml:space="preserve"> </w:t>
      </w:r>
      <w:proofErr w:type="spellStart"/>
      <w:r w:rsidRPr="00117B1E">
        <w:t>ли</w:t>
      </w:r>
      <w:proofErr w:type="spellEnd"/>
      <w:r w:rsidRPr="00117B1E">
        <w:t xml:space="preserve"> </w:t>
      </w:r>
      <w:proofErr w:type="spellStart"/>
      <w:r w:rsidRPr="00117B1E">
        <w:t>су</w:t>
      </w:r>
      <w:proofErr w:type="spellEnd"/>
      <w:r w:rsidRPr="00117B1E">
        <w:t xml:space="preserve"> </w:t>
      </w:r>
      <w:proofErr w:type="spellStart"/>
      <w:r w:rsidRPr="00117B1E">
        <w:t>наведене</w:t>
      </w:r>
      <w:proofErr w:type="spellEnd"/>
      <w:r w:rsidRPr="00117B1E">
        <w:t xml:space="preserve"> у </w:t>
      </w:r>
      <w:proofErr w:type="spellStart"/>
      <w:r w:rsidRPr="00117B1E">
        <w:t>поменутом</w:t>
      </w:r>
      <w:proofErr w:type="spellEnd"/>
      <w:r w:rsidRPr="00117B1E">
        <w:t xml:space="preserve"> </w:t>
      </w:r>
      <w:proofErr w:type="spellStart"/>
      <w:r w:rsidRPr="00117B1E">
        <w:t>пододељку</w:t>
      </w:r>
      <w:proofErr w:type="spellEnd"/>
      <w:r w:rsidR="00C41D10" w:rsidRPr="00DB6142">
        <w:t>.</w:t>
      </w:r>
    </w:p>
    <w:p w14:paraId="2883B98A" w14:textId="3220E6FC" w:rsidR="00521AF4" w:rsidRPr="001632C4" w:rsidRDefault="00521AF4" w:rsidP="00051131">
      <w:pPr>
        <w:widowControl w:val="0"/>
        <w:tabs>
          <w:tab w:val="left" w:pos="629"/>
          <w:tab w:val="left" w:pos="631"/>
        </w:tabs>
        <w:spacing w:before="241" w:after="0" w:line="240" w:lineRule="auto"/>
        <w:ind w:right="82"/>
      </w:pPr>
    </w:p>
    <w:p w14:paraId="2DB8D101" w14:textId="77777777" w:rsidR="00521AF4" w:rsidRPr="001632C4" w:rsidRDefault="00521AF4" w:rsidP="0028127D"/>
    <w:p w14:paraId="24EEAD4A" w14:textId="77777777" w:rsidR="00521AF4" w:rsidRPr="001632C4" w:rsidRDefault="00521AF4" w:rsidP="0028127D"/>
    <w:p w14:paraId="43808A98" w14:textId="77777777" w:rsidR="00521AF4" w:rsidRPr="001632C4" w:rsidRDefault="00521AF4" w:rsidP="0028127D"/>
    <w:p w14:paraId="7C31DE5A" w14:textId="77777777" w:rsidR="00986C58" w:rsidRPr="001632C4" w:rsidRDefault="00986C58" w:rsidP="00986C58">
      <w:pPr>
        <w:rPr>
          <w:lang w:val="en-GB"/>
        </w:rPr>
        <w:sectPr w:rsidR="00986C58" w:rsidRPr="001632C4" w:rsidSect="000B2CC5">
          <w:footerReference w:type="even" r:id="rId11"/>
          <w:footerReference w:type="default" r:id="rId12"/>
          <w:footerReference w:type="first" r:id="rId13"/>
          <w:pgSz w:w="11906" w:h="16838"/>
          <w:pgMar w:top="1418" w:right="1418" w:bottom="1134" w:left="1418" w:header="720" w:footer="720" w:gutter="0"/>
          <w:pgNumType w:start="1"/>
          <w:cols w:space="720"/>
          <w:docGrid w:linePitch="360"/>
        </w:sectPr>
      </w:pPr>
    </w:p>
    <w:tbl>
      <w:tblPr>
        <w:tblStyle w:val="Koordinatnamreatabele"/>
        <w:tblW w:w="5000" w:type="pct"/>
        <w:tblLook w:val="04A0" w:firstRow="1" w:lastRow="0" w:firstColumn="1" w:lastColumn="0" w:noHBand="0" w:noVBand="1"/>
      </w:tblPr>
      <w:tblGrid>
        <w:gridCol w:w="695"/>
        <w:gridCol w:w="7239"/>
        <w:gridCol w:w="3118"/>
        <w:gridCol w:w="1898"/>
      </w:tblGrid>
      <w:tr w:rsidR="000B1C52" w:rsidRPr="00347368" w14:paraId="6EE7EC18" w14:textId="77777777" w:rsidTr="009D7F44">
        <w:trPr>
          <w:tblHeader/>
        </w:trPr>
        <w:tc>
          <w:tcPr>
            <w:tcW w:w="3063" w:type="pct"/>
            <w:gridSpan w:val="2"/>
            <w:shd w:val="clear" w:color="auto" w:fill="C5E0B3" w:themeFill="accent6" w:themeFillTint="66"/>
          </w:tcPr>
          <w:p w14:paraId="7697214A" w14:textId="5B226261" w:rsidR="00530CC6" w:rsidRPr="00347368" w:rsidRDefault="00CA333A" w:rsidP="00347368">
            <w:pPr>
              <w:jc w:val="left"/>
              <w:rPr>
                <w:rFonts w:cs="Times New Roman"/>
              </w:rPr>
            </w:pPr>
            <w:r w:rsidRPr="00CA333A">
              <w:rPr>
                <w:rFonts w:cs="Times New Roman"/>
                <w:b/>
                <w:bCs/>
              </w:rPr>
              <w:lastRenderedPageBreak/>
              <w:t>СУШТИНСКЕ МЕРЕ И АКТИВНОСТИ</w:t>
            </w:r>
          </w:p>
        </w:tc>
        <w:tc>
          <w:tcPr>
            <w:tcW w:w="1204" w:type="pct"/>
            <w:shd w:val="clear" w:color="auto" w:fill="C5E0B3" w:themeFill="accent6" w:themeFillTint="66"/>
          </w:tcPr>
          <w:p w14:paraId="1EE50D45" w14:textId="26CFBC38" w:rsidR="00530CC6" w:rsidRPr="00CA333A" w:rsidRDefault="00CA333A" w:rsidP="00347368">
            <w:pPr>
              <w:jc w:val="left"/>
              <w:rPr>
                <w:rFonts w:cs="Times New Roman"/>
                <w:lang w:val="sr-Cyrl-RS"/>
              </w:rPr>
            </w:pPr>
            <w:r>
              <w:rPr>
                <w:rFonts w:cs="Times New Roman"/>
                <w:b/>
                <w:bCs/>
                <w:lang w:val="sr-Cyrl-RS"/>
              </w:rPr>
              <w:t>ВРЕМЕНСКИ ОКВИР</w:t>
            </w:r>
          </w:p>
        </w:tc>
        <w:tc>
          <w:tcPr>
            <w:tcW w:w="733" w:type="pct"/>
            <w:shd w:val="clear" w:color="auto" w:fill="C5E0B3" w:themeFill="accent6" w:themeFillTint="66"/>
          </w:tcPr>
          <w:p w14:paraId="543ACD6F" w14:textId="559E47CC" w:rsidR="00530CC6" w:rsidRPr="00347368" w:rsidRDefault="00CA333A" w:rsidP="00347368">
            <w:pPr>
              <w:jc w:val="left"/>
              <w:rPr>
                <w:rFonts w:cs="Times New Roman"/>
              </w:rPr>
            </w:pPr>
            <w:r w:rsidRPr="00CA333A">
              <w:rPr>
                <w:rFonts w:cs="Times New Roman"/>
                <w:b/>
                <w:bCs/>
              </w:rPr>
              <w:t>ОДГОВОРНО ЛИЦЕ / ОРГАН</w:t>
            </w:r>
          </w:p>
        </w:tc>
      </w:tr>
      <w:tr w:rsidR="00530CC6" w:rsidRPr="00347368" w14:paraId="79A77568" w14:textId="77777777" w:rsidTr="4B7286EC">
        <w:tc>
          <w:tcPr>
            <w:tcW w:w="5000" w:type="pct"/>
            <w:gridSpan w:val="4"/>
            <w:shd w:val="clear" w:color="auto" w:fill="F7CAAC" w:themeFill="accent2" w:themeFillTint="66"/>
          </w:tcPr>
          <w:p w14:paraId="75D7FA3A" w14:textId="25FBF6EC" w:rsidR="00530CC6" w:rsidRPr="00347368" w:rsidRDefault="00CA333A" w:rsidP="00347368">
            <w:pPr>
              <w:jc w:val="left"/>
              <w:rPr>
                <w:rFonts w:cs="Times New Roman"/>
              </w:rPr>
            </w:pPr>
            <w:r w:rsidRPr="00CA333A">
              <w:rPr>
                <w:rFonts w:cs="Times New Roman"/>
                <w:b/>
                <w:bCs/>
              </w:rPr>
              <w:t>АРАНЖМАНИ ЗА СПРОВОЂЕЊЕ И ПОДРШКА КАПАЦИТЕТИМА</w:t>
            </w:r>
          </w:p>
        </w:tc>
      </w:tr>
      <w:tr w:rsidR="00625796" w:rsidRPr="00347368" w14:paraId="0356EF09" w14:textId="77777777" w:rsidTr="009D7F44">
        <w:tc>
          <w:tcPr>
            <w:tcW w:w="268" w:type="pct"/>
          </w:tcPr>
          <w:p w14:paraId="087E97F2" w14:textId="492A765A" w:rsidR="00C41D10" w:rsidRPr="00347368" w:rsidRDefault="00C41D10" w:rsidP="00347368">
            <w:pPr>
              <w:jc w:val="left"/>
              <w:rPr>
                <w:rFonts w:cs="Times New Roman"/>
              </w:rPr>
            </w:pPr>
            <w:r w:rsidRPr="00347368">
              <w:rPr>
                <w:rFonts w:cs="Times New Roman"/>
              </w:rPr>
              <w:t>A</w:t>
            </w:r>
          </w:p>
        </w:tc>
        <w:tc>
          <w:tcPr>
            <w:tcW w:w="2795" w:type="pct"/>
          </w:tcPr>
          <w:p w14:paraId="7B97C533" w14:textId="12AE5428" w:rsidR="00C41D10" w:rsidRPr="00347368" w:rsidRDefault="00CA333A" w:rsidP="00347368">
            <w:pPr>
              <w:jc w:val="left"/>
              <w:rPr>
                <w:rFonts w:cs="Times New Roman"/>
                <w:b/>
                <w:bCs/>
                <w:color w:val="4472C4" w:themeColor="accent1"/>
              </w:rPr>
            </w:pPr>
            <w:r w:rsidRPr="00CA333A">
              <w:rPr>
                <w:rFonts w:cs="Times New Roman"/>
                <w:b/>
                <w:bCs/>
                <w:color w:val="4472C4" w:themeColor="accent1"/>
              </w:rPr>
              <w:t>ОРГАНИЗАЦИОНА СТРУКТУРА</w:t>
            </w:r>
          </w:p>
          <w:p w14:paraId="39BF16DC" w14:textId="7E9304A6" w:rsidR="00841508" w:rsidRPr="00347368" w:rsidRDefault="55CF8168" w:rsidP="00347368">
            <w:pPr>
              <w:jc w:val="left"/>
              <w:rPr>
                <w:rFonts w:cs="Times New Roman"/>
              </w:rPr>
            </w:pPr>
            <w:r w:rsidRPr="00347368">
              <w:rPr>
                <w:rFonts w:cs="Times New Roman"/>
              </w:rPr>
              <w:t xml:space="preserve">a. </w:t>
            </w:r>
            <w:proofErr w:type="spellStart"/>
            <w:r w:rsidR="00CA333A" w:rsidRPr="00CA333A">
              <w:rPr>
                <w:rFonts w:cs="Times New Roman"/>
              </w:rPr>
              <w:t>Успоставити</w:t>
            </w:r>
            <w:proofErr w:type="spellEnd"/>
            <w:r w:rsidR="00CA333A" w:rsidRPr="00CA333A">
              <w:rPr>
                <w:rFonts w:cs="Times New Roman"/>
              </w:rPr>
              <w:t xml:space="preserve"> и </w:t>
            </w:r>
            <w:proofErr w:type="spellStart"/>
            <w:r w:rsidR="00CA333A" w:rsidRPr="00CA333A">
              <w:rPr>
                <w:rFonts w:cs="Times New Roman"/>
              </w:rPr>
              <w:t>одржавати</w:t>
            </w:r>
            <w:proofErr w:type="spellEnd"/>
            <w:r w:rsidR="00CA333A" w:rsidRPr="00CA333A">
              <w:rPr>
                <w:rFonts w:cs="Times New Roman"/>
              </w:rPr>
              <w:t xml:space="preserve"> </w:t>
            </w:r>
            <w:proofErr w:type="spellStart"/>
            <w:r w:rsidR="00CA333A" w:rsidRPr="00CA333A">
              <w:rPr>
                <w:rFonts w:cs="Times New Roman"/>
              </w:rPr>
              <w:t>Јединицу</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r w:rsidR="00CA333A">
              <w:rPr>
                <w:rFonts w:cs="Times New Roman"/>
                <w:lang w:val="sr-Cyrl-RS"/>
              </w:rPr>
              <w:t>имплементацију</w:t>
            </w:r>
            <w:r w:rsidR="00CA333A" w:rsidRPr="00CA333A">
              <w:rPr>
                <w:rFonts w:cs="Times New Roman"/>
              </w:rPr>
              <w:t xml:space="preserve"> </w:t>
            </w:r>
            <w:proofErr w:type="spellStart"/>
            <w:r w:rsidR="00CA333A" w:rsidRPr="00CA333A">
              <w:rPr>
                <w:rFonts w:cs="Times New Roman"/>
              </w:rPr>
              <w:t>пројекта</w:t>
            </w:r>
            <w:proofErr w:type="spellEnd"/>
            <w:r w:rsidR="00CA333A" w:rsidRPr="00CA333A">
              <w:rPr>
                <w:rFonts w:cs="Times New Roman"/>
              </w:rPr>
              <w:t xml:space="preserve"> (Ј</w:t>
            </w:r>
            <w:r w:rsidR="00CA333A">
              <w:rPr>
                <w:rFonts w:cs="Times New Roman"/>
                <w:lang w:val="sr-Cyrl-RS"/>
              </w:rPr>
              <w:t>И</w:t>
            </w:r>
            <w:r w:rsidR="00CA333A" w:rsidRPr="00CA333A">
              <w:rPr>
                <w:rFonts w:cs="Times New Roman"/>
              </w:rPr>
              <w:t>П</w:t>
            </w:r>
            <w:r w:rsidR="302ECD14" w:rsidRPr="00347368">
              <w:rPr>
                <w:rFonts w:cs="Times New Roman"/>
              </w:rPr>
              <w:t>)</w:t>
            </w:r>
            <w:r w:rsidR="4B41BE4C" w:rsidRPr="00347368">
              <w:rPr>
                <w:rFonts w:cs="Times New Roman"/>
              </w:rPr>
              <w:t xml:space="preserve"> </w:t>
            </w:r>
            <w:r w:rsidR="00CA333A" w:rsidRPr="00CA333A">
              <w:rPr>
                <w:rFonts w:cs="Times New Roman"/>
              </w:rPr>
              <w:t xml:space="preserve">у </w:t>
            </w:r>
            <w:proofErr w:type="spellStart"/>
            <w:r w:rsidR="00CA333A" w:rsidRPr="00CA333A">
              <w:rPr>
                <w:rFonts w:cs="Times New Roman"/>
              </w:rPr>
              <w:t>оквиру</w:t>
            </w:r>
            <w:proofErr w:type="spellEnd"/>
            <w:r w:rsidR="00CA333A">
              <w:rPr>
                <w:rFonts w:cs="Times New Roman"/>
                <w:lang w:val="sr-Cyrl-RS"/>
              </w:rPr>
              <w:t xml:space="preserve"> МРЕ-а</w:t>
            </w:r>
            <w:r w:rsidR="00455693">
              <w:rPr>
                <w:rFonts w:cs="Times New Roman"/>
              </w:rPr>
              <w:t>,</w:t>
            </w:r>
            <w:r w:rsidR="00455693" w:rsidRPr="00347368">
              <w:rPr>
                <w:rFonts w:cs="Times New Roman"/>
              </w:rPr>
              <w:t xml:space="preserve"> </w:t>
            </w:r>
            <w:proofErr w:type="spellStart"/>
            <w:r w:rsidR="00CA333A" w:rsidRPr="00CA333A">
              <w:rPr>
                <w:rFonts w:cs="Times New Roman"/>
              </w:rPr>
              <w:t>са</w:t>
            </w:r>
            <w:proofErr w:type="spellEnd"/>
            <w:r w:rsidR="00CA333A" w:rsidRPr="00CA333A">
              <w:rPr>
                <w:rFonts w:cs="Times New Roman"/>
              </w:rPr>
              <w:t xml:space="preserve"> </w:t>
            </w:r>
            <w:proofErr w:type="spellStart"/>
            <w:r w:rsidR="00CA333A" w:rsidRPr="00CA333A">
              <w:rPr>
                <w:rFonts w:cs="Times New Roman"/>
              </w:rPr>
              <w:t>квалификованим</w:t>
            </w:r>
            <w:proofErr w:type="spellEnd"/>
            <w:r w:rsidR="00CA333A" w:rsidRPr="00CA333A">
              <w:rPr>
                <w:rFonts w:cs="Times New Roman"/>
              </w:rPr>
              <w:t xml:space="preserve"> </w:t>
            </w:r>
            <w:proofErr w:type="spellStart"/>
            <w:r w:rsidR="00CA333A" w:rsidRPr="00CA333A">
              <w:rPr>
                <w:rFonts w:cs="Times New Roman"/>
              </w:rPr>
              <w:t>кадром</w:t>
            </w:r>
            <w:proofErr w:type="spellEnd"/>
            <w:r w:rsidR="00CA333A" w:rsidRPr="00CA333A">
              <w:rPr>
                <w:rFonts w:cs="Times New Roman"/>
              </w:rPr>
              <w:t xml:space="preserve"> и </w:t>
            </w:r>
            <w:proofErr w:type="spellStart"/>
            <w:r w:rsidR="00CA333A" w:rsidRPr="00CA333A">
              <w:rPr>
                <w:rFonts w:cs="Times New Roman"/>
              </w:rPr>
              <w:t>ресурсима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подршку</w:t>
            </w:r>
            <w:proofErr w:type="spellEnd"/>
            <w:r w:rsidR="00CA333A" w:rsidRPr="00CA333A">
              <w:rPr>
                <w:rFonts w:cs="Times New Roman"/>
              </w:rPr>
              <w:t xml:space="preserve"> </w:t>
            </w:r>
            <w:proofErr w:type="spellStart"/>
            <w:r w:rsidR="00CA333A" w:rsidRPr="00CA333A">
              <w:rPr>
                <w:rFonts w:cs="Times New Roman"/>
              </w:rPr>
              <w:t>управљању</w:t>
            </w:r>
            <w:proofErr w:type="spellEnd"/>
            <w:r w:rsidR="00CA333A" w:rsidRPr="00CA333A">
              <w:rPr>
                <w:rFonts w:cs="Times New Roman"/>
              </w:rPr>
              <w:t xml:space="preserve"> </w:t>
            </w:r>
            <w:proofErr w:type="spellStart"/>
            <w:r w:rsidR="00CA333A" w:rsidRPr="00CA333A">
              <w:rPr>
                <w:rFonts w:cs="Times New Roman"/>
              </w:rPr>
              <w:t>еколошким</w:t>
            </w:r>
            <w:proofErr w:type="spellEnd"/>
            <w:r w:rsidR="00CA333A" w:rsidRPr="00CA333A">
              <w:rPr>
                <w:rFonts w:cs="Times New Roman"/>
              </w:rPr>
              <w:t xml:space="preserve">, </w:t>
            </w:r>
            <w:proofErr w:type="spellStart"/>
            <w:r w:rsidR="00CA333A" w:rsidRPr="00CA333A">
              <w:rPr>
                <w:rFonts w:cs="Times New Roman"/>
              </w:rPr>
              <w:t>социјалним</w:t>
            </w:r>
            <w:proofErr w:type="spellEnd"/>
            <w:r w:rsidR="00CA333A" w:rsidRPr="00CA333A">
              <w:rPr>
                <w:rFonts w:cs="Times New Roman"/>
              </w:rPr>
              <w:t xml:space="preserve">, </w:t>
            </w:r>
            <w:proofErr w:type="spellStart"/>
            <w:r w:rsidR="00CA333A" w:rsidRPr="00CA333A">
              <w:rPr>
                <w:rFonts w:cs="Times New Roman"/>
              </w:rPr>
              <w:t>здравственим</w:t>
            </w:r>
            <w:proofErr w:type="spellEnd"/>
            <w:r w:rsidR="00CA333A" w:rsidRPr="00CA333A">
              <w:rPr>
                <w:rFonts w:cs="Times New Roman"/>
              </w:rPr>
              <w:t xml:space="preserve"> и </w:t>
            </w:r>
            <w:proofErr w:type="spellStart"/>
            <w:r w:rsidR="00CA333A" w:rsidRPr="00CA333A">
              <w:rPr>
                <w:rFonts w:cs="Times New Roman"/>
              </w:rPr>
              <w:t>безбедносним</w:t>
            </w:r>
            <w:proofErr w:type="spellEnd"/>
            <w:r w:rsidR="00CA333A" w:rsidRPr="00CA333A">
              <w:rPr>
                <w:rFonts w:cs="Times New Roman"/>
              </w:rPr>
              <w:t xml:space="preserve"> (E&amp;S) </w:t>
            </w:r>
            <w:proofErr w:type="spellStart"/>
            <w:r w:rsidR="00CA333A" w:rsidRPr="00CA333A">
              <w:rPr>
                <w:rFonts w:cs="Times New Roman"/>
              </w:rPr>
              <w:t>ризицима</w:t>
            </w:r>
            <w:proofErr w:type="spellEnd"/>
            <w:r w:rsidR="00CA333A" w:rsidRPr="00CA333A">
              <w:rPr>
                <w:rFonts w:cs="Times New Roman"/>
              </w:rPr>
              <w:t xml:space="preserve"> и </w:t>
            </w:r>
            <w:proofErr w:type="spellStart"/>
            <w:r w:rsidR="00CA333A" w:rsidRPr="00CA333A">
              <w:rPr>
                <w:rFonts w:cs="Times New Roman"/>
              </w:rPr>
              <w:t>утицајима</w:t>
            </w:r>
            <w:proofErr w:type="spellEnd"/>
            <w:r w:rsidR="00CA333A" w:rsidRPr="00CA333A">
              <w:rPr>
                <w:rFonts w:cs="Times New Roman"/>
              </w:rPr>
              <w:t xml:space="preserve"> Пројекта, </w:t>
            </w:r>
            <w:proofErr w:type="spellStart"/>
            <w:r w:rsidR="00CA333A" w:rsidRPr="00CA333A">
              <w:rPr>
                <w:rFonts w:cs="Times New Roman"/>
              </w:rPr>
              <w:t>укључујући</w:t>
            </w:r>
            <w:proofErr w:type="spellEnd"/>
            <w:r w:rsidR="00CA333A" w:rsidRPr="00CA333A">
              <w:rPr>
                <w:rFonts w:cs="Times New Roman"/>
              </w:rPr>
              <w:t xml:space="preserve">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социјална</w:t>
            </w:r>
            <w:proofErr w:type="spellEnd"/>
            <w:r w:rsidR="00CA333A" w:rsidRPr="00CA333A">
              <w:rPr>
                <w:rFonts w:cs="Times New Roman"/>
              </w:rPr>
              <w:t xml:space="preserve"> </w:t>
            </w:r>
            <w:proofErr w:type="spellStart"/>
            <w:r w:rsidR="00CA333A" w:rsidRPr="00CA333A">
              <w:rPr>
                <w:rFonts w:cs="Times New Roman"/>
              </w:rPr>
              <w:t>питања</w:t>
            </w:r>
            <w:proofErr w:type="spellEnd"/>
            <w:r w:rsidR="00CA333A" w:rsidRPr="00CA333A">
              <w:rPr>
                <w:rFonts w:cs="Times New Roman"/>
              </w:rPr>
              <w:t xml:space="preserve">,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заштиту</w:t>
            </w:r>
            <w:proofErr w:type="spellEnd"/>
            <w:r w:rsidR="00CA333A" w:rsidRPr="00CA333A">
              <w:rPr>
                <w:rFonts w:cs="Times New Roman"/>
              </w:rPr>
              <w:t xml:space="preserve"> </w:t>
            </w:r>
            <w:proofErr w:type="spellStart"/>
            <w:r w:rsidR="00CA333A" w:rsidRPr="00CA333A">
              <w:rPr>
                <w:rFonts w:cs="Times New Roman"/>
              </w:rPr>
              <w:t>животне</w:t>
            </w:r>
            <w:proofErr w:type="spellEnd"/>
            <w:r w:rsidR="00CA333A" w:rsidRPr="00CA333A">
              <w:rPr>
                <w:rFonts w:cs="Times New Roman"/>
              </w:rPr>
              <w:t xml:space="preserve"> </w:t>
            </w:r>
            <w:proofErr w:type="spellStart"/>
            <w:r w:rsidR="00CA333A" w:rsidRPr="00CA333A">
              <w:rPr>
                <w:rFonts w:cs="Times New Roman"/>
              </w:rPr>
              <w:t>средине</w:t>
            </w:r>
            <w:proofErr w:type="spellEnd"/>
            <w:r w:rsidR="00CA333A" w:rsidRPr="00CA333A">
              <w:rPr>
                <w:rFonts w:cs="Times New Roman"/>
              </w:rPr>
              <w:t xml:space="preserve">,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безбедност</w:t>
            </w:r>
            <w:proofErr w:type="spellEnd"/>
            <w:r w:rsidR="00CA333A" w:rsidRPr="00CA333A">
              <w:rPr>
                <w:rFonts w:cs="Times New Roman"/>
              </w:rPr>
              <w:t xml:space="preserve"> и </w:t>
            </w:r>
            <w:proofErr w:type="spellStart"/>
            <w:r w:rsidR="00CA333A" w:rsidRPr="00CA333A">
              <w:rPr>
                <w:rFonts w:cs="Times New Roman"/>
              </w:rPr>
              <w:t>здравље</w:t>
            </w:r>
            <w:proofErr w:type="spellEnd"/>
            <w:r w:rsidR="00CA333A" w:rsidRPr="00CA333A">
              <w:rPr>
                <w:rFonts w:cs="Times New Roman"/>
              </w:rPr>
              <w:t xml:space="preserve"> </w:t>
            </w:r>
            <w:proofErr w:type="spellStart"/>
            <w:r w:rsidR="00CA333A" w:rsidRPr="00CA333A">
              <w:rPr>
                <w:rFonts w:cs="Times New Roman"/>
              </w:rPr>
              <w:t>на</w:t>
            </w:r>
            <w:proofErr w:type="spellEnd"/>
            <w:r w:rsidR="00CA333A" w:rsidRPr="00CA333A">
              <w:rPr>
                <w:rFonts w:cs="Times New Roman"/>
              </w:rPr>
              <w:t xml:space="preserve"> </w:t>
            </w:r>
            <w:proofErr w:type="spellStart"/>
            <w:r w:rsidR="00CA333A" w:rsidRPr="00CA333A">
              <w:rPr>
                <w:rFonts w:cs="Times New Roman"/>
              </w:rPr>
              <w:t>раду</w:t>
            </w:r>
            <w:proofErr w:type="spellEnd"/>
            <w:r w:rsidR="00CA333A" w:rsidRPr="00CA333A">
              <w:rPr>
                <w:rFonts w:cs="Times New Roman"/>
              </w:rPr>
              <w:t xml:space="preserve"> </w:t>
            </w:r>
            <w:r w:rsidRPr="00347368">
              <w:rPr>
                <w:rFonts w:cs="Times New Roman"/>
              </w:rPr>
              <w:t xml:space="preserve">(OHS) </w:t>
            </w:r>
            <w:r w:rsidR="00CA333A" w:rsidRPr="00CA333A">
              <w:rPr>
                <w:rFonts w:cs="Times New Roman"/>
              </w:rPr>
              <w:t xml:space="preserve">и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укључивање</w:t>
            </w:r>
            <w:proofErr w:type="spellEnd"/>
            <w:r w:rsidR="00CA333A" w:rsidRPr="00CA333A">
              <w:rPr>
                <w:rFonts w:cs="Times New Roman"/>
              </w:rPr>
              <w:t xml:space="preserve"> </w:t>
            </w:r>
            <w:proofErr w:type="spellStart"/>
            <w:r w:rsidR="00CA333A" w:rsidRPr="00CA333A">
              <w:rPr>
                <w:rFonts w:cs="Times New Roman"/>
              </w:rPr>
              <w:t>заинтересованих</w:t>
            </w:r>
            <w:proofErr w:type="spellEnd"/>
            <w:r w:rsidR="00CA333A" w:rsidRPr="00CA333A">
              <w:rPr>
                <w:rFonts w:cs="Times New Roman"/>
              </w:rPr>
              <w:t xml:space="preserve"> </w:t>
            </w:r>
            <w:proofErr w:type="spellStart"/>
            <w:r w:rsidR="00CA333A" w:rsidRPr="00CA333A">
              <w:rPr>
                <w:rFonts w:cs="Times New Roman"/>
              </w:rPr>
              <w:t>страна</w:t>
            </w:r>
            <w:proofErr w:type="spellEnd"/>
            <w:r w:rsidR="00EB5A9F" w:rsidRPr="00347368">
              <w:rPr>
                <w:rFonts w:cs="Times New Roman"/>
              </w:rPr>
              <w:t>.</w:t>
            </w:r>
          </w:p>
          <w:p w14:paraId="31484A6F" w14:textId="77777777" w:rsidR="00EB5A9F" w:rsidRPr="00347368" w:rsidRDefault="00EB5A9F" w:rsidP="00347368">
            <w:pPr>
              <w:jc w:val="left"/>
              <w:rPr>
                <w:rFonts w:cs="Times New Roman"/>
              </w:rPr>
            </w:pPr>
          </w:p>
          <w:p w14:paraId="1A421231" w14:textId="77777777" w:rsidR="00EB5A9F" w:rsidRPr="00347368" w:rsidRDefault="00EB5A9F" w:rsidP="00347368">
            <w:pPr>
              <w:jc w:val="left"/>
              <w:rPr>
                <w:rFonts w:cs="Times New Roman"/>
              </w:rPr>
            </w:pPr>
          </w:p>
          <w:p w14:paraId="4A4E985D" w14:textId="77777777" w:rsidR="00E36C27" w:rsidRPr="00347368" w:rsidRDefault="00E36C27" w:rsidP="00347368">
            <w:pPr>
              <w:jc w:val="left"/>
              <w:rPr>
                <w:rFonts w:cs="Times New Roman"/>
              </w:rPr>
            </w:pPr>
          </w:p>
          <w:p w14:paraId="73BBC82A" w14:textId="77777777" w:rsidR="00994BC9" w:rsidRPr="00347368" w:rsidRDefault="00994BC9" w:rsidP="00347368">
            <w:pPr>
              <w:jc w:val="left"/>
              <w:rPr>
                <w:rFonts w:cs="Times New Roman"/>
              </w:rPr>
            </w:pPr>
          </w:p>
          <w:p w14:paraId="59BD9F81" w14:textId="6AD3E6D2" w:rsidR="00963287" w:rsidRPr="00347368" w:rsidRDefault="00963287" w:rsidP="00347368">
            <w:pPr>
              <w:jc w:val="left"/>
              <w:rPr>
                <w:rFonts w:cs="Times New Roman"/>
              </w:rPr>
            </w:pPr>
            <w:r w:rsidRPr="00347368">
              <w:rPr>
                <w:rFonts w:cs="Times New Roman"/>
              </w:rPr>
              <w:t>b.</w:t>
            </w:r>
            <w:r w:rsidR="00A92514" w:rsidRPr="00347368">
              <w:rPr>
                <w:rFonts w:cs="Times New Roman"/>
              </w:rPr>
              <w:t xml:space="preserve"> </w:t>
            </w:r>
            <w:proofErr w:type="spellStart"/>
            <w:r w:rsidR="00CA333A" w:rsidRPr="00CA333A">
              <w:rPr>
                <w:rFonts w:cs="Times New Roman"/>
              </w:rPr>
              <w:t>Закључити</w:t>
            </w:r>
            <w:proofErr w:type="spellEnd"/>
            <w:r w:rsidR="00CA333A" w:rsidRPr="00CA333A">
              <w:rPr>
                <w:rFonts w:cs="Times New Roman"/>
              </w:rPr>
              <w:t xml:space="preserve"> </w:t>
            </w:r>
            <w:proofErr w:type="spellStart"/>
            <w:r w:rsidR="00CA333A" w:rsidRPr="00CA333A">
              <w:rPr>
                <w:rFonts w:cs="Times New Roman"/>
              </w:rPr>
              <w:t>аранжмане</w:t>
            </w:r>
            <w:proofErr w:type="spellEnd"/>
            <w:r w:rsidR="00CA333A" w:rsidRPr="00CA333A">
              <w:rPr>
                <w:rFonts w:cs="Times New Roman"/>
              </w:rPr>
              <w:t xml:space="preserve"> о [</w:t>
            </w:r>
            <w:proofErr w:type="spellStart"/>
            <w:r w:rsidR="00CA333A" w:rsidRPr="00CA333A">
              <w:rPr>
                <w:rFonts w:cs="Times New Roman"/>
              </w:rPr>
              <w:t>сарадњи</w:t>
            </w:r>
            <w:proofErr w:type="spellEnd"/>
            <w:r w:rsidR="00CA333A" w:rsidRPr="00CA333A">
              <w:rPr>
                <w:rFonts w:cs="Times New Roman"/>
              </w:rPr>
              <w:t>] [</w:t>
            </w:r>
            <w:proofErr w:type="spellStart"/>
            <w:r w:rsidR="00CA333A" w:rsidRPr="00CA333A">
              <w:rPr>
                <w:rFonts w:cs="Times New Roman"/>
              </w:rPr>
              <w:t>заједничком</w:t>
            </w:r>
            <w:proofErr w:type="spellEnd"/>
            <w:r w:rsidR="00CA333A" w:rsidRPr="00CA333A">
              <w:rPr>
                <w:rFonts w:cs="Times New Roman"/>
              </w:rPr>
              <w:t xml:space="preserve"> </w:t>
            </w:r>
            <w:proofErr w:type="spellStart"/>
            <w:r w:rsidR="00CA333A" w:rsidRPr="00CA333A">
              <w:rPr>
                <w:rFonts w:cs="Times New Roman"/>
              </w:rPr>
              <w:t>раду</w:t>
            </w:r>
            <w:proofErr w:type="spellEnd"/>
            <w:r w:rsidR="00CA333A" w:rsidRPr="00CA333A">
              <w:rPr>
                <w:rFonts w:cs="Times New Roman"/>
              </w:rPr>
              <w:t xml:space="preserve">] </w:t>
            </w:r>
            <w:proofErr w:type="spellStart"/>
            <w:r w:rsidR="00CA333A" w:rsidRPr="00CA333A">
              <w:rPr>
                <w:rFonts w:cs="Times New Roman"/>
              </w:rPr>
              <w:t>са</w:t>
            </w:r>
            <w:proofErr w:type="spellEnd"/>
            <w:r w:rsidR="00CA333A" w:rsidRPr="00CA333A">
              <w:rPr>
                <w:rFonts w:cs="Times New Roman"/>
              </w:rPr>
              <w:t xml:space="preserve"> [</w:t>
            </w:r>
            <w:proofErr w:type="spellStart"/>
            <w:r w:rsidR="00CA333A" w:rsidRPr="00CA333A">
              <w:rPr>
                <w:rFonts w:cs="Times New Roman"/>
              </w:rPr>
              <w:t>навести</w:t>
            </w:r>
            <w:proofErr w:type="spellEnd"/>
            <w:r w:rsidR="00CA333A" w:rsidRPr="00CA333A">
              <w:rPr>
                <w:rFonts w:cs="Times New Roman"/>
              </w:rPr>
              <w:t xml:space="preserve"> </w:t>
            </w:r>
            <w:proofErr w:type="spellStart"/>
            <w:r w:rsidR="00CA333A" w:rsidRPr="00CA333A">
              <w:rPr>
                <w:rFonts w:cs="Times New Roman"/>
              </w:rPr>
              <w:t>све</w:t>
            </w:r>
            <w:proofErr w:type="spellEnd"/>
            <w:r w:rsidR="00CA333A" w:rsidRPr="00CA333A">
              <w:rPr>
                <w:rFonts w:cs="Times New Roman"/>
              </w:rPr>
              <w:t xml:space="preserve"> </w:t>
            </w:r>
            <w:proofErr w:type="spellStart"/>
            <w:r w:rsidR="00CA333A" w:rsidRPr="00CA333A">
              <w:rPr>
                <w:rFonts w:cs="Times New Roman"/>
              </w:rPr>
              <w:t>ентитете</w:t>
            </w:r>
            <w:proofErr w:type="spellEnd"/>
            <w:r w:rsidR="00CA333A" w:rsidRPr="00CA333A">
              <w:rPr>
                <w:rFonts w:cs="Times New Roman"/>
              </w:rPr>
              <w:t xml:space="preserve"> </w:t>
            </w:r>
            <w:proofErr w:type="spellStart"/>
            <w:r w:rsidR="00CA333A" w:rsidRPr="00CA333A">
              <w:rPr>
                <w:rFonts w:cs="Times New Roman"/>
              </w:rPr>
              <w:t>или</w:t>
            </w:r>
            <w:proofErr w:type="spellEnd"/>
            <w:r w:rsidR="00CA333A" w:rsidRPr="00CA333A">
              <w:rPr>
                <w:rFonts w:cs="Times New Roman"/>
              </w:rPr>
              <w:t xml:space="preserve"> </w:t>
            </w:r>
            <w:proofErr w:type="spellStart"/>
            <w:r w:rsidR="00CA333A" w:rsidRPr="00CA333A">
              <w:rPr>
                <w:rFonts w:cs="Times New Roman"/>
              </w:rPr>
              <w:t>агенције</w:t>
            </w:r>
            <w:proofErr w:type="spellEnd"/>
            <w:r w:rsidR="00CA333A" w:rsidRPr="00CA333A">
              <w:rPr>
                <w:rFonts w:cs="Times New Roman"/>
              </w:rPr>
              <w:t xml:space="preserve"> </w:t>
            </w:r>
            <w:proofErr w:type="spellStart"/>
            <w:r w:rsidR="00CA333A" w:rsidRPr="00CA333A">
              <w:rPr>
                <w:rFonts w:cs="Times New Roman"/>
              </w:rPr>
              <w:t>са</w:t>
            </w:r>
            <w:proofErr w:type="spellEnd"/>
            <w:r w:rsidR="00CA333A" w:rsidRPr="00CA333A">
              <w:rPr>
                <w:rFonts w:cs="Times New Roman"/>
              </w:rPr>
              <w:t xml:space="preserve"> </w:t>
            </w:r>
            <w:proofErr w:type="spellStart"/>
            <w:r w:rsidR="00CA333A" w:rsidRPr="00CA333A">
              <w:rPr>
                <w:rFonts w:cs="Times New Roman"/>
              </w:rPr>
              <w:t>којима</w:t>
            </w:r>
            <w:proofErr w:type="spellEnd"/>
            <w:r w:rsidR="00CA333A" w:rsidRPr="00CA333A">
              <w:rPr>
                <w:rFonts w:cs="Times New Roman"/>
              </w:rPr>
              <w:t xml:space="preserve"> </w:t>
            </w:r>
            <w:proofErr w:type="spellStart"/>
            <w:r w:rsidR="00CA333A" w:rsidRPr="00CA333A">
              <w:rPr>
                <w:rFonts w:cs="Times New Roman"/>
              </w:rPr>
              <w:t>релевантни</w:t>
            </w:r>
            <w:proofErr w:type="spellEnd"/>
            <w:r w:rsidR="00CA333A" w:rsidRPr="00CA333A">
              <w:rPr>
                <w:rFonts w:cs="Times New Roman"/>
              </w:rPr>
              <w:t xml:space="preserve"> </w:t>
            </w:r>
            <w:proofErr w:type="spellStart"/>
            <w:r w:rsidR="00CA333A" w:rsidRPr="00CA333A">
              <w:rPr>
                <w:rFonts w:cs="Times New Roman"/>
              </w:rPr>
              <w:t>ентитет</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спровођење</w:t>
            </w:r>
            <w:proofErr w:type="spellEnd"/>
            <w:r w:rsidR="00CA333A" w:rsidRPr="00CA333A">
              <w:rPr>
                <w:rFonts w:cs="Times New Roman"/>
              </w:rPr>
              <w:t xml:space="preserve"> </w:t>
            </w:r>
            <w:proofErr w:type="spellStart"/>
            <w:r w:rsidR="00CA333A" w:rsidRPr="00CA333A">
              <w:rPr>
                <w:rFonts w:cs="Times New Roman"/>
              </w:rPr>
              <w:t>пројекта</w:t>
            </w:r>
            <w:proofErr w:type="spellEnd"/>
            <w:r w:rsidR="00CA333A" w:rsidRPr="00CA333A">
              <w:rPr>
                <w:rFonts w:cs="Times New Roman"/>
              </w:rPr>
              <w:t xml:space="preserve"> </w:t>
            </w:r>
            <w:proofErr w:type="spellStart"/>
            <w:r w:rsidR="00CA333A" w:rsidRPr="00CA333A">
              <w:rPr>
                <w:rFonts w:cs="Times New Roman"/>
              </w:rPr>
              <w:t>треба</w:t>
            </w:r>
            <w:proofErr w:type="spellEnd"/>
            <w:r w:rsidR="00CA333A" w:rsidRPr="00CA333A">
              <w:rPr>
                <w:rFonts w:cs="Times New Roman"/>
              </w:rPr>
              <w:t xml:space="preserve"> </w:t>
            </w:r>
            <w:proofErr w:type="spellStart"/>
            <w:r w:rsidR="00CA333A" w:rsidRPr="00CA333A">
              <w:rPr>
                <w:rFonts w:cs="Times New Roman"/>
              </w:rPr>
              <w:t>да</w:t>
            </w:r>
            <w:proofErr w:type="spellEnd"/>
            <w:r w:rsidR="00CA333A" w:rsidRPr="00CA333A">
              <w:rPr>
                <w:rFonts w:cs="Times New Roman"/>
              </w:rPr>
              <w:t xml:space="preserve"> </w:t>
            </w:r>
            <w:proofErr w:type="spellStart"/>
            <w:r w:rsidR="00CA333A" w:rsidRPr="00CA333A">
              <w:rPr>
                <w:rFonts w:cs="Times New Roman"/>
              </w:rPr>
              <w:t>ступи</w:t>
            </w:r>
            <w:proofErr w:type="spellEnd"/>
            <w:r w:rsidR="00CA333A" w:rsidRPr="00CA333A">
              <w:rPr>
                <w:rFonts w:cs="Times New Roman"/>
              </w:rPr>
              <w:t xml:space="preserve"> у </w:t>
            </w:r>
            <w:proofErr w:type="spellStart"/>
            <w:r w:rsidR="00CA333A" w:rsidRPr="00CA333A">
              <w:rPr>
                <w:rFonts w:cs="Times New Roman"/>
              </w:rPr>
              <w:t>контакт</w:t>
            </w:r>
            <w:proofErr w:type="spellEnd"/>
            <w:r w:rsidR="00CA333A" w:rsidRPr="00CA333A">
              <w:rPr>
                <w:rFonts w:cs="Times New Roman"/>
              </w:rPr>
              <w:t xml:space="preserve">] </w:t>
            </w:r>
            <w:proofErr w:type="spellStart"/>
            <w:r w:rsidR="00CA333A" w:rsidRPr="00CA333A">
              <w:rPr>
                <w:rFonts w:cs="Times New Roman"/>
              </w:rPr>
              <w:t>ради</w:t>
            </w:r>
            <w:proofErr w:type="spellEnd"/>
            <w:r w:rsidR="00CA333A" w:rsidRPr="00CA333A">
              <w:rPr>
                <w:rFonts w:cs="Times New Roman"/>
              </w:rPr>
              <w:t xml:space="preserve"> </w:t>
            </w:r>
            <w:proofErr w:type="spellStart"/>
            <w:r w:rsidR="00CA333A" w:rsidRPr="00CA333A">
              <w:rPr>
                <w:rFonts w:cs="Times New Roman"/>
              </w:rPr>
              <w:t>управљања</w:t>
            </w:r>
            <w:proofErr w:type="spellEnd"/>
            <w:r w:rsidR="00CA333A" w:rsidRPr="00CA333A">
              <w:rPr>
                <w:rFonts w:cs="Times New Roman"/>
              </w:rPr>
              <w:t xml:space="preserve"> E&amp;S </w:t>
            </w:r>
            <w:proofErr w:type="spellStart"/>
            <w:r w:rsidR="00CA333A" w:rsidRPr="00CA333A">
              <w:rPr>
                <w:rFonts w:cs="Times New Roman"/>
              </w:rPr>
              <w:t>ризицима</w:t>
            </w:r>
            <w:proofErr w:type="spellEnd"/>
            <w:r w:rsidR="00CA333A" w:rsidRPr="00CA333A">
              <w:rPr>
                <w:rFonts w:cs="Times New Roman"/>
              </w:rPr>
              <w:t xml:space="preserve"> и </w:t>
            </w:r>
            <w:proofErr w:type="spellStart"/>
            <w:r w:rsidR="00CA333A" w:rsidRPr="00CA333A">
              <w:rPr>
                <w:rFonts w:cs="Times New Roman"/>
              </w:rPr>
              <w:t>утицајима</w:t>
            </w:r>
            <w:proofErr w:type="spellEnd"/>
            <w:r w:rsidR="00CA333A" w:rsidRPr="00CA333A">
              <w:rPr>
                <w:rFonts w:cs="Times New Roman"/>
              </w:rPr>
              <w:t xml:space="preserve"> Пројекта</w:t>
            </w:r>
            <w:r w:rsidR="0032661F" w:rsidRPr="00347368">
              <w:rPr>
                <w:rFonts w:cs="Times New Roman"/>
              </w:rPr>
              <w:t>.</w:t>
            </w:r>
          </w:p>
          <w:p w14:paraId="307D139C" w14:textId="3A529818" w:rsidR="008C60ED" w:rsidRPr="00347368" w:rsidRDefault="008C60ED" w:rsidP="00347368">
            <w:pPr>
              <w:jc w:val="left"/>
              <w:rPr>
                <w:rFonts w:cs="Times New Roman"/>
              </w:rPr>
            </w:pPr>
          </w:p>
        </w:tc>
        <w:tc>
          <w:tcPr>
            <w:tcW w:w="1204" w:type="pct"/>
          </w:tcPr>
          <w:p w14:paraId="6C11BDEC" w14:textId="77777777" w:rsidR="00C41D10" w:rsidRPr="00347368" w:rsidRDefault="00C41D10" w:rsidP="00347368">
            <w:pPr>
              <w:jc w:val="left"/>
              <w:rPr>
                <w:rFonts w:cs="Times New Roman"/>
              </w:rPr>
            </w:pPr>
          </w:p>
          <w:p w14:paraId="2CFB04C9" w14:textId="6F085115" w:rsidR="00C41D10" w:rsidRPr="00347368" w:rsidRDefault="00F567C7" w:rsidP="00347368">
            <w:pPr>
              <w:jc w:val="left"/>
              <w:rPr>
                <w:rFonts w:cs="Times New Roman"/>
              </w:rPr>
            </w:pPr>
            <w:r w:rsidRPr="00347368">
              <w:rPr>
                <w:rFonts w:cs="Times New Roman"/>
              </w:rPr>
              <w:t xml:space="preserve">a. </w:t>
            </w:r>
            <w:proofErr w:type="spellStart"/>
            <w:r w:rsidR="00CA333A" w:rsidRPr="00CA333A">
              <w:rPr>
                <w:rFonts w:cs="Times New Roman"/>
              </w:rPr>
              <w:t>Успоставити</w:t>
            </w:r>
            <w:proofErr w:type="spellEnd"/>
            <w:r w:rsidR="00CA333A" w:rsidRPr="00CA333A">
              <w:rPr>
                <w:rFonts w:cs="Times New Roman"/>
              </w:rPr>
              <w:t xml:space="preserve"> </w:t>
            </w:r>
            <w:r w:rsidR="00CA333A">
              <w:rPr>
                <w:rFonts w:cs="Times New Roman"/>
                <w:lang w:val="sr-Cyrl-RS"/>
              </w:rPr>
              <w:t xml:space="preserve">ЈИП </w:t>
            </w:r>
            <w:proofErr w:type="spellStart"/>
            <w:r w:rsidR="00CA333A" w:rsidRPr="00CA333A">
              <w:rPr>
                <w:rFonts w:cs="Times New Roman"/>
              </w:rPr>
              <w:t>пре</w:t>
            </w:r>
            <w:proofErr w:type="spellEnd"/>
            <w:r w:rsidR="00CA333A" w:rsidRPr="00CA333A">
              <w:rPr>
                <w:rFonts w:cs="Times New Roman"/>
              </w:rPr>
              <w:t xml:space="preserve"> </w:t>
            </w:r>
            <w:proofErr w:type="spellStart"/>
            <w:r w:rsidR="00CA333A" w:rsidRPr="00CA333A">
              <w:rPr>
                <w:rFonts w:cs="Times New Roman"/>
              </w:rPr>
              <w:t>Датума</w:t>
            </w:r>
            <w:proofErr w:type="spellEnd"/>
            <w:r w:rsidR="00CA333A" w:rsidRPr="00CA333A">
              <w:rPr>
                <w:rFonts w:cs="Times New Roman"/>
              </w:rPr>
              <w:t xml:space="preserve"> </w:t>
            </w:r>
            <w:proofErr w:type="spellStart"/>
            <w:r w:rsidR="00CA333A" w:rsidRPr="00CA333A">
              <w:rPr>
                <w:rFonts w:cs="Times New Roman"/>
              </w:rPr>
              <w:t>ступања</w:t>
            </w:r>
            <w:proofErr w:type="spellEnd"/>
            <w:r w:rsidR="00CA333A" w:rsidRPr="00CA333A">
              <w:rPr>
                <w:rFonts w:cs="Times New Roman"/>
              </w:rPr>
              <w:t xml:space="preserve"> </w:t>
            </w:r>
            <w:proofErr w:type="spellStart"/>
            <w:r w:rsidR="00CA333A" w:rsidRPr="00CA333A">
              <w:rPr>
                <w:rFonts w:cs="Times New Roman"/>
              </w:rPr>
              <w:t>на</w:t>
            </w:r>
            <w:proofErr w:type="spellEnd"/>
            <w:r w:rsidR="00CA333A" w:rsidRPr="00CA333A">
              <w:rPr>
                <w:rFonts w:cs="Times New Roman"/>
              </w:rPr>
              <w:t xml:space="preserve"> </w:t>
            </w:r>
            <w:proofErr w:type="spellStart"/>
            <w:r w:rsidR="00CA333A" w:rsidRPr="00CA333A">
              <w:rPr>
                <w:rFonts w:cs="Times New Roman"/>
              </w:rPr>
              <w:t>снагу</w:t>
            </w:r>
            <w:proofErr w:type="spellEnd"/>
            <w:r w:rsidR="00CA333A" w:rsidRPr="00CA333A">
              <w:rPr>
                <w:rFonts w:cs="Times New Roman"/>
              </w:rPr>
              <w:t xml:space="preserve"> (</w:t>
            </w:r>
            <w:proofErr w:type="spellStart"/>
            <w:r w:rsidR="00CA333A" w:rsidRPr="00CA333A">
              <w:rPr>
                <w:rFonts w:cs="Times New Roman"/>
              </w:rPr>
              <w:t>укључујући</w:t>
            </w:r>
            <w:proofErr w:type="spellEnd"/>
            <w:r w:rsidR="00CA333A" w:rsidRPr="00CA333A">
              <w:rPr>
                <w:rFonts w:cs="Times New Roman"/>
              </w:rPr>
              <w:t xml:space="preserve"> </w:t>
            </w:r>
            <w:proofErr w:type="spellStart"/>
            <w:r w:rsidR="00CA333A" w:rsidRPr="00CA333A">
              <w:rPr>
                <w:rFonts w:cs="Times New Roman"/>
              </w:rPr>
              <w:t>именовање</w:t>
            </w:r>
            <w:proofErr w:type="spellEnd"/>
            <w:r w:rsidR="00CA333A" w:rsidRPr="00CA333A">
              <w:rPr>
                <w:rFonts w:cs="Times New Roman"/>
              </w:rPr>
              <w:t xml:space="preserve">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социјална</w:t>
            </w:r>
            <w:proofErr w:type="spellEnd"/>
            <w:r w:rsidR="00CA333A" w:rsidRPr="00CA333A">
              <w:rPr>
                <w:rFonts w:cs="Times New Roman"/>
              </w:rPr>
              <w:t xml:space="preserve"> </w:t>
            </w:r>
            <w:proofErr w:type="spellStart"/>
            <w:r w:rsidR="00CA333A" w:rsidRPr="00CA333A">
              <w:rPr>
                <w:rFonts w:cs="Times New Roman"/>
              </w:rPr>
              <w:t>питања</w:t>
            </w:r>
            <w:proofErr w:type="spellEnd"/>
            <w:r w:rsidR="00CA333A" w:rsidRPr="00CA333A">
              <w:rPr>
                <w:rFonts w:cs="Times New Roman"/>
              </w:rPr>
              <w:t xml:space="preserve">,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заштиту</w:t>
            </w:r>
            <w:proofErr w:type="spellEnd"/>
            <w:r w:rsidR="00CA333A" w:rsidRPr="00CA333A">
              <w:rPr>
                <w:rFonts w:cs="Times New Roman"/>
              </w:rPr>
              <w:t xml:space="preserve"> </w:t>
            </w:r>
            <w:proofErr w:type="spellStart"/>
            <w:r w:rsidR="00CA333A" w:rsidRPr="00CA333A">
              <w:rPr>
                <w:rFonts w:cs="Times New Roman"/>
              </w:rPr>
              <w:t>животне</w:t>
            </w:r>
            <w:proofErr w:type="spellEnd"/>
            <w:r w:rsidR="00CA333A" w:rsidRPr="00CA333A">
              <w:rPr>
                <w:rFonts w:cs="Times New Roman"/>
              </w:rPr>
              <w:t xml:space="preserve"> </w:t>
            </w:r>
            <w:proofErr w:type="spellStart"/>
            <w:r w:rsidR="00CA333A" w:rsidRPr="00CA333A">
              <w:rPr>
                <w:rFonts w:cs="Times New Roman"/>
              </w:rPr>
              <w:t>средине</w:t>
            </w:r>
            <w:proofErr w:type="spellEnd"/>
            <w:r w:rsidR="00CA333A" w:rsidRPr="00CA333A">
              <w:rPr>
                <w:rFonts w:cs="Times New Roman"/>
              </w:rPr>
              <w:t xml:space="preserve">,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r w:rsidR="00E36C27" w:rsidRPr="00347368">
              <w:rPr>
                <w:rFonts w:cs="Times New Roman"/>
              </w:rPr>
              <w:t xml:space="preserve">OHS </w:t>
            </w:r>
            <w:r w:rsidR="00CA333A" w:rsidRPr="00CA333A">
              <w:rPr>
                <w:rFonts w:cs="Times New Roman"/>
              </w:rPr>
              <w:t xml:space="preserve">и </w:t>
            </w:r>
            <w:proofErr w:type="spellStart"/>
            <w:r w:rsidR="00CA333A" w:rsidRPr="00CA333A">
              <w:rPr>
                <w:rFonts w:cs="Times New Roman"/>
              </w:rPr>
              <w:t>стручњака</w:t>
            </w:r>
            <w:proofErr w:type="spellEnd"/>
            <w:r w:rsidR="00CA333A" w:rsidRPr="00CA333A">
              <w:rPr>
                <w:rFonts w:cs="Times New Roman"/>
              </w:rPr>
              <w:t xml:space="preserve"> </w:t>
            </w:r>
            <w:proofErr w:type="spellStart"/>
            <w:r w:rsidR="00CA333A" w:rsidRPr="00CA333A">
              <w:rPr>
                <w:rFonts w:cs="Times New Roman"/>
              </w:rPr>
              <w:t>за</w:t>
            </w:r>
            <w:proofErr w:type="spellEnd"/>
            <w:r w:rsidR="00CA333A" w:rsidRPr="00CA333A">
              <w:rPr>
                <w:rFonts w:cs="Times New Roman"/>
              </w:rPr>
              <w:t xml:space="preserve"> </w:t>
            </w:r>
            <w:proofErr w:type="spellStart"/>
            <w:r w:rsidR="00CA333A" w:rsidRPr="00CA333A">
              <w:rPr>
                <w:rFonts w:cs="Times New Roman"/>
              </w:rPr>
              <w:t>укључивање</w:t>
            </w:r>
            <w:proofErr w:type="spellEnd"/>
            <w:r w:rsidR="00CA333A" w:rsidRPr="00CA333A">
              <w:rPr>
                <w:rFonts w:cs="Times New Roman"/>
              </w:rPr>
              <w:t xml:space="preserve"> </w:t>
            </w:r>
            <w:proofErr w:type="spellStart"/>
            <w:r w:rsidR="00CA333A" w:rsidRPr="00CA333A">
              <w:rPr>
                <w:rFonts w:cs="Times New Roman"/>
              </w:rPr>
              <w:t>заинтересованих</w:t>
            </w:r>
            <w:proofErr w:type="spellEnd"/>
            <w:r w:rsidR="00CA333A" w:rsidRPr="00CA333A">
              <w:rPr>
                <w:rFonts w:cs="Times New Roman"/>
              </w:rPr>
              <w:t xml:space="preserve"> </w:t>
            </w:r>
            <w:proofErr w:type="spellStart"/>
            <w:r w:rsidR="00CA333A" w:rsidRPr="00CA333A">
              <w:rPr>
                <w:rFonts w:cs="Times New Roman"/>
              </w:rPr>
              <w:t>страна</w:t>
            </w:r>
            <w:proofErr w:type="spellEnd"/>
            <w:r w:rsidR="00A40707">
              <w:rPr>
                <w:rFonts w:cs="Times New Roman"/>
              </w:rPr>
              <w:t>)</w:t>
            </w:r>
            <w:r w:rsidR="00E36C27" w:rsidRPr="00347368">
              <w:rPr>
                <w:rFonts w:cs="Times New Roman"/>
              </w:rPr>
              <w:t xml:space="preserve"> </w:t>
            </w:r>
            <w:r w:rsidR="00CA333A" w:rsidRPr="00CA333A">
              <w:rPr>
                <w:rFonts w:cs="Times New Roman"/>
              </w:rPr>
              <w:t xml:space="preserve">а </w:t>
            </w:r>
            <w:proofErr w:type="spellStart"/>
            <w:r w:rsidR="00CA333A" w:rsidRPr="00CA333A">
              <w:rPr>
                <w:rFonts w:cs="Times New Roman"/>
              </w:rPr>
              <w:t>након</w:t>
            </w:r>
            <w:proofErr w:type="spellEnd"/>
            <w:r w:rsidR="00CA333A" w:rsidRPr="00CA333A">
              <w:rPr>
                <w:rFonts w:cs="Times New Roman"/>
              </w:rPr>
              <w:t xml:space="preserve"> </w:t>
            </w:r>
            <w:proofErr w:type="spellStart"/>
            <w:r w:rsidR="00CA333A" w:rsidRPr="00CA333A">
              <w:rPr>
                <w:rFonts w:cs="Times New Roman"/>
              </w:rPr>
              <w:t>тога</w:t>
            </w:r>
            <w:proofErr w:type="spellEnd"/>
            <w:r w:rsidR="00CA333A" w:rsidRPr="00CA333A">
              <w:rPr>
                <w:rFonts w:cs="Times New Roman"/>
              </w:rPr>
              <w:t xml:space="preserve"> </w:t>
            </w:r>
            <w:proofErr w:type="spellStart"/>
            <w:r w:rsidR="00CA333A" w:rsidRPr="00CA333A">
              <w:rPr>
                <w:rFonts w:cs="Times New Roman"/>
              </w:rPr>
              <w:t>одржавати</w:t>
            </w:r>
            <w:proofErr w:type="spellEnd"/>
            <w:r w:rsidR="00CA333A" w:rsidRPr="00CA333A">
              <w:rPr>
                <w:rFonts w:cs="Times New Roman"/>
              </w:rPr>
              <w:t xml:space="preserve"> Ј</w:t>
            </w:r>
            <w:r w:rsidR="00CA333A">
              <w:rPr>
                <w:rFonts w:cs="Times New Roman"/>
                <w:lang w:val="sr-Cyrl-RS"/>
              </w:rPr>
              <w:t>И</w:t>
            </w:r>
            <w:r w:rsidR="00CA333A" w:rsidRPr="00CA333A">
              <w:rPr>
                <w:rFonts w:cs="Times New Roman"/>
              </w:rPr>
              <w:t xml:space="preserve">П и </w:t>
            </w:r>
            <w:proofErr w:type="spellStart"/>
            <w:r w:rsidR="00CA333A" w:rsidRPr="00CA333A">
              <w:rPr>
                <w:rFonts w:cs="Times New Roman"/>
              </w:rPr>
              <w:t>ове</w:t>
            </w:r>
            <w:proofErr w:type="spellEnd"/>
            <w:r w:rsidR="00CA333A" w:rsidRPr="00CA333A">
              <w:rPr>
                <w:rFonts w:cs="Times New Roman"/>
              </w:rPr>
              <w:t xml:space="preserve"> </w:t>
            </w:r>
            <w:proofErr w:type="spellStart"/>
            <w:r w:rsidR="00CA333A" w:rsidRPr="00CA333A">
              <w:rPr>
                <w:rFonts w:cs="Times New Roman"/>
              </w:rPr>
              <w:t>позиције</w:t>
            </w:r>
            <w:proofErr w:type="spellEnd"/>
            <w:r w:rsidR="00CA333A" w:rsidRPr="00CA333A">
              <w:rPr>
                <w:rFonts w:cs="Times New Roman"/>
              </w:rPr>
              <w:t xml:space="preserve"> </w:t>
            </w:r>
            <w:proofErr w:type="spellStart"/>
            <w:r w:rsidR="00CA333A" w:rsidRPr="00CA333A">
              <w:rPr>
                <w:rFonts w:cs="Times New Roman"/>
              </w:rPr>
              <w:t>током</w:t>
            </w:r>
            <w:proofErr w:type="spellEnd"/>
            <w:r w:rsidR="00CA333A" w:rsidRPr="00CA333A">
              <w:rPr>
                <w:rFonts w:cs="Times New Roman"/>
              </w:rPr>
              <w:t xml:space="preserve"> </w:t>
            </w:r>
            <w:proofErr w:type="spellStart"/>
            <w:r w:rsidR="00CA333A" w:rsidRPr="00CA333A">
              <w:rPr>
                <w:rFonts w:cs="Times New Roman"/>
              </w:rPr>
              <w:t>читавог</w:t>
            </w:r>
            <w:proofErr w:type="spellEnd"/>
            <w:r w:rsidR="00CA333A" w:rsidRPr="00CA333A">
              <w:rPr>
                <w:rFonts w:cs="Times New Roman"/>
              </w:rPr>
              <w:t xml:space="preserve"> </w:t>
            </w:r>
            <w:proofErr w:type="spellStart"/>
            <w:r w:rsidR="00CA333A" w:rsidRPr="00CA333A">
              <w:rPr>
                <w:rFonts w:cs="Times New Roman"/>
              </w:rPr>
              <w:t>периода</w:t>
            </w:r>
            <w:proofErr w:type="spellEnd"/>
            <w:r w:rsidR="00CA333A" w:rsidRPr="00CA333A">
              <w:rPr>
                <w:rFonts w:cs="Times New Roman"/>
              </w:rPr>
              <w:t xml:space="preserve"> </w:t>
            </w:r>
            <w:proofErr w:type="spellStart"/>
            <w:r w:rsidR="00CA333A" w:rsidRPr="00CA333A">
              <w:rPr>
                <w:rFonts w:cs="Times New Roman"/>
              </w:rPr>
              <w:t>спровођења</w:t>
            </w:r>
            <w:proofErr w:type="spellEnd"/>
            <w:r w:rsidR="00CA333A" w:rsidRPr="00CA333A">
              <w:rPr>
                <w:rFonts w:cs="Times New Roman"/>
              </w:rPr>
              <w:t xml:space="preserve"> </w:t>
            </w:r>
            <w:proofErr w:type="spellStart"/>
            <w:r w:rsidR="00CA333A" w:rsidRPr="00CA333A">
              <w:rPr>
                <w:rFonts w:cs="Times New Roman"/>
              </w:rPr>
              <w:t>Пројекта</w:t>
            </w:r>
            <w:proofErr w:type="spellEnd"/>
          </w:p>
          <w:p w14:paraId="5BB1AE3E" w14:textId="77777777" w:rsidR="00994BC9" w:rsidRDefault="00994BC9" w:rsidP="00347368">
            <w:pPr>
              <w:jc w:val="left"/>
              <w:rPr>
                <w:rFonts w:cs="Times New Roman"/>
              </w:rPr>
            </w:pPr>
          </w:p>
          <w:p w14:paraId="5868354C" w14:textId="77777777" w:rsidR="00E011B8" w:rsidRPr="00347368" w:rsidRDefault="00E011B8" w:rsidP="00347368">
            <w:pPr>
              <w:jc w:val="left"/>
              <w:rPr>
                <w:rFonts w:cs="Times New Roman"/>
              </w:rPr>
            </w:pPr>
          </w:p>
          <w:p w14:paraId="6BADCC74" w14:textId="1773F114" w:rsidR="00994BC9" w:rsidRPr="00347368" w:rsidRDefault="001930B3" w:rsidP="00347368">
            <w:pPr>
              <w:jc w:val="left"/>
              <w:rPr>
                <w:rFonts w:cs="Times New Roman"/>
              </w:rPr>
            </w:pPr>
            <w:r w:rsidRPr="00347368">
              <w:rPr>
                <w:rFonts w:cs="Times New Roman"/>
              </w:rPr>
              <w:t>b. [</w:t>
            </w:r>
            <w:proofErr w:type="spellStart"/>
            <w:r w:rsidR="00B25F0E" w:rsidRPr="00B25F0E">
              <w:rPr>
                <w:rFonts w:cs="Times New Roman"/>
              </w:rPr>
              <w:t>Ако</w:t>
            </w:r>
            <w:proofErr w:type="spellEnd"/>
            <w:r w:rsidR="00B25F0E" w:rsidRPr="00B25F0E">
              <w:rPr>
                <w:rFonts w:cs="Times New Roman"/>
              </w:rPr>
              <w:t xml:space="preserve"> </w:t>
            </w:r>
            <w:proofErr w:type="spellStart"/>
            <w:r w:rsidR="00B25F0E" w:rsidRPr="00B25F0E">
              <w:rPr>
                <w:rFonts w:cs="Times New Roman"/>
              </w:rPr>
              <w:t>је</w:t>
            </w:r>
            <w:proofErr w:type="spellEnd"/>
            <w:r w:rsidR="00B25F0E" w:rsidRPr="00B25F0E">
              <w:rPr>
                <w:rFonts w:cs="Times New Roman"/>
              </w:rPr>
              <w:t xml:space="preserve"> </w:t>
            </w:r>
            <w:proofErr w:type="spellStart"/>
            <w:r w:rsidR="00B25F0E" w:rsidRPr="00B25F0E">
              <w:rPr>
                <w:rFonts w:cs="Times New Roman"/>
              </w:rPr>
              <w:t>потребно</w:t>
            </w:r>
            <w:proofErr w:type="spellEnd"/>
            <w:r w:rsidR="00B25F0E" w:rsidRPr="00B25F0E">
              <w:rPr>
                <w:rFonts w:cs="Times New Roman"/>
              </w:rPr>
              <w:t xml:space="preserve"> </w:t>
            </w:r>
            <w:proofErr w:type="spellStart"/>
            <w:r w:rsidR="00B25F0E" w:rsidRPr="00B25F0E">
              <w:rPr>
                <w:rFonts w:cs="Times New Roman"/>
              </w:rPr>
              <w:t>закључити</w:t>
            </w:r>
            <w:proofErr w:type="spellEnd"/>
            <w:r w:rsidR="00B25F0E" w:rsidRPr="00B25F0E">
              <w:rPr>
                <w:rFonts w:cs="Times New Roman"/>
              </w:rPr>
              <w:t xml:space="preserve"> </w:t>
            </w:r>
            <w:proofErr w:type="spellStart"/>
            <w:r w:rsidR="00B25F0E" w:rsidRPr="00B25F0E">
              <w:rPr>
                <w:rFonts w:cs="Times New Roman"/>
              </w:rPr>
              <w:t>било</w:t>
            </w:r>
            <w:proofErr w:type="spellEnd"/>
            <w:r w:rsidR="00B25F0E" w:rsidRPr="00B25F0E">
              <w:rPr>
                <w:rFonts w:cs="Times New Roman"/>
              </w:rPr>
              <w:t xml:space="preserve"> </w:t>
            </w:r>
            <w:proofErr w:type="spellStart"/>
            <w:r w:rsidR="00B25F0E" w:rsidRPr="00B25F0E">
              <w:rPr>
                <w:rFonts w:cs="Times New Roman"/>
              </w:rPr>
              <w:t>какве</w:t>
            </w:r>
            <w:proofErr w:type="spellEnd"/>
            <w:r w:rsidR="00B25F0E" w:rsidRPr="00B25F0E">
              <w:rPr>
                <w:rFonts w:cs="Times New Roman"/>
              </w:rPr>
              <w:t xml:space="preserve"> </w:t>
            </w:r>
            <w:proofErr w:type="spellStart"/>
            <w:r w:rsidR="00B25F0E" w:rsidRPr="00B25F0E">
              <w:rPr>
                <w:rFonts w:cs="Times New Roman"/>
              </w:rPr>
              <w:t>споразуме</w:t>
            </w:r>
            <w:proofErr w:type="spellEnd"/>
            <w:r w:rsidR="00B25F0E" w:rsidRPr="00B25F0E">
              <w:rPr>
                <w:rFonts w:cs="Times New Roman"/>
              </w:rPr>
              <w:t xml:space="preserve">, </w:t>
            </w:r>
            <w:proofErr w:type="spellStart"/>
            <w:r w:rsidR="00B25F0E" w:rsidRPr="00B25F0E">
              <w:rPr>
                <w:rFonts w:cs="Times New Roman"/>
              </w:rPr>
              <w:t>навести</w:t>
            </w:r>
            <w:proofErr w:type="spellEnd"/>
            <w:r w:rsidR="00B25F0E" w:rsidRPr="00B25F0E">
              <w:rPr>
                <w:rFonts w:cs="Times New Roman"/>
              </w:rPr>
              <w:t xml:space="preserve"> </w:t>
            </w:r>
            <w:proofErr w:type="spellStart"/>
            <w:r w:rsidR="00B25F0E" w:rsidRPr="00B25F0E">
              <w:rPr>
                <w:rFonts w:cs="Times New Roman"/>
              </w:rPr>
              <w:t>до</w:t>
            </w:r>
            <w:proofErr w:type="spellEnd"/>
            <w:r w:rsidR="00B25F0E" w:rsidRPr="00B25F0E">
              <w:rPr>
                <w:rFonts w:cs="Times New Roman"/>
              </w:rPr>
              <w:t xml:space="preserve"> </w:t>
            </w:r>
            <w:proofErr w:type="spellStart"/>
            <w:r w:rsidR="00B25F0E" w:rsidRPr="00B25F0E">
              <w:rPr>
                <w:rFonts w:cs="Times New Roman"/>
              </w:rPr>
              <w:t>када</w:t>
            </w:r>
            <w:proofErr w:type="spellEnd"/>
            <w:r w:rsidRPr="00347368">
              <w:rPr>
                <w:rFonts w:cs="Times New Roman"/>
              </w:rPr>
              <w:t>].</w:t>
            </w:r>
          </w:p>
        </w:tc>
        <w:tc>
          <w:tcPr>
            <w:tcW w:w="733" w:type="pct"/>
          </w:tcPr>
          <w:p w14:paraId="60EC3309" w14:textId="77777777" w:rsidR="00E36C27" w:rsidRPr="00347368" w:rsidRDefault="00E36C27" w:rsidP="00347368">
            <w:pPr>
              <w:jc w:val="left"/>
              <w:rPr>
                <w:rFonts w:cs="Times New Roman"/>
                <w:highlight w:val="yellow"/>
              </w:rPr>
            </w:pPr>
          </w:p>
          <w:p w14:paraId="05896792" w14:textId="5052C079" w:rsidR="00C41D10" w:rsidRPr="00CA333A" w:rsidRDefault="00CA333A" w:rsidP="00347368">
            <w:pPr>
              <w:jc w:val="left"/>
              <w:rPr>
                <w:rFonts w:cs="Times New Roman"/>
                <w:lang w:val="sr-Cyrl-RS"/>
              </w:rPr>
            </w:pPr>
            <w:r>
              <w:rPr>
                <w:rFonts w:cs="Times New Roman"/>
                <w:lang w:val="sr-Cyrl-RS"/>
              </w:rPr>
              <w:t>МРЕ</w:t>
            </w:r>
          </w:p>
        </w:tc>
      </w:tr>
      <w:tr w:rsidR="00625796" w:rsidRPr="00347368" w14:paraId="2D632474" w14:textId="77777777" w:rsidTr="009D7F44">
        <w:tc>
          <w:tcPr>
            <w:tcW w:w="268" w:type="pct"/>
          </w:tcPr>
          <w:p w14:paraId="58E69912" w14:textId="1AA3A39B" w:rsidR="00E36C27" w:rsidRPr="00347368" w:rsidRDefault="00E36C27" w:rsidP="00347368">
            <w:pPr>
              <w:jc w:val="left"/>
              <w:rPr>
                <w:rFonts w:cs="Times New Roman"/>
              </w:rPr>
            </w:pPr>
            <w:r w:rsidRPr="00347368">
              <w:rPr>
                <w:rFonts w:cs="Times New Roman"/>
              </w:rPr>
              <w:t>B</w:t>
            </w:r>
          </w:p>
        </w:tc>
        <w:tc>
          <w:tcPr>
            <w:tcW w:w="2795" w:type="pct"/>
          </w:tcPr>
          <w:p w14:paraId="218B3204" w14:textId="7DB8F5DB" w:rsidR="00E36C27" w:rsidRPr="00347368" w:rsidRDefault="00A66654" w:rsidP="00347368">
            <w:pPr>
              <w:jc w:val="left"/>
              <w:rPr>
                <w:rFonts w:cs="Times New Roman"/>
                <w:b/>
                <w:bCs/>
                <w:color w:val="4472C4" w:themeColor="accent1"/>
              </w:rPr>
            </w:pPr>
            <w:r w:rsidRPr="00A66654">
              <w:rPr>
                <w:rFonts w:cs="Times New Roman"/>
                <w:b/>
                <w:bCs/>
                <w:color w:val="4472C4" w:themeColor="accent1"/>
              </w:rPr>
              <w:t>ПЛАН/МЕРЕ ЗА ИЗГРАДЊУ КАПАЦИТЕТА</w:t>
            </w:r>
          </w:p>
          <w:p w14:paraId="0AECF062" w14:textId="6147FE43" w:rsidR="00E36C27" w:rsidRPr="00347368" w:rsidRDefault="00A66654" w:rsidP="00347368">
            <w:pPr>
              <w:jc w:val="left"/>
              <w:rPr>
                <w:rFonts w:cs="Times New Roman"/>
              </w:rPr>
            </w:pPr>
            <w:proofErr w:type="spellStart"/>
            <w:r w:rsidRPr="00A66654">
              <w:rPr>
                <w:rFonts w:cs="Times New Roman"/>
              </w:rPr>
              <w:t>Припремити</w:t>
            </w:r>
            <w:proofErr w:type="spellEnd"/>
            <w:r w:rsidRPr="00A66654">
              <w:rPr>
                <w:rFonts w:cs="Times New Roman"/>
              </w:rPr>
              <w:t xml:space="preserve"> </w:t>
            </w:r>
            <w:proofErr w:type="spellStart"/>
            <w:r w:rsidRPr="00A66654">
              <w:rPr>
                <w:rFonts w:cs="Times New Roman"/>
              </w:rPr>
              <w:t>план</w:t>
            </w:r>
            <w:proofErr w:type="spellEnd"/>
            <w:r w:rsidRPr="00A66654">
              <w:rPr>
                <w:rFonts w:cs="Times New Roman"/>
              </w:rPr>
              <w:t xml:space="preserve"> </w:t>
            </w:r>
            <w:proofErr w:type="spellStart"/>
            <w:r w:rsidRPr="00A66654">
              <w:rPr>
                <w:rFonts w:cs="Times New Roman"/>
              </w:rPr>
              <w:t>изградње</w:t>
            </w:r>
            <w:proofErr w:type="spellEnd"/>
            <w:r w:rsidRPr="00A66654">
              <w:rPr>
                <w:rFonts w:cs="Times New Roman"/>
              </w:rPr>
              <w:t xml:space="preserve"> </w:t>
            </w:r>
            <w:proofErr w:type="spellStart"/>
            <w:r w:rsidRPr="00A66654">
              <w:rPr>
                <w:rFonts w:cs="Times New Roman"/>
              </w:rPr>
              <w:t>капацитета</w:t>
            </w:r>
            <w:proofErr w:type="spellEnd"/>
            <w:r w:rsidRPr="00A66654">
              <w:rPr>
                <w:rFonts w:cs="Times New Roman"/>
              </w:rPr>
              <w:t xml:space="preserve"> </w:t>
            </w:r>
            <w:proofErr w:type="spellStart"/>
            <w:r w:rsidRPr="00A66654">
              <w:rPr>
                <w:rFonts w:cs="Times New Roman"/>
              </w:rPr>
              <w:t>као</w:t>
            </w:r>
            <w:proofErr w:type="spellEnd"/>
            <w:r w:rsidRPr="00A66654">
              <w:rPr>
                <w:rFonts w:cs="Times New Roman"/>
              </w:rPr>
              <w:t xml:space="preserve"> </w:t>
            </w:r>
            <w:proofErr w:type="spellStart"/>
            <w:r w:rsidRPr="00A66654">
              <w:rPr>
                <w:rFonts w:cs="Times New Roman"/>
              </w:rPr>
              <w:t>део</w:t>
            </w:r>
            <w:proofErr w:type="spellEnd"/>
            <w:r w:rsidRPr="00A66654">
              <w:rPr>
                <w:rFonts w:cs="Times New Roman"/>
              </w:rPr>
              <w:t xml:space="preserve"> </w:t>
            </w:r>
            <w:proofErr w:type="spellStart"/>
            <w:r w:rsidRPr="00A66654">
              <w:rPr>
                <w:rFonts w:cs="Times New Roman"/>
              </w:rPr>
              <w:t>Плана</w:t>
            </w:r>
            <w:proofErr w:type="spellEnd"/>
            <w:r w:rsidRPr="00A66654">
              <w:rPr>
                <w:rFonts w:cs="Times New Roman"/>
              </w:rPr>
              <w:t xml:space="preserve"> </w:t>
            </w:r>
            <w:proofErr w:type="spellStart"/>
            <w:r w:rsidRPr="00A66654">
              <w:rPr>
                <w:rFonts w:cs="Times New Roman"/>
              </w:rPr>
              <w:t>управљања</w:t>
            </w:r>
            <w:proofErr w:type="spellEnd"/>
            <w:r w:rsidRPr="00A66654">
              <w:rPr>
                <w:rFonts w:cs="Times New Roman"/>
              </w:rPr>
              <w:t xml:space="preserve"> </w:t>
            </w:r>
            <w:proofErr w:type="spellStart"/>
            <w:r w:rsidRPr="00A66654">
              <w:rPr>
                <w:rFonts w:cs="Times New Roman"/>
              </w:rPr>
              <w:t>животном</w:t>
            </w:r>
            <w:proofErr w:type="spellEnd"/>
            <w:r w:rsidRPr="00A66654">
              <w:rPr>
                <w:rFonts w:cs="Times New Roman"/>
              </w:rPr>
              <w:t xml:space="preserve"> </w:t>
            </w:r>
            <w:proofErr w:type="spellStart"/>
            <w:r w:rsidRPr="00A66654">
              <w:rPr>
                <w:rFonts w:cs="Times New Roman"/>
              </w:rPr>
              <w:t>средином</w:t>
            </w:r>
            <w:proofErr w:type="spellEnd"/>
            <w:r w:rsidRPr="00A66654">
              <w:rPr>
                <w:rFonts w:cs="Times New Roman"/>
              </w:rPr>
              <w:t xml:space="preserve"> и </w:t>
            </w:r>
            <w:proofErr w:type="spellStart"/>
            <w:r w:rsidRPr="00A66654">
              <w:rPr>
                <w:rFonts w:cs="Times New Roman"/>
              </w:rPr>
              <w:t>социјалним</w:t>
            </w:r>
            <w:proofErr w:type="spellEnd"/>
            <w:r w:rsidRPr="00A66654">
              <w:rPr>
                <w:rFonts w:cs="Times New Roman"/>
              </w:rPr>
              <w:t xml:space="preserve"> </w:t>
            </w:r>
            <w:proofErr w:type="spellStart"/>
            <w:r w:rsidRPr="00A66654">
              <w:rPr>
                <w:rFonts w:cs="Times New Roman"/>
              </w:rPr>
              <w:t>питањима</w:t>
            </w:r>
            <w:proofErr w:type="spellEnd"/>
            <w:r w:rsidRPr="00A66654">
              <w:rPr>
                <w:rFonts w:cs="Times New Roman"/>
              </w:rPr>
              <w:t xml:space="preserve"> (ESMP) </w:t>
            </w:r>
            <w:proofErr w:type="spellStart"/>
            <w:r w:rsidRPr="00A66654">
              <w:rPr>
                <w:rFonts w:cs="Times New Roman"/>
              </w:rPr>
              <w:t>за</w:t>
            </w:r>
            <w:proofErr w:type="spellEnd"/>
            <w:r w:rsidRPr="00A66654">
              <w:rPr>
                <w:rFonts w:cs="Times New Roman"/>
              </w:rPr>
              <w:t xml:space="preserve"> </w:t>
            </w:r>
            <w:proofErr w:type="spellStart"/>
            <w:r w:rsidRPr="00A66654">
              <w:rPr>
                <w:rFonts w:cs="Times New Roman"/>
              </w:rPr>
              <w:t>Пројекат</w:t>
            </w:r>
            <w:proofErr w:type="spellEnd"/>
            <w:r w:rsidRPr="00A66654">
              <w:rPr>
                <w:rFonts w:cs="Times New Roman"/>
              </w:rPr>
              <w:t xml:space="preserve"> и </w:t>
            </w:r>
            <w:proofErr w:type="spellStart"/>
            <w:r w:rsidRPr="00A66654">
              <w:rPr>
                <w:rFonts w:cs="Times New Roman"/>
              </w:rPr>
              <w:t>спровести</w:t>
            </w:r>
            <w:proofErr w:type="spellEnd"/>
            <w:r w:rsidRPr="00A66654">
              <w:rPr>
                <w:rFonts w:cs="Times New Roman"/>
              </w:rPr>
              <w:t xml:space="preserve"> </w:t>
            </w:r>
            <w:proofErr w:type="spellStart"/>
            <w:r w:rsidRPr="00A66654">
              <w:rPr>
                <w:rFonts w:cs="Times New Roman"/>
              </w:rPr>
              <w:t>га</w:t>
            </w:r>
            <w:proofErr w:type="spellEnd"/>
            <w:r w:rsidRPr="00A66654">
              <w:rPr>
                <w:rFonts w:cs="Times New Roman"/>
              </w:rPr>
              <w:t xml:space="preserve">, </w:t>
            </w:r>
            <w:proofErr w:type="spellStart"/>
            <w:r w:rsidRPr="00A66654">
              <w:rPr>
                <w:rFonts w:cs="Times New Roman"/>
              </w:rPr>
              <w:t>укључујући</w:t>
            </w:r>
            <w:proofErr w:type="spellEnd"/>
            <w:r w:rsidRPr="00A66654">
              <w:rPr>
                <w:rFonts w:cs="Times New Roman"/>
              </w:rPr>
              <w:t xml:space="preserve"> </w:t>
            </w:r>
            <w:proofErr w:type="spellStart"/>
            <w:r w:rsidRPr="00A66654">
              <w:rPr>
                <w:rFonts w:cs="Times New Roman"/>
              </w:rPr>
              <w:t>следеће</w:t>
            </w:r>
            <w:proofErr w:type="spellEnd"/>
            <w:r w:rsidRPr="00A66654">
              <w:rPr>
                <w:rFonts w:cs="Times New Roman"/>
              </w:rPr>
              <w:t xml:space="preserve"> </w:t>
            </w:r>
            <w:proofErr w:type="spellStart"/>
            <w:r w:rsidRPr="00A66654">
              <w:rPr>
                <w:rFonts w:cs="Times New Roman"/>
              </w:rPr>
              <w:t>мере</w:t>
            </w:r>
            <w:proofErr w:type="spellEnd"/>
            <w:r w:rsidRPr="00A66654">
              <w:rPr>
                <w:rFonts w:cs="Times New Roman"/>
              </w:rPr>
              <w:t xml:space="preserve"> </w:t>
            </w:r>
            <w:proofErr w:type="spellStart"/>
            <w:r w:rsidRPr="00A66654">
              <w:rPr>
                <w:rFonts w:cs="Times New Roman"/>
              </w:rPr>
              <w:t>изградње</w:t>
            </w:r>
            <w:proofErr w:type="spellEnd"/>
            <w:r w:rsidRPr="00A66654">
              <w:rPr>
                <w:rFonts w:cs="Times New Roman"/>
              </w:rPr>
              <w:t xml:space="preserve"> </w:t>
            </w:r>
            <w:proofErr w:type="spellStart"/>
            <w:r w:rsidRPr="00A66654">
              <w:rPr>
                <w:rFonts w:cs="Times New Roman"/>
              </w:rPr>
              <w:t>капацитета</w:t>
            </w:r>
            <w:proofErr w:type="spellEnd"/>
            <w:r w:rsidR="00E36C27" w:rsidRPr="00347368">
              <w:rPr>
                <w:rFonts w:cs="Times New Roman"/>
              </w:rPr>
              <w:t xml:space="preserve">. </w:t>
            </w:r>
          </w:p>
          <w:p w14:paraId="3ECE97CC" w14:textId="77777777" w:rsidR="00E36C27" w:rsidRPr="00347368" w:rsidRDefault="00E36C27" w:rsidP="00347368">
            <w:pPr>
              <w:jc w:val="left"/>
              <w:rPr>
                <w:rFonts w:cs="Times New Roman"/>
              </w:rPr>
            </w:pPr>
          </w:p>
          <w:p w14:paraId="16A24FCB" w14:textId="29893FC8" w:rsidR="00E36C27" w:rsidRPr="00347368" w:rsidRDefault="00A66654" w:rsidP="00347368">
            <w:pPr>
              <w:pStyle w:val="Pasussalistom"/>
              <w:numPr>
                <w:ilvl w:val="0"/>
                <w:numId w:val="20"/>
              </w:numPr>
              <w:ind w:left="322" w:hanging="322"/>
              <w:jc w:val="left"/>
              <w:rPr>
                <w:rFonts w:cs="Times New Roman"/>
              </w:rPr>
            </w:pPr>
            <w:proofErr w:type="spellStart"/>
            <w:r w:rsidRPr="00A66654">
              <w:rPr>
                <w:rFonts w:cs="Times New Roman"/>
              </w:rPr>
              <w:t>Обука</w:t>
            </w:r>
            <w:proofErr w:type="spellEnd"/>
            <w:r w:rsidRPr="00A66654">
              <w:rPr>
                <w:rFonts w:cs="Times New Roman"/>
              </w:rPr>
              <w:t xml:space="preserve"> </w:t>
            </w:r>
            <w:proofErr w:type="spellStart"/>
            <w:r w:rsidRPr="00A66654">
              <w:rPr>
                <w:rFonts w:cs="Times New Roman"/>
              </w:rPr>
              <w:t>за</w:t>
            </w:r>
            <w:proofErr w:type="spellEnd"/>
            <w:r w:rsidRPr="00A66654">
              <w:rPr>
                <w:rFonts w:cs="Times New Roman"/>
              </w:rPr>
              <w:t xml:space="preserve"> </w:t>
            </w:r>
            <w:proofErr w:type="spellStart"/>
            <w:r w:rsidRPr="00A66654">
              <w:rPr>
                <w:rFonts w:cs="Times New Roman"/>
              </w:rPr>
              <w:t>особље</w:t>
            </w:r>
            <w:proofErr w:type="spellEnd"/>
            <w:r w:rsidRPr="00A66654">
              <w:rPr>
                <w:rFonts w:cs="Times New Roman"/>
              </w:rPr>
              <w:t xml:space="preserve"> ЈИП-а и </w:t>
            </w:r>
            <w:proofErr w:type="spellStart"/>
            <w:r w:rsidRPr="00A66654">
              <w:rPr>
                <w:rFonts w:cs="Times New Roman"/>
              </w:rPr>
              <w:t>раднике</w:t>
            </w:r>
            <w:proofErr w:type="spellEnd"/>
            <w:r w:rsidRPr="00A66654">
              <w:rPr>
                <w:rFonts w:cs="Times New Roman"/>
              </w:rPr>
              <w:t xml:space="preserve"> </w:t>
            </w:r>
            <w:proofErr w:type="spellStart"/>
            <w:r w:rsidRPr="00A66654">
              <w:rPr>
                <w:rFonts w:cs="Times New Roman"/>
              </w:rPr>
              <w:t>на</w:t>
            </w:r>
            <w:proofErr w:type="spellEnd"/>
            <w:r w:rsidRPr="00A66654">
              <w:rPr>
                <w:rFonts w:cs="Times New Roman"/>
              </w:rPr>
              <w:t xml:space="preserve"> </w:t>
            </w:r>
            <w:proofErr w:type="spellStart"/>
            <w:r w:rsidRPr="00A66654">
              <w:rPr>
                <w:rFonts w:cs="Times New Roman"/>
              </w:rPr>
              <w:t>Пројекту</w:t>
            </w:r>
            <w:proofErr w:type="spellEnd"/>
            <w:r w:rsidRPr="00A66654">
              <w:rPr>
                <w:rFonts w:cs="Times New Roman"/>
              </w:rPr>
              <w:t xml:space="preserve"> о </w:t>
            </w:r>
            <w:proofErr w:type="spellStart"/>
            <w:r w:rsidRPr="00A66654">
              <w:rPr>
                <w:rFonts w:cs="Times New Roman"/>
              </w:rPr>
              <w:t>укључивању</w:t>
            </w:r>
            <w:proofErr w:type="spellEnd"/>
            <w:r w:rsidRPr="00A66654">
              <w:rPr>
                <w:rFonts w:cs="Times New Roman"/>
              </w:rPr>
              <w:t xml:space="preserve"> </w:t>
            </w:r>
            <w:proofErr w:type="spellStart"/>
            <w:r w:rsidRPr="00A66654">
              <w:rPr>
                <w:rFonts w:cs="Times New Roman"/>
              </w:rPr>
              <w:t>заинтересованих</w:t>
            </w:r>
            <w:proofErr w:type="spellEnd"/>
            <w:r w:rsidRPr="00A66654">
              <w:rPr>
                <w:rFonts w:cs="Times New Roman"/>
              </w:rPr>
              <w:t xml:space="preserve"> </w:t>
            </w:r>
            <w:proofErr w:type="spellStart"/>
            <w:r w:rsidRPr="00A66654">
              <w:rPr>
                <w:rFonts w:cs="Times New Roman"/>
              </w:rPr>
              <w:t>страна</w:t>
            </w:r>
            <w:proofErr w:type="spellEnd"/>
            <w:r w:rsidRPr="00A66654">
              <w:rPr>
                <w:rFonts w:cs="Times New Roman"/>
              </w:rPr>
              <w:t xml:space="preserve">, </w:t>
            </w:r>
            <w:proofErr w:type="spellStart"/>
            <w:r w:rsidRPr="00A66654">
              <w:rPr>
                <w:rFonts w:cs="Times New Roman"/>
              </w:rPr>
              <w:t>укључујући</w:t>
            </w:r>
            <w:proofErr w:type="spellEnd"/>
            <w:r w:rsidRPr="00A66654">
              <w:rPr>
                <w:rFonts w:cs="Times New Roman"/>
              </w:rPr>
              <w:t xml:space="preserve"> </w:t>
            </w:r>
            <w:proofErr w:type="spellStart"/>
            <w:r w:rsidRPr="00A66654">
              <w:rPr>
                <w:rFonts w:cs="Times New Roman"/>
              </w:rPr>
              <w:t>управљање</w:t>
            </w:r>
            <w:proofErr w:type="spellEnd"/>
            <w:r w:rsidRPr="00A66654">
              <w:rPr>
                <w:rFonts w:cs="Times New Roman"/>
              </w:rPr>
              <w:t xml:space="preserve"> </w:t>
            </w:r>
            <w:r>
              <w:rPr>
                <w:rFonts w:cs="Times New Roman"/>
                <w:lang w:val="sr-Cyrl-RS"/>
              </w:rPr>
              <w:t>притужбама</w:t>
            </w:r>
            <w:r w:rsidRPr="00A66654">
              <w:rPr>
                <w:rFonts w:cs="Times New Roman"/>
              </w:rPr>
              <w:t xml:space="preserve">, </w:t>
            </w:r>
            <w:proofErr w:type="spellStart"/>
            <w:r w:rsidRPr="00A66654">
              <w:rPr>
                <w:rFonts w:cs="Times New Roman"/>
              </w:rPr>
              <w:t>управљање</w:t>
            </w:r>
            <w:proofErr w:type="spellEnd"/>
            <w:r w:rsidRPr="00A66654">
              <w:rPr>
                <w:rFonts w:cs="Times New Roman"/>
              </w:rPr>
              <w:t xml:space="preserve"> </w:t>
            </w:r>
            <w:proofErr w:type="spellStart"/>
            <w:r w:rsidRPr="00A66654">
              <w:rPr>
                <w:rFonts w:cs="Times New Roman"/>
              </w:rPr>
              <w:t>притужбама</w:t>
            </w:r>
            <w:proofErr w:type="spellEnd"/>
            <w:r w:rsidRPr="00A66654">
              <w:rPr>
                <w:rFonts w:cs="Times New Roman"/>
              </w:rPr>
              <w:t xml:space="preserve"> </w:t>
            </w:r>
            <w:proofErr w:type="spellStart"/>
            <w:r w:rsidRPr="00A66654">
              <w:rPr>
                <w:rFonts w:cs="Times New Roman"/>
              </w:rPr>
              <w:t>радника</w:t>
            </w:r>
            <w:proofErr w:type="spellEnd"/>
            <w:r w:rsidRPr="00A66654">
              <w:rPr>
                <w:rFonts w:cs="Times New Roman"/>
              </w:rPr>
              <w:t xml:space="preserve">, </w:t>
            </w:r>
            <w:proofErr w:type="spellStart"/>
            <w:r w:rsidRPr="00A66654">
              <w:rPr>
                <w:rFonts w:cs="Times New Roman"/>
              </w:rPr>
              <w:t>кодексе</w:t>
            </w:r>
            <w:proofErr w:type="spellEnd"/>
            <w:r w:rsidRPr="00A66654">
              <w:rPr>
                <w:rFonts w:cs="Times New Roman"/>
              </w:rPr>
              <w:t xml:space="preserve"> </w:t>
            </w:r>
            <w:proofErr w:type="spellStart"/>
            <w:r w:rsidRPr="00A66654">
              <w:rPr>
                <w:rFonts w:cs="Times New Roman"/>
              </w:rPr>
              <w:t>понашања</w:t>
            </w:r>
            <w:proofErr w:type="spellEnd"/>
            <w:r w:rsidRPr="00A66654">
              <w:rPr>
                <w:rFonts w:cs="Times New Roman"/>
              </w:rPr>
              <w:t xml:space="preserve">, </w:t>
            </w:r>
            <w:proofErr w:type="spellStart"/>
            <w:r w:rsidRPr="00A66654">
              <w:rPr>
                <w:rFonts w:cs="Times New Roman"/>
              </w:rPr>
              <w:t>спремност</w:t>
            </w:r>
            <w:proofErr w:type="spellEnd"/>
            <w:r w:rsidRPr="00A66654">
              <w:rPr>
                <w:rFonts w:cs="Times New Roman"/>
              </w:rPr>
              <w:t xml:space="preserve"> и </w:t>
            </w:r>
            <w:proofErr w:type="spellStart"/>
            <w:r w:rsidRPr="00A66654">
              <w:rPr>
                <w:rFonts w:cs="Times New Roman"/>
              </w:rPr>
              <w:t>реаговање</w:t>
            </w:r>
            <w:proofErr w:type="spellEnd"/>
            <w:r w:rsidRPr="00A66654">
              <w:rPr>
                <w:rFonts w:cs="Times New Roman"/>
              </w:rPr>
              <w:t xml:space="preserve"> у </w:t>
            </w:r>
            <w:proofErr w:type="spellStart"/>
            <w:r w:rsidRPr="00A66654">
              <w:rPr>
                <w:rFonts w:cs="Times New Roman"/>
              </w:rPr>
              <w:t>ванредним</w:t>
            </w:r>
            <w:proofErr w:type="spellEnd"/>
            <w:r w:rsidRPr="00A66654">
              <w:rPr>
                <w:rFonts w:cs="Times New Roman"/>
              </w:rPr>
              <w:t xml:space="preserve"> </w:t>
            </w:r>
            <w:proofErr w:type="spellStart"/>
            <w:r w:rsidRPr="00A66654">
              <w:rPr>
                <w:rFonts w:cs="Times New Roman"/>
              </w:rPr>
              <w:t>ситуацијама</w:t>
            </w:r>
            <w:proofErr w:type="spellEnd"/>
            <w:r w:rsidRPr="00A66654">
              <w:rPr>
                <w:rFonts w:cs="Times New Roman"/>
              </w:rPr>
              <w:t xml:space="preserve">, </w:t>
            </w:r>
            <w:proofErr w:type="spellStart"/>
            <w:r w:rsidRPr="00A66654">
              <w:rPr>
                <w:rFonts w:cs="Times New Roman"/>
              </w:rPr>
              <w:t>управљање</w:t>
            </w:r>
            <w:proofErr w:type="spellEnd"/>
            <w:r w:rsidRPr="00A66654">
              <w:rPr>
                <w:rFonts w:cs="Times New Roman"/>
              </w:rPr>
              <w:t xml:space="preserve"> </w:t>
            </w:r>
            <w:proofErr w:type="spellStart"/>
            <w:r w:rsidRPr="00A66654">
              <w:rPr>
                <w:rFonts w:cs="Times New Roman"/>
              </w:rPr>
              <w:t>инцидентима</w:t>
            </w:r>
            <w:proofErr w:type="spellEnd"/>
            <w:r w:rsidRPr="00A66654">
              <w:rPr>
                <w:rFonts w:cs="Times New Roman"/>
              </w:rPr>
              <w:t xml:space="preserve">, </w:t>
            </w:r>
            <w:proofErr w:type="spellStart"/>
            <w:r w:rsidRPr="00A66654">
              <w:rPr>
                <w:rFonts w:cs="Times New Roman"/>
              </w:rPr>
              <w:t>здравље</w:t>
            </w:r>
            <w:proofErr w:type="spellEnd"/>
            <w:r w:rsidRPr="00A66654">
              <w:rPr>
                <w:rFonts w:cs="Times New Roman"/>
              </w:rPr>
              <w:t xml:space="preserve"> и </w:t>
            </w:r>
            <w:proofErr w:type="spellStart"/>
            <w:r w:rsidRPr="00A66654">
              <w:rPr>
                <w:rFonts w:cs="Times New Roman"/>
              </w:rPr>
              <w:t>безбедност</w:t>
            </w:r>
            <w:proofErr w:type="spellEnd"/>
            <w:r w:rsidRPr="00A66654">
              <w:rPr>
                <w:rFonts w:cs="Times New Roman"/>
              </w:rPr>
              <w:t xml:space="preserve"> </w:t>
            </w:r>
            <w:proofErr w:type="spellStart"/>
            <w:r w:rsidRPr="00A66654">
              <w:rPr>
                <w:rFonts w:cs="Times New Roman"/>
              </w:rPr>
              <w:t>радника</w:t>
            </w:r>
            <w:proofErr w:type="spellEnd"/>
            <w:r w:rsidRPr="00A66654">
              <w:rPr>
                <w:rFonts w:cs="Times New Roman"/>
              </w:rPr>
              <w:t xml:space="preserve"> и </w:t>
            </w:r>
            <w:proofErr w:type="spellStart"/>
            <w:r w:rsidRPr="00A66654">
              <w:rPr>
                <w:rFonts w:cs="Times New Roman"/>
              </w:rPr>
              <w:t>заједнице</w:t>
            </w:r>
            <w:proofErr w:type="spellEnd"/>
            <w:r w:rsidRPr="00A66654">
              <w:rPr>
                <w:rFonts w:cs="Times New Roman"/>
              </w:rPr>
              <w:t xml:space="preserve">, </w:t>
            </w:r>
            <w:proofErr w:type="spellStart"/>
            <w:r w:rsidRPr="00A66654">
              <w:rPr>
                <w:rFonts w:cs="Times New Roman"/>
              </w:rPr>
              <w:t>управљање</w:t>
            </w:r>
            <w:proofErr w:type="spellEnd"/>
            <w:r w:rsidRPr="00A66654">
              <w:rPr>
                <w:rFonts w:cs="Times New Roman"/>
              </w:rPr>
              <w:t xml:space="preserve"> </w:t>
            </w:r>
            <w:proofErr w:type="spellStart"/>
            <w:r w:rsidRPr="00A66654">
              <w:rPr>
                <w:rFonts w:cs="Times New Roman"/>
              </w:rPr>
              <w:t>ризицима</w:t>
            </w:r>
            <w:proofErr w:type="spellEnd"/>
            <w:r w:rsidRPr="00A66654">
              <w:rPr>
                <w:rFonts w:cs="Times New Roman"/>
              </w:rPr>
              <w:t xml:space="preserve"> и </w:t>
            </w:r>
            <w:proofErr w:type="spellStart"/>
            <w:r w:rsidRPr="00A66654">
              <w:rPr>
                <w:rFonts w:cs="Times New Roman"/>
              </w:rPr>
              <w:t>притужбама</w:t>
            </w:r>
            <w:proofErr w:type="spellEnd"/>
            <w:r w:rsidRPr="00A66654">
              <w:rPr>
                <w:rFonts w:cs="Times New Roman"/>
              </w:rPr>
              <w:t xml:space="preserve"> у </w:t>
            </w:r>
            <w:proofErr w:type="spellStart"/>
            <w:r w:rsidRPr="00A66654">
              <w:rPr>
                <w:rFonts w:cs="Times New Roman"/>
              </w:rPr>
              <w:t>вези</w:t>
            </w:r>
            <w:proofErr w:type="spellEnd"/>
            <w:r w:rsidRPr="00A66654">
              <w:rPr>
                <w:rFonts w:cs="Times New Roman"/>
              </w:rPr>
              <w:t xml:space="preserve"> </w:t>
            </w:r>
            <w:proofErr w:type="spellStart"/>
            <w:r w:rsidRPr="00A66654">
              <w:rPr>
                <w:rFonts w:cs="Times New Roman"/>
              </w:rPr>
              <w:t>са</w:t>
            </w:r>
            <w:proofErr w:type="spellEnd"/>
            <w:r w:rsidRPr="00A66654">
              <w:rPr>
                <w:rFonts w:cs="Times New Roman"/>
              </w:rPr>
              <w:t xml:space="preserve"> </w:t>
            </w:r>
            <w:proofErr w:type="spellStart"/>
            <w:r w:rsidRPr="00A66654">
              <w:rPr>
                <w:rFonts w:cs="Times New Roman"/>
              </w:rPr>
              <w:t>сексуалном</w:t>
            </w:r>
            <w:proofErr w:type="spellEnd"/>
            <w:r w:rsidRPr="00A66654">
              <w:rPr>
                <w:rFonts w:cs="Times New Roman"/>
              </w:rPr>
              <w:t xml:space="preserve"> </w:t>
            </w:r>
            <w:proofErr w:type="spellStart"/>
            <w:r w:rsidRPr="00A66654">
              <w:rPr>
                <w:rFonts w:cs="Times New Roman"/>
              </w:rPr>
              <w:t>експлоатацијом</w:t>
            </w:r>
            <w:proofErr w:type="spellEnd"/>
            <w:r w:rsidRPr="00A66654">
              <w:rPr>
                <w:rFonts w:cs="Times New Roman"/>
              </w:rPr>
              <w:t xml:space="preserve"> и </w:t>
            </w:r>
            <w:proofErr w:type="spellStart"/>
            <w:r w:rsidRPr="00A66654">
              <w:rPr>
                <w:rFonts w:cs="Times New Roman"/>
              </w:rPr>
              <w:lastRenderedPageBreak/>
              <w:t>злостављањем</w:t>
            </w:r>
            <w:proofErr w:type="spellEnd"/>
            <w:r w:rsidRPr="00A66654">
              <w:rPr>
                <w:rFonts w:cs="Times New Roman"/>
              </w:rPr>
              <w:t xml:space="preserve"> (SEA) </w:t>
            </w:r>
            <w:proofErr w:type="spellStart"/>
            <w:r w:rsidRPr="00A66654">
              <w:rPr>
                <w:rFonts w:cs="Times New Roman"/>
              </w:rPr>
              <w:t>или</w:t>
            </w:r>
            <w:proofErr w:type="spellEnd"/>
            <w:r w:rsidRPr="00A66654">
              <w:rPr>
                <w:rFonts w:cs="Times New Roman"/>
              </w:rPr>
              <w:t xml:space="preserve"> </w:t>
            </w:r>
            <w:proofErr w:type="spellStart"/>
            <w:r w:rsidRPr="00A66654">
              <w:rPr>
                <w:rFonts w:cs="Times New Roman"/>
              </w:rPr>
              <w:t>сексуалним</w:t>
            </w:r>
            <w:proofErr w:type="spellEnd"/>
            <w:r w:rsidRPr="00A66654">
              <w:rPr>
                <w:rFonts w:cs="Times New Roman"/>
              </w:rPr>
              <w:t xml:space="preserve"> </w:t>
            </w:r>
            <w:proofErr w:type="spellStart"/>
            <w:r w:rsidRPr="00A66654">
              <w:rPr>
                <w:rFonts w:cs="Times New Roman"/>
              </w:rPr>
              <w:t>узнемиравањем</w:t>
            </w:r>
            <w:proofErr w:type="spellEnd"/>
            <w:r w:rsidRPr="00A66654">
              <w:rPr>
                <w:rFonts w:cs="Times New Roman"/>
              </w:rPr>
              <w:t xml:space="preserve"> (SH), </w:t>
            </w:r>
            <w:proofErr w:type="spellStart"/>
            <w:r w:rsidRPr="00A66654">
              <w:rPr>
                <w:rFonts w:cs="Times New Roman"/>
              </w:rPr>
              <w:t>управљање</w:t>
            </w:r>
            <w:proofErr w:type="spellEnd"/>
            <w:r w:rsidRPr="00A66654">
              <w:rPr>
                <w:rFonts w:cs="Times New Roman"/>
              </w:rPr>
              <w:t xml:space="preserve"> </w:t>
            </w:r>
            <w:proofErr w:type="spellStart"/>
            <w:r w:rsidRPr="00A66654">
              <w:rPr>
                <w:rFonts w:cs="Times New Roman"/>
              </w:rPr>
              <w:t>ризицима</w:t>
            </w:r>
            <w:proofErr w:type="spellEnd"/>
            <w:r w:rsidRPr="00A66654">
              <w:rPr>
                <w:rFonts w:cs="Times New Roman"/>
              </w:rPr>
              <w:t xml:space="preserve"> у </w:t>
            </w:r>
            <w:proofErr w:type="spellStart"/>
            <w:r w:rsidRPr="00A66654">
              <w:rPr>
                <w:rFonts w:cs="Times New Roman"/>
              </w:rPr>
              <w:t>вези</w:t>
            </w:r>
            <w:proofErr w:type="spellEnd"/>
            <w:r w:rsidRPr="00A66654">
              <w:rPr>
                <w:rFonts w:cs="Times New Roman"/>
              </w:rPr>
              <w:t xml:space="preserve"> </w:t>
            </w:r>
            <w:proofErr w:type="spellStart"/>
            <w:r w:rsidRPr="00A66654">
              <w:rPr>
                <w:rFonts w:cs="Times New Roman"/>
              </w:rPr>
              <w:t>са</w:t>
            </w:r>
            <w:proofErr w:type="spellEnd"/>
            <w:r w:rsidRPr="00A66654">
              <w:rPr>
                <w:rFonts w:cs="Times New Roman"/>
              </w:rPr>
              <w:t xml:space="preserve"> </w:t>
            </w:r>
            <w:proofErr w:type="spellStart"/>
            <w:r w:rsidRPr="00A66654">
              <w:rPr>
                <w:rFonts w:cs="Times New Roman"/>
              </w:rPr>
              <w:t>утицајима</w:t>
            </w:r>
            <w:proofErr w:type="spellEnd"/>
            <w:r w:rsidRPr="00A66654">
              <w:rPr>
                <w:rFonts w:cs="Times New Roman"/>
              </w:rPr>
              <w:t xml:space="preserve"> </w:t>
            </w:r>
            <w:proofErr w:type="spellStart"/>
            <w:r w:rsidRPr="00A66654">
              <w:rPr>
                <w:rFonts w:cs="Times New Roman"/>
              </w:rPr>
              <w:t>на</w:t>
            </w:r>
            <w:proofErr w:type="spellEnd"/>
            <w:r w:rsidRPr="00A66654">
              <w:rPr>
                <w:rFonts w:cs="Times New Roman"/>
              </w:rPr>
              <w:t xml:space="preserve"> </w:t>
            </w:r>
            <w:proofErr w:type="spellStart"/>
            <w:r w:rsidRPr="00A66654">
              <w:rPr>
                <w:rFonts w:cs="Times New Roman"/>
              </w:rPr>
              <w:t>земљиште</w:t>
            </w:r>
            <w:proofErr w:type="spellEnd"/>
            <w:r w:rsidRPr="00A66654">
              <w:rPr>
                <w:rFonts w:cs="Times New Roman"/>
              </w:rPr>
              <w:t xml:space="preserve"> и </w:t>
            </w:r>
            <w:proofErr w:type="spellStart"/>
            <w:r w:rsidRPr="00A66654">
              <w:rPr>
                <w:rFonts w:cs="Times New Roman"/>
              </w:rPr>
              <w:t>средства</w:t>
            </w:r>
            <w:proofErr w:type="spellEnd"/>
            <w:r w:rsidRPr="00A66654">
              <w:rPr>
                <w:rFonts w:cs="Times New Roman"/>
              </w:rPr>
              <w:t xml:space="preserve"> </w:t>
            </w:r>
            <w:proofErr w:type="spellStart"/>
            <w:r w:rsidRPr="00A66654">
              <w:rPr>
                <w:rFonts w:cs="Times New Roman"/>
              </w:rPr>
              <w:t>за</w:t>
            </w:r>
            <w:proofErr w:type="spellEnd"/>
            <w:r w:rsidRPr="00A66654">
              <w:rPr>
                <w:rFonts w:cs="Times New Roman"/>
              </w:rPr>
              <w:t xml:space="preserve"> </w:t>
            </w:r>
            <w:proofErr w:type="spellStart"/>
            <w:r w:rsidRPr="00A66654">
              <w:rPr>
                <w:rFonts w:cs="Times New Roman"/>
              </w:rPr>
              <w:t>живот</w:t>
            </w:r>
            <w:proofErr w:type="spellEnd"/>
            <w:r w:rsidRPr="00A66654">
              <w:rPr>
                <w:rFonts w:cs="Times New Roman"/>
              </w:rPr>
              <w:t xml:space="preserve">, </w:t>
            </w:r>
            <w:proofErr w:type="spellStart"/>
            <w:r w:rsidRPr="00A66654">
              <w:rPr>
                <w:rFonts w:cs="Times New Roman"/>
              </w:rPr>
              <w:t>спровођење</w:t>
            </w:r>
            <w:proofErr w:type="spellEnd"/>
            <w:r w:rsidRPr="00A66654">
              <w:rPr>
                <w:rFonts w:cs="Times New Roman"/>
              </w:rPr>
              <w:t xml:space="preserve">, </w:t>
            </w:r>
            <w:proofErr w:type="spellStart"/>
            <w:r w:rsidRPr="00A66654">
              <w:rPr>
                <w:rFonts w:cs="Times New Roman"/>
              </w:rPr>
              <w:t>праћење</w:t>
            </w:r>
            <w:proofErr w:type="spellEnd"/>
            <w:r w:rsidRPr="00A66654">
              <w:rPr>
                <w:rFonts w:cs="Times New Roman"/>
              </w:rPr>
              <w:t xml:space="preserve"> </w:t>
            </w:r>
            <w:r w:rsidR="00790376" w:rsidRPr="00790376">
              <w:rPr>
                <w:rFonts w:cs="Times New Roman"/>
              </w:rPr>
              <w:t xml:space="preserve">и </w:t>
            </w:r>
            <w:proofErr w:type="spellStart"/>
            <w:r w:rsidR="00790376" w:rsidRPr="00790376">
              <w:rPr>
                <w:rFonts w:cs="Times New Roman"/>
              </w:rPr>
              <w:t>извештавање</w:t>
            </w:r>
            <w:proofErr w:type="spellEnd"/>
            <w:r w:rsidR="00790376" w:rsidRPr="00790376">
              <w:rPr>
                <w:rFonts w:cs="Times New Roman"/>
              </w:rPr>
              <w:t xml:space="preserve"> о </w:t>
            </w:r>
            <w:proofErr w:type="spellStart"/>
            <w:r w:rsidR="00790376" w:rsidRPr="00790376">
              <w:rPr>
                <w:rFonts w:cs="Times New Roman"/>
              </w:rPr>
              <w:t>Плану</w:t>
            </w:r>
            <w:proofErr w:type="spellEnd"/>
            <w:r w:rsidR="00790376" w:rsidRPr="00790376">
              <w:rPr>
                <w:rFonts w:cs="Times New Roman"/>
              </w:rPr>
              <w:t xml:space="preserve"> </w:t>
            </w:r>
            <w:proofErr w:type="spellStart"/>
            <w:r w:rsidR="00790376" w:rsidRPr="00790376">
              <w:rPr>
                <w:rFonts w:cs="Times New Roman"/>
              </w:rPr>
              <w:t>управљања</w:t>
            </w:r>
            <w:proofErr w:type="spellEnd"/>
            <w:r w:rsidR="00790376" w:rsidRPr="00790376">
              <w:rPr>
                <w:rFonts w:cs="Times New Roman"/>
              </w:rPr>
              <w:t xml:space="preserve"> </w:t>
            </w:r>
            <w:proofErr w:type="spellStart"/>
            <w:r w:rsidR="00790376" w:rsidRPr="00790376">
              <w:rPr>
                <w:rFonts w:cs="Times New Roman"/>
              </w:rPr>
              <w:t>животном</w:t>
            </w:r>
            <w:proofErr w:type="spellEnd"/>
            <w:r w:rsidR="00790376" w:rsidRPr="00790376">
              <w:rPr>
                <w:rFonts w:cs="Times New Roman"/>
              </w:rPr>
              <w:t xml:space="preserve"> </w:t>
            </w:r>
            <w:proofErr w:type="spellStart"/>
            <w:r w:rsidR="00790376" w:rsidRPr="00790376">
              <w:rPr>
                <w:rFonts w:cs="Times New Roman"/>
              </w:rPr>
              <w:t>средином</w:t>
            </w:r>
            <w:proofErr w:type="spellEnd"/>
            <w:r w:rsidR="00790376" w:rsidRPr="00790376">
              <w:rPr>
                <w:rFonts w:cs="Times New Roman"/>
              </w:rPr>
              <w:t xml:space="preserve"> и </w:t>
            </w:r>
            <w:proofErr w:type="spellStart"/>
            <w:r w:rsidR="00790376" w:rsidRPr="00790376">
              <w:rPr>
                <w:rFonts w:cs="Times New Roman"/>
              </w:rPr>
              <w:t>социјалним</w:t>
            </w:r>
            <w:proofErr w:type="spellEnd"/>
            <w:r w:rsidR="00790376" w:rsidRPr="00790376">
              <w:rPr>
                <w:rFonts w:cs="Times New Roman"/>
              </w:rPr>
              <w:t xml:space="preserve"> </w:t>
            </w:r>
            <w:r w:rsidR="00CF7F27">
              <w:rPr>
                <w:rFonts w:cs="Times New Roman"/>
                <w:lang w:val="sr-Cyrl-RS"/>
              </w:rPr>
              <w:t>утицајима</w:t>
            </w:r>
            <w:r w:rsidR="00790376" w:rsidRPr="00790376">
              <w:rPr>
                <w:rFonts w:cs="Times New Roman"/>
              </w:rPr>
              <w:t xml:space="preserve"> (ESMP), </w:t>
            </w:r>
            <w:proofErr w:type="spellStart"/>
            <w:r w:rsidR="00790376" w:rsidRPr="00790376">
              <w:rPr>
                <w:rFonts w:cs="Times New Roman"/>
              </w:rPr>
              <w:t>као</w:t>
            </w:r>
            <w:proofErr w:type="spellEnd"/>
            <w:r w:rsidR="00790376" w:rsidRPr="00790376">
              <w:rPr>
                <w:rFonts w:cs="Times New Roman"/>
              </w:rPr>
              <w:t xml:space="preserve"> и о </w:t>
            </w:r>
            <w:proofErr w:type="spellStart"/>
            <w:r w:rsidR="00790376" w:rsidRPr="00790376">
              <w:rPr>
                <w:rFonts w:cs="Times New Roman"/>
              </w:rPr>
              <w:t>важећим</w:t>
            </w:r>
            <w:proofErr w:type="spellEnd"/>
            <w:r w:rsidR="00790376" w:rsidRPr="00790376">
              <w:rPr>
                <w:rFonts w:cs="Times New Roman"/>
              </w:rPr>
              <w:t xml:space="preserve"> EHS </w:t>
            </w:r>
            <w:proofErr w:type="spellStart"/>
            <w:r w:rsidR="00790376" w:rsidRPr="00790376">
              <w:rPr>
                <w:rFonts w:cs="Times New Roman"/>
              </w:rPr>
              <w:t>Смерницама</w:t>
            </w:r>
            <w:proofErr w:type="spellEnd"/>
            <w:r w:rsidR="00790376" w:rsidRPr="00790376">
              <w:rPr>
                <w:rFonts w:cs="Times New Roman"/>
              </w:rPr>
              <w:t xml:space="preserve"> </w:t>
            </w:r>
            <w:proofErr w:type="spellStart"/>
            <w:r w:rsidR="00790376" w:rsidRPr="00790376">
              <w:rPr>
                <w:rFonts w:cs="Times New Roman"/>
              </w:rPr>
              <w:t>Групације</w:t>
            </w:r>
            <w:proofErr w:type="spellEnd"/>
            <w:r w:rsidR="00790376" w:rsidRPr="00790376">
              <w:rPr>
                <w:rFonts w:cs="Times New Roman"/>
              </w:rPr>
              <w:t xml:space="preserve"> </w:t>
            </w:r>
            <w:proofErr w:type="spellStart"/>
            <w:r w:rsidR="00790376" w:rsidRPr="00790376">
              <w:rPr>
                <w:rFonts w:cs="Times New Roman"/>
              </w:rPr>
              <w:t>Светске</w:t>
            </w:r>
            <w:proofErr w:type="spellEnd"/>
            <w:r w:rsidR="00790376" w:rsidRPr="00790376">
              <w:rPr>
                <w:rFonts w:cs="Times New Roman"/>
              </w:rPr>
              <w:t xml:space="preserve"> </w:t>
            </w:r>
            <w:proofErr w:type="spellStart"/>
            <w:r w:rsidR="00790376" w:rsidRPr="00790376">
              <w:rPr>
                <w:rFonts w:cs="Times New Roman"/>
              </w:rPr>
              <w:t>банке</w:t>
            </w:r>
            <w:proofErr w:type="spellEnd"/>
            <w:r w:rsidR="00E36C27" w:rsidRPr="00347368">
              <w:rPr>
                <w:rFonts w:cs="Times New Roman"/>
              </w:rPr>
              <w:t xml:space="preserve">.  </w:t>
            </w:r>
          </w:p>
          <w:p w14:paraId="740A7B32" w14:textId="7CFCE65B" w:rsidR="00E36C27" w:rsidRPr="00347368" w:rsidRDefault="00CF7F27" w:rsidP="00347368">
            <w:pPr>
              <w:pStyle w:val="Pasussalistom"/>
              <w:numPr>
                <w:ilvl w:val="0"/>
                <w:numId w:val="20"/>
              </w:numPr>
              <w:ind w:left="322" w:hanging="322"/>
              <w:jc w:val="left"/>
              <w:rPr>
                <w:rFonts w:cs="Times New Roman"/>
              </w:rPr>
            </w:pPr>
            <w:proofErr w:type="spellStart"/>
            <w:r w:rsidRPr="00CF7F27">
              <w:rPr>
                <w:rFonts w:cs="Times New Roman"/>
              </w:rPr>
              <w:t>Подизање</w:t>
            </w:r>
            <w:proofErr w:type="spellEnd"/>
            <w:r w:rsidRPr="00CF7F27">
              <w:rPr>
                <w:rFonts w:cs="Times New Roman"/>
              </w:rPr>
              <w:t xml:space="preserve"> </w:t>
            </w:r>
            <w:proofErr w:type="spellStart"/>
            <w:r w:rsidRPr="00CF7F27">
              <w:rPr>
                <w:rFonts w:cs="Times New Roman"/>
              </w:rPr>
              <w:t>свести</w:t>
            </w:r>
            <w:proofErr w:type="spellEnd"/>
            <w:r w:rsidRPr="00CF7F27">
              <w:rPr>
                <w:rFonts w:cs="Times New Roman"/>
              </w:rPr>
              <w:t xml:space="preserve"> </w:t>
            </w:r>
            <w:proofErr w:type="spellStart"/>
            <w:r w:rsidRPr="00CF7F27">
              <w:rPr>
                <w:rFonts w:cs="Times New Roman"/>
              </w:rPr>
              <w:t>заједница</w:t>
            </w:r>
            <w:proofErr w:type="spellEnd"/>
            <w:r w:rsidRPr="00CF7F27">
              <w:rPr>
                <w:rFonts w:cs="Times New Roman"/>
              </w:rPr>
              <w:t xml:space="preserve"> о </w:t>
            </w:r>
            <w:proofErr w:type="spellStart"/>
            <w:r w:rsidRPr="00CF7F27">
              <w:rPr>
                <w:rFonts w:cs="Times New Roman"/>
              </w:rPr>
              <w:t>управљању</w:t>
            </w:r>
            <w:proofErr w:type="spellEnd"/>
            <w:r w:rsidRPr="00CF7F27">
              <w:rPr>
                <w:rFonts w:cs="Times New Roman"/>
              </w:rPr>
              <w:t xml:space="preserve"> </w:t>
            </w:r>
            <w:proofErr w:type="spellStart"/>
            <w:r w:rsidRPr="00CF7F27">
              <w:rPr>
                <w:rFonts w:cs="Times New Roman"/>
              </w:rPr>
              <w:t>притужбама</w:t>
            </w:r>
            <w:proofErr w:type="spellEnd"/>
            <w:r w:rsidRPr="00CF7F27">
              <w:rPr>
                <w:rFonts w:cs="Times New Roman"/>
              </w:rPr>
              <w:t xml:space="preserve">, </w:t>
            </w:r>
            <w:proofErr w:type="spellStart"/>
            <w:r w:rsidRPr="00CF7F27">
              <w:rPr>
                <w:rFonts w:cs="Times New Roman"/>
              </w:rPr>
              <w:t>спречавању</w:t>
            </w:r>
            <w:proofErr w:type="spellEnd"/>
            <w:r w:rsidRPr="00CF7F27">
              <w:rPr>
                <w:rFonts w:cs="Times New Roman"/>
              </w:rPr>
              <w:t xml:space="preserve">, </w:t>
            </w:r>
            <w:proofErr w:type="spellStart"/>
            <w:r w:rsidRPr="00CF7F27">
              <w:rPr>
                <w:rFonts w:cs="Times New Roman"/>
              </w:rPr>
              <w:t>спремности</w:t>
            </w:r>
            <w:proofErr w:type="spellEnd"/>
            <w:r w:rsidRPr="00CF7F27">
              <w:rPr>
                <w:rFonts w:cs="Times New Roman"/>
              </w:rPr>
              <w:t xml:space="preserve"> и </w:t>
            </w:r>
            <w:proofErr w:type="spellStart"/>
            <w:r w:rsidRPr="00CF7F27">
              <w:rPr>
                <w:rFonts w:cs="Times New Roman"/>
              </w:rPr>
              <w:t>реаговању</w:t>
            </w:r>
            <w:proofErr w:type="spellEnd"/>
            <w:r w:rsidRPr="00CF7F27">
              <w:rPr>
                <w:rFonts w:cs="Times New Roman"/>
              </w:rPr>
              <w:t xml:space="preserve"> у </w:t>
            </w:r>
            <w:proofErr w:type="spellStart"/>
            <w:r w:rsidRPr="00CF7F27">
              <w:rPr>
                <w:rFonts w:cs="Times New Roman"/>
              </w:rPr>
              <w:t>ванредним</w:t>
            </w:r>
            <w:proofErr w:type="spellEnd"/>
            <w:r w:rsidRPr="00CF7F27">
              <w:rPr>
                <w:rFonts w:cs="Times New Roman"/>
              </w:rPr>
              <w:t xml:space="preserve"> </w:t>
            </w:r>
            <w:proofErr w:type="spellStart"/>
            <w:r w:rsidRPr="00CF7F27">
              <w:rPr>
                <w:rFonts w:cs="Times New Roman"/>
              </w:rPr>
              <w:t>ситуацијама</w:t>
            </w:r>
            <w:proofErr w:type="spellEnd"/>
            <w:r w:rsidRPr="00CF7F27">
              <w:rPr>
                <w:rFonts w:cs="Times New Roman"/>
              </w:rPr>
              <w:t xml:space="preserve">, </w:t>
            </w:r>
            <w:proofErr w:type="spellStart"/>
            <w:r w:rsidRPr="00CF7F27">
              <w:rPr>
                <w:rFonts w:cs="Times New Roman"/>
              </w:rPr>
              <w:t>здрављу</w:t>
            </w:r>
            <w:proofErr w:type="spellEnd"/>
            <w:r w:rsidRPr="00CF7F27">
              <w:rPr>
                <w:rFonts w:cs="Times New Roman"/>
              </w:rPr>
              <w:t xml:space="preserve"> и </w:t>
            </w:r>
            <w:proofErr w:type="spellStart"/>
            <w:r w:rsidRPr="00CF7F27">
              <w:rPr>
                <w:rFonts w:cs="Times New Roman"/>
              </w:rPr>
              <w:t>безбедности</w:t>
            </w:r>
            <w:proofErr w:type="spellEnd"/>
            <w:r w:rsidRPr="00CF7F27">
              <w:rPr>
                <w:rFonts w:cs="Times New Roman"/>
              </w:rPr>
              <w:t xml:space="preserve"> </w:t>
            </w:r>
            <w:proofErr w:type="spellStart"/>
            <w:r w:rsidRPr="00CF7F27">
              <w:rPr>
                <w:rFonts w:cs="Times New Roman"/>
              </w:rPr>
              <w:t>заједнице</w:t>
            </w:r>
            <w:proofErr w:type="spellEnd"/>
            <w:r w:rsidRPr="00CF7F27">
              <w:rPr>
                <w:rFonts w:cs="Times New Roman"/>
              </w:rPr>
              <w:t xml:space="preserve">, </w:t>
            </w:r>
            <w:proofErr w:type="spellStart"/>
            <w:r w:rsidRPr="00CF7F27">
              <w:rPr>
                <w:rFonts w:cs="Times New Roman"/>
              </w:rPr>
              <w:t>укључујући</w:t>
            </w:r>
            <w:proofErr w:type="spellEnd"/>
            <w:r w:rsidRPr="00CF7F27">
              <w:rPr>
                <w:rFonts w:cs="Times New Roman"/>
              </w:rPr>
              <w:t xml:space="preserve"> </w:t>
            </w:r>
            <w:r w:rsidR="00E36C27" w:rsidRPr="00347368">
              <w:rPr>
                <w:rFonts w:cs="Times New Roman"/>
              </w:rPr>
              <w:t xml:space="preserve">SEA/SH, </w:t>
            </w:r>
            <w:proofErr w:type="spellStart"/>
            <w:r w:rsidRPr="00CF7F27">
              <w:rPr>
                <w:rFonts w:cs="Times New Roman"/>
              </w:rPr>
              <w:t>као</w:t>
            </w:r>
            <w:proofErr w:type="spellEnd"/>
            <w:r w:rsidRPr="00CF7F27">
              <w:rPr>
                <w:rFonts w:cs="Times New Roman"/>
              </w:rPr>
              <w:t xml:space="preserve"> и о </w:t>
            </w:r>
            <w:proofErr w:type="spellStart"/>
            <w:r w:rsidRPr="00CF7F27">
              <w:rPr>
                <w:rFonts w:cs="Times New Roman"/>
              </w:rPr>
              <w:t>управљању</w:t>
            </w:r>
            <w:proofErr w:type="spellEnd"/>
            <w:r w:rsidRPr="00CF7F27">
              <w:rPr>
                <w:rFonts w:cs="Times New Roman"/>
              </w:rPr>
              <w:t xml:space="preserve"> </w:t>
            </w:r>
            <w:proofErr w:type="spellStart"/>
            <w:r w:rsidRPr="00CF7F27">
              <w:rPr>
                <w:rFonts w:cs="Times New Roman"/>
              </w:rPr>
              <w:t>ризицима</w:t>
            </w:r>
            <w:proofErr w:type="spellEnd"/>
            <w:r w:rsidRPr="00CF7F27">
              <w:rPr>
                <w:rFonts w:cs="Times New Roman"/>
              </w:rPr>
              <w:t xml:space="preserve"> у </w:t>
            </w:r>
            <w:proofErr w:type="spellStart"/>
            <w:r w:rsidRPr="00CF7F27">
              <w:rPr>
                <w:rFonts w:cs="Times New Roman"/>
              </w:rPr>
              <w:t>вези</w:t>
            </w:r>
            <w:proofErr w:type="spellEnd"/>
            <w:r w:rsidRPr="00CF7F27">
              <w:rPr>
                <w:rFonts w:cs="Times New Roman"/>
              </w:rPr>
              <w:t xml:space="preserve"> </w:t>
            </w:r>
            <w:proofErr w:type="spellStart"/>
            <w:r w:rsidRPr="00CF7F27">
              <w:rPr>
                <w:rFonts w:cs="Times New Roman"/>
              </w:rPr>
              <w:t>са</w:t>
            </w:r>
            <w:proofErr w:type="spellEnd"/>
            <w:r w:rsidRPr="00CF7F27">
              <w:rPr>
                <w:rFonts w:cs="Times New Roman"/>
              </w:rPr>
              <w:t xml:space="preserve"> </w:t>
            </w:r>
            <w:proofErr w:type="spellStart"/>
            <w:r w:rsidRPr="00CF7F27">
              <w:rPr>
                <w:rFonts w:cs="Times New Roman"/>
              </w:rPr>
              <w:t>утицајима</w:t>
            </w:r>
            <w:proofErr w:type="spellEnd"/>
            <w:r w:rsidRPr="00CF7F27">
              <w:rPr>
                <w:rFonts w:cs="Times New Roman"/>
              </w:rPr>
              <w:t xml:space="preserve"> </w:t>
            </w:r>
            <w:proofErr w:type="spellStart"/>
            <w:r w:rsidRPr="00CF7F27">
              <w:rPr>
                <w:rFonts w:cs="Times New Roman"/>
              </w:rPr>
              <w:t>на</w:t>
            </w:r>
            <w:proofErr w:type="spellEnd"/>
            <w:r w:rsidRPr="00CF7F27">
              <w:rPr>
                <w:rFonts w:cs="Times New Roman"/>
              </w:rPr>
              <w:t xml:space="preserve"> </w:t>
            </w:r>
            <w:proofErr w:type="spellStart"/>
            <w:r w:rsidRPr="00CF7F27">
              <w:rPr>
                <w:rFonts w:cs="Times New Roman"/>
              </w:rPr>
              <w:t>земљиште</w:t>
            </w:r>
            <w:proofErr w:type="spellEnd"/>
            <w:r w:rsidRPr="00CF7F27">
              <w:rPr>
                <w:rFonts w:cs="Times New Roman"/>
              </w:rPr>
              <w:t xml:space="preserve"> и </w:t>
            </w:r>
            <w:proofErr w:type="spellStart"/>
            <w:r w:rsidRPr="00CF7F27">
              <w:rPr>
                <w:rFonts w:cs="Times New Roman"/>
              </w:rPr>
              <w:t>средства</w:t>
            </w:r>
            <w:proofErr w:type="spellEnd"/>
            <w:r w:rsidRPr="00CF7F27">
              <w:rPr>
                <w:rFonts w:cs="Times New Roman"/>
              </w:rPr>
              <w:t xml:space="preserve"> </w:t>
            </w:r>
            <w:proofErr w:type="spellStart"/>
            <w:r w:rsidRPr="00CF7F27">
              <w:rPr>
                <w:rFonts w:cs="Times New Roman"/>
              </w:rPr>
              <w:t>за</w:t>
            </w:r>
            <w:proofErr w:type="spellEnd"/>
            <w:r w:rsidRPr="00CF7F27">
              <w:rPr>
                <w:rFonts w:cs="Times New Roman"/>
              </w:rPr>
              <w:t xml:space="preserve"> </w:t>
            </w:r>
            <w:proofErr w:type="spellStart"/>
            <w:r w:rsidRPr="00CF7F27">
              <w:rPr>
                <w:rFonts w:cs="Times New Roman"/>
              </w:rPr>
              <w:t>живот</w:t>
            </w:r>
            <w:proofErr w:type="spellEnd"/>
            <w:r w:rsidR="009F3C63" w:rsidRPr="00347368">
              <w:rPr>
                <w:rFonts w:cs="Times New Roman"/>
              </w:rPr>
              <w:t>.</w:t>
            </w:r>
          </w:p>
        </w:tc>
        <w:tc>
          <w:tcPr>
            <w:tcW w:w="1204" w:type="pct"/>
          </w:tcPr>
          <w:p w14:paraId="6D6A98AA" w14:textId="77777777" w:rsidR="009630F1" w:rsidRPr="00347368" w:rsidRDefault="009630F1" w:rsidP="00347368">
            <w:pPr>
              <w:jc w:val="left"/>
              <w:rPr>
                <w:rFonts w:eastAsia="Times New Roman"/>
              </w:rPr>
            </w:pPr>
          </w:p>
          <w:p w14:paraId="512532C3" w14:textId="4693DE15" w:rsidR="00E36C27" w:rsidRPr="00347368" w:rsidRDefault="00A66654" w:rsidP="00347368">
            <w:pPr>
              <w:jc w:val="left"/>
              <w:rPr>
                <w:rFonts w:eastAsia="Times New Roman"/>
              </w:rPr>
            </w:pPr>
            <w:proofErr w:type="spellStart"/>
            <w:r w:rsidRPr="00A66654">
              <w:rPr>
                <w:rFonts w:eastAsia="Times New Roman"/>
              </w:rPr>
              <w:t>Исти</w:t>
            </w:r>
            <w:proofErr w:type="spellEnd"/>
            <w:r w:rsidRPr="00A66654">
              <w:rPr>
                <w:rFonts w:eastAsia="Times New Roman"/>
              </w:rPr>
              <w:t xml:space="preserve"> </w:t>
            </w:r>
            <w:proofErr w:type="spellStart"/>
            <w:r w:rsidRPr="00A66654">
              <w:rPr>
                <w:rFonts w:eastAsia="Times New Roman"/>
              </w:rPr>
              <w:t>временски</w:t>
            </w:r>
            <w:proofErr w:type="spellEnd"/>
            <w:r w:rsidRPr="00A66654">
              <w:rPr>
                <w:rFonts w:eastAsia="Times New Roman"/>
              </w:rPr>
              <w:t xml:space="preserve"> </w:t>
            </w:r>
            <w:proofErr w:type="spellStart"/>
            <w:r w:rsidRPr="00A66654">
              <w:rPr>
                <w:rFonts w:eastAsia="Times New Roman"/>
              </w:rPr>
              <w:t>оквир</w:t>
            </w:r>
            <w:proofErr w:type="spellEnd"/>
            <w:r w:rsidRPr="00A66654">
              <w:rPr>
                <w:rFonts w:eastAsia="Times New Roman"/>
              </w:rPr>
              <w:t xml:space="preserve"> </w:t>
            </w:r>
            <w:proofErr w:type="spellStart"/>
            <w:r w:rsidRPr="00A66654">
              <w:rPr>
                <w:rFonts w:eastAsia="Times New Roman"/>
              </w:rPr>
              <w:t>као</w:t>
            </w:r>
            <w:proofErr w:type="spellEnd"/>
            <w:r w:rsidRPr="00A66654">
              <w:rPr>
                <w:rFonts w:eastAsia="Times New Roman"/>
              </w:rPr>
              <w:t xml:space="preserve"> и </w:t>
            </w:r>
            <w:proofErr w:type="spellStart"/>
            <w:r w:rsidRPr="00A66654">
              <w:rPr>
                <w:rFonts w:eastAsia="Times New Roman"/>
              </w:rPr>
              <w:t>за</w:t>
            </w:r>
            <w:proofErr w:type="spellEnd"/>
            <w:r w:rsidRPr="00A66654">
              <w:rPr>
                <w:rFonts w:eastAsia="Times New Roman"/>
              </w:rPr>
              <w:t xml:space="preserve"> </w:t>
            </w:r>
            <w:proofErr w:type="spellStart"/>
            <w:r w:rsidRPr="00A66654">
              <w:rPr>
                <w:rFonts w:eastAsia="Times New Roman"/>
              </w:rPr>
              <w:t>припрему</w:t>
            </w:r>
            <w:proofErr w:type="spellEnd"/>
            <w:r w:rsidRPr="00A66654">
              <w:rPr>
                <w:rFonts w:eastAsia="Times New Roman"/>
              </w:rPr>
              <w:t xml:space="preserve"> ESMP-а (</w:t>
            </w:r>
            <w:proofErr w:type="spellStart"/>
            <w:r w:rsidRPr="00A66654">
              <w:rPr>
                <w:rFonts w:eastAsia="Times New Roman"/>
              </w:rPr>
              <w:t>Активност</w:t>
            </w:r>
            <w:proofErr w:type="spellEnd"/>
            <w:r w:rsidRPr="00A66654">
              <w:rPr>
                <w:rFonts w:eastAsia="Times New Roman"/>
              </w:rPr>
              <w:t xml:space="preserve"> 1.1 у </w:t>
            </w:r>
            <w:proofErr w:type="spellStart"/>
            <w:r w:rsidRPr="00A66654">
              <w:rPr>
                <w:rFonts w:eastAsia="Times New Roman"/>
              </w:rPr>
              <w:t>наставку</w:t>
            </w:r>
            <w:proofErr w:type="spellEnd"/>
            <w:r w:rsidRPr="00A66654">
              <w:rPr>
                <w:rFonts w:eastAsia="Times New Roman"/>
              </w:rPr>
              <w:t xml:space="preserve">) и </w:t>
            </w:r>
            <w:proofErr w:type="spellStart"/>
            <w:r w:rsidRPr="00A66654">
              <w:rPr>
                <w:rFonts w:eastAsia="Times New Roman"/>
              </w:rPr>
              <w:t>након</w:t>
            </w:r>
            <w:proofErr w:type="spellEnd"/>
            <w:r w:rsidRPr="00A66654">
              <w:rPr>
                <w:rFonts w:eastAsia="Times New Roman"/>
              </w:rPr>
              <w:t xml:space="preserve"> </w:t>
            </w:r>
            <w:proofErr w:type="spellStart"/>
            <w:r w:rsidRPr="00A66654">
              <w:rPr>
                <w:rFonts w:eastAsia="Times New Roman"/>
              </w:rPr>
              <w:t>тога</w:t>
            </w:r>
            <w:proofErr w:type="spellEnd"/>
            <w:r w:rsidRPr="00A66654">
              <w:rPr>
                <w:rFonts w:eastAsia="Times New Roman"/>
              </w:rPr>
              <w:t xml:space="preserve"> </w:t>
            </w:r>
            <w:proofErr w:type="spellStart"/>
            <w:r w:rsidRPr="00A66654">
              <w:rPr>
                <w:rFonts w:eastAsia="Times New Roman"/>
              </w:rPr>
              <w:t>спроводити</w:t>
            </w:r>
            <w:proofErr w:type="spellEnd"/>
            <w:r w:rsidRPr="00A66654">
              <w:rPr>
                <w:rFonts w:eastAsia="Times New Roman"/>
              </w:rPr>
              <w:t xml:space="preserve"> </w:t>
            </w:r>
            <w:proofErr w:type="spellStart"/>
            <w:r w:rsidRPr="00A66654">
              <w:rPr>
                <w:rFonts w:eastAsia="Times New Roman"/>
              </w:rPr>
              <w:t>током</w:t>
            </w:r>
            <w:proofErr w:type="spellEnd"/>
            <w:r w:rsidRPr="00A66654">
              <w:rPr>
                <w:rFonts w:eastAsia="Times New Roman"/>
              </w:rPr>
              <w:t xml:space="preserve"> </w:t>
            </w:r>
            <w:proofErr w:type="spellStart"/>
            <w:r w:rsidRPr="00A66654">
              <w:rPr>
                <w:rFonts w:eastAsia="Times New Roman"/>
              </w:rPr>
              <w:t>читавог</w:t>
            </w:r>
            <w:proofErr w:type="spellEnd"/>
            <w:r w:rsidRPr="00A66654">
              <w:rPr>
                <w:rFonts w:eastAsia="Times New Roman"/>
              </w:rPr>
              <w:t xml:space="preserve"> </w:t>
            </w:r>
            <w:proofErr w:type="spellStart"/>
            <w:r w:rsidRPr="00A66654">
              <w:rPr>
                <w:rFonts w:eastAsia="Times New Roman"/>
              </w:rPr>
              <w:t>периода</w:t>
            </w:r>
            <w:proofErr w:type="spellEnd"/>
            <w:r w:rsidRPr="00A66654">
              <w:rPr>
                <w:rFonts w:eastAsia="Times New Roman"/>
              </w:rPr>
              <w:t xml:space="preserve"> </w:t>
            </w:r>
            <w:proofErr w:type="spellStart"/>
            <w:r w:rsidRPr="00A66654">
              <w:rPr>
                <w:rFonts w:eastAsia="Times New Roman"/>
              </w:rPr>
              <w:t>имплементације</w:t>
            </w:r>
            <w:proofErr w:type="spellEnd"/>
            <w:r w:rsidRPr="00A66654">
              <w:rPr>
                <w:rFonts w:eastAsia="Times New Roman"/>
              </w:rPr>
              <w:t xml:space="preserve"> Пројекта. </w:t>
            </w:r>
            <w:proofErr w:type="spellStart"/>
            <w:r w:rsidRPr="00A66654">
              <w:rPr>
                <w:rFonts w:eastAsia="Times New Roman"/>
              </w:rPr>
              <w:t>Извештавати</w:t>
            </w:r>
            <w:proofErr w:type="spellEnd"/>
            <w:r w:rsidRPr="00A66654">
              <w:rPr>
                <w:rFonts w:eastAsia="Times New Roman"/>
              </w:rPr>
              <w:t xml:space="preserve"> о </w:t>
            </w:r>
            <w:proofErr w:type="spellStart"/>
            <w:r w:rsidRPr="00A66654">
              <w:rPr>
                <w:rFonts w:eastAsia="Times New Roman"/>
              </w:rPr>
              <w:t>плану</w:t>
            </w:r>
            <w:proofErr w:type="spellEnd"/>
            <w:r w:rsidRPr="00A66654">
              <w:rPr>
                <w:rFonts w:eastAsia="Times New Roman"/>
              </w:rPr>
              <w:t>/</w:t>
            </w:r>
            <w:proofErr w:type="spellStart"/>
            <w:r w:rsidRPr="00A66654">
              <w:rPr>
                <w:rFonts w:eastAsia="Times New Roman"/>
              </w:rPr>
              <w:t>мерама</w:t>
            </w:r>
            <w:proofErr w:type="spellEnd"/>
            <w:r w:rsidRPr="00A66654">
              <w:rPr>
                <w:rFonts w:eastAsia="Times New Roman"/>
              </w:rPr>
              <w:t xml:space="preserve"> </w:t>
            </w:r>
            <w:proofErr w:type="spellStart"/>
            <w:r w:rsidRPr="00A66654">
              <w:rPr>
                <w:rFonts w:eastAsia="Times New Roman"/>
              </w:rPr>
              <w:t>изградње</w:t>
            </w:r>
            <w:proofErr w:type="spellEnd"/>
            <w:r w:rsidRPr="00A66654">
              <w:rPr>
                <w:rFonts w:eastAsia="Times New Roman"/>
              </w:rPr>
              <w:t xml:space="preserve"> </w:t>
            </w:r>
            <w:proofErr w:type="spellStart"/>
            <w:r w:rsidRPr="00A66654">
              <w:rPr>
                <w:rFonts w:eastAsia="Times New Roman"/>
              </w:rPr>
              <w:t>капацитета</w:t>
            </w:r>
            <w:proofErr w:type="spellEnd"/>
            <w:r w:rsidRPr="00A66654">
              <w:rPr>
                <w:rFonts w:eastAsia="Times New Roman"/>
              </w:rPr>
              <w:t xml:space="preserve"> у </w:t>
            </w:r>
            <w:proofErr w:type="spellStart"/>
            <w:r w:rsidRPr="00A66654">
              <w:rPr>
                <w:rFonts w:eastAsia="Times New Roman"/>
              </w:rPr>
              <w:t>сваком</w:t>
            </w:r>
            <w:proofErr w:type="spellEnd"/>
            <w:r w:rsidRPr="00A66654">
              <w:rPr>
                <w:rFonts w:eastAsia="Times New Roman"/>
              </w:rPr>
              <w:t xml:space="preserve"> E&amp;S </w:t>
            </w:r>
            <w:proofErr w:type="spellStart"/>
            <w:r w:rsidRPr="00A66654">
              <w:rPr>
                <w:rFonts w:eastAsia="Times New Roman"/>
              </w:rPr>
              <w:t>извештају</w:t>
            </w:r>
            <w:proofErr w:type="spellEnd"/>
            <w:r w:rsidRPr="00A66654">
              <w:rPr>
                <w:rFonts w:eastAsia="Times New Roman"/>
              </w:rPr>
              <w:t xml:space="preserve"> и </w:t>
            </w:r>
            <w:proofErr w:type="spellStart"/>
            <w:r w:rsidRPr="00A66654">
              <w:rPr>
                <w:rFonts w:eastAsia="Times New Roman"/>
              </w:rPr>
              <w:t>током</w:t>
            </w:r>
            <w:proofErr w:type="spellEnd"/>
            <w:r w:rsidRPr="00A66654">
              <w:rPr>
                <w:rFonts w:eastAsia="Times New Roman"/>
              </w:rPr>
              <w:t xml:space="preserve"> </w:t>
            </w:r>
            <w:proofErr w:type="spellStart"/>
            <w:r w:rsidRPr="00A66654">
              <w:rPr>
                <w:rFonts w:eastAsia="Times New Roman"/>
              </w:rPr>
              <w:t>мисија</w:t>
            </w:r>
            <w:proofErr w:type="spellEnd"/>
            <w:r w:rsidR="002E2A24" w:rsidRPr="00926F30">
              <w:rPr>
                <w:rFonts w:eastAsia="Times New Roman"/>
              </w:rPr>
              <w:t>.</w:t>
            </w:r>
          </w:p>
        </w:tc>
        <w:tc>
          <w:tcPr>
            <w:tcW w:w="733" w:type="pct"/>
          </w:tcPr>
          <w:p w14:paraId="459EF4DE" w14:textId="77777777" w:rsidR="00E36C27" w:rsidRPr="00347368" w:rsidRDefault="00E36C27" w:rsidP="00347368">
            <w:pPr>
              <w:jc w:val="left"/>
              <w:rPr>
                <w:rFonts w:cs="Times New Roman"/>
              </w:rPr>
            </w:pPr>
          </w:p>
          <w:p w14:paraId="317639AE" w14:textId="36DD0B70" w:rsidR="00E36C27" w:rsidRPr="00347368" w:rsidRDefault="00A66654" w:rsidP="00347368">
            <w:pPr>
              <w:jc w:val="left"/>
              <w:rPr>
                <w:rFonts w:cs="Times New Roman"/>
              </w:rPr>
            </w:pPr>
            <w:r>
              <w:rPr>
                <w:rFonts w:cs="Times New Roman"/>
                <w:lang w:val="sr-Cyrl-RS"/>
              </w:rPr>
              <w:t>МРЕ</w:t>
            </w:r>
            <w:r w:rsidR="00E36C27" w:rsidRPr="00347368">
              <w:rPr>
                <w:rFonts w:cs="Times New Roman"/>
              </w:rPr>
              <w:t xml:space="preserve"> </w:t>
            </w:r>
          </w:p>
          <w:p w14:paraId="1F8F86EE" w14:textId="77777777" w:rsidR="00E36C27" w:rsidRPr="00347368" w:rsidRDefault="00E36C27" w:rsidP="00347368">
            <w:pPr>
              <w:jc w:val="left"/>
              <w:rPr>
                <w:rFonts w:cs="Times New Roman"/>
              </w:rPr>
            </w:pPr>
          </w:p>
          <w:p w14:paraId="615FA5A9" w14:textId="36F1AD65" w:rsidR="00E36C27" w:rsidRPr="00347368" w:rsidRDefault="00A66654" w:rsidP="00347368">
            <w:pPr>
              <w:jc w:val="left"/>
              <w:rPr>
                <w:rFonts w:cs="Times New Roman"/>
              </w:rPr>
            </w:pPr>
            <w:proofErr w:type="spellStart"/>
            <w:r w:rsidRPr="00A66654">
              <w:rPr>
                <w:rFonts w:cs="Times New Roman"/>
              </w:rPr>
              <w:t>Буџет</w:t>
            </w:r>
            <w:proofErr w:type="spellEnd"/>
            <w:r w:rsidRPr="00A66654">
              <w:rPr>
                <w:rFonts w:cs="Times New Roman"/>
              </w:rPr>
              <w:t xml:space="preserve"> </w:t>
            </w:r>
            <w:proofErr w:type="spellStart"/>
            <w:r w:rsidRPr="00A66654">
              <w:rPr>
                <w:rFonts w:cs="Times New Roman"/>
              </w:rPr>
              <w:t>је</w:t>
            </w:r>
            <w:proofErr w:type="spellEnd"/>
            <w:r w:rsidRPr="00A66654">
              <w:rPr>
                <w:rFonts w:cs="Times New Roman"/>
              </w:rPr>
              <w:t xml:space="preserve"> </w:t>
            </w:r>
            <w:proofErr w:type="spellStart"/>
            <w:r w:rsidRPr="00A66654">
              <w:rPr>
                <w:rFonts w:cs="Times New Roman"/>
              </w:rPr>
              <w:t>укључен</w:t>
            </w:r>
            <w:proofErr w:type="spellEnd"/>
            <w:r w:rsidRPr="00A66654">
              <w:rPr>
                <w:rFonts w:cs="Times New Roman"/>
              </w:rPr>
              <w:t xml:space="preserve"> у </w:t>
            </w:r>
            <w:proofErr w:type="spellStart"/>
            <w:r w:rsidRPr="00A66654">
              <w:rPr>
                <w:rFonts w:cs="Times New Roman"/>
              </w:rPr>
              <w:t>оперативни</w:t>
            </w:r>
            <w:proofErr w:type="spellEnd"/>
            <w:r w:rsidRPr="00A66654">
              <w:rPr>
                <w:rFonts w:cs="Times New Roman"/>
              </w:rPr>
              <w:t xml:space="preserve"> </w:t>
            </w:r>
            <w:proofErr w:type="spellStart"/>
            <w:r w:rsidRPr="00A66654">
              <w:rPr>
                <w:rFonts w:cs="Times New Roman"/>
              </w:rPr>
              <w:t>буџет</w:t>
            </w:r>
            <w:proofErr w:type="spellEnd"/>
            <w:r w:rsidRPr="00A66654">
              <w:rPr>
                <w:rFonts w:cs="Times New Roman"/>
              </w:rPr>
              <w:t xml:space="preserve"> Пројекта</w:t>
            </w:r>
            <w:r w:rsidR="00E36C27" w:rsidRPr="00347368">
              <w:rPr>
                <w:rFonts w:cs="Times New Roman"/>
              </w:rPr>
              <w:t>.</w:t>
            </w:r>
          </w:p>
        </w:tc>
      </w:tr>
      <w:tr w:rsidR="00F479BF" w:rsidRPr="00347368" w14:paraId="3041D460" w14:textId="77777777" w:rsidTr="4B7286EC">
        <w:tc>
          <w:tcPr>
            <w:tcW w:w="5000" w:type="pct"/>
            <w:gridSpan w:val="4"/>
            <w:shd w:val="clear" w:color="auto" w:fill="F7CAAC" w:themeFill="accent2" w:themeFillTint="66"/>
          </w:tcPr>
          <w:p w14:paraId="0D87DD4F" w14:textId="7EBA7C2B" w:rsidR="00F479BF" w:rsidRPr="00EF3DE5" w:rsidRDefault="00EF3DE5" w:rsidP="00347368">
            <w:pPr>
              <w:jc w:val="left"/>
              <w:rPr>
                <w:rFonts w:cs="Times New Roman"/>
                <w:lang w:val="sr-Cyrl-RS"/>
              </w:rPr>
            </w:pPr>
            <w:r>
              <w:rPr>
                <w:rFonts w:cs="Times New Roman"/>
                <w:b/>
                <w:bCs/>
                <w:lang w:val="sr-Cyrl-RS"/>
              </w:rPr>
              <w:t>ПРАЋЕЊЕ И ИЗВЕШТАВАЊЕ</w:t>
            </w:r>
          </w:p>
        </w:tc>
      </w:tr>
      <w:tr w:rsidR="00625796" w:rsidRPr="00347368" w14:paraId="40138A0F" w14:textId="77777777" w:rsidTr="009D7F44">
        <w:tc>
          <w:tcPr>
            <w:tcW w:w="268" w:type="pct"/>
          </w:tcPr>
          <w:p w14:paraId="28501E2E" w14:textId="3CEDB32C" w:rsidR="00530CC6" w:rsidRPr="00347368" w:rsidRDefault="00E36C27" w:rsidP="00347368">
            <w:pPr>
              <w:jc w:val="left"/>
              <w:rPr>
                <w:rFonts w:cs="Times New Roman"/>
              </w:rPr>
            </w:pPr>
            <w:r w:rsidRPr="00347368">
              <w:rPr>
                <w:rFonts w:cs="Times New Roman"/>
              </w:rPr>
              <w:t>C</w:t>
            </w:r>
          </w:p>
        </w:tc>
        <w:tc>
          <w:tcPr>
            <w:tcW w:w="2795" w:type="pct"/>
          </w:tcPr>
          <w:p w14:paraId="6D532E99" w14:textId="6E1E7133" w:rsidR="00530CC6" w:rsidRPr="00EF3DE5" w:rsidRDefault="00EF3DE5" w:rsidP="00347368">
            <w:pPr>
              <w:jc w:val="left"/>
              <w:rPr>
                <w:rFonts w:cs="Times New Roman"/>
                <w:b/>
                <w:bCs/>
                <w:color w:val="4472C4" w:themeColor="accent1"/>
                <w:lang w:val="sr-Cyrl-RS"/>
              </w:rPr>
            </w:pPr>
            <w:r>
              <w:rPr>
                <w:rFonts w:cs="Times New Roman"/>
                <w:b/>
                <w:bCs/>
                <w:color w:val="4472C4" w:themeColor="accent1"/>
                <w:lang w:val="sr-Cyrl-RS"/>
              </w:rPr>
              <w:t>РЕДОВНО ИЗВЕШТАВАЊЕ</w:t>
            </w:r>
          </w:p>
          <w:p w14:paraId="4D6ECD79" w14:textId="0ECAB021" w:rsidR="00F479BF" w:rsidRPr="00347368" w:rsidRDefault="00EC4E95" w:rsidP="00347368">
            <w:pPr>
              <w:jc w:val="left"/>
              <w:rPr>
                <w:rFonts w:cs="Times New Roman"/>
              </w:rPr>
            </w:pPr>
            <w:proofErr w:type="spellStart"/>
            <w:r w:rsidRPr="00EC4E95">
              <w:rPr>
                <w:rFonts w:cs="Times New Roman"/>
              </w:rPr>
              <w:t>Припремити</w:t>
            </w:r>
            <w:proofErr w:type="spellEnd"/>
            <w:r w:rsidRPr="00EC4E95">
              <w:rPr>
                <w:rFonts w:cs="Times New Roman"/>
              </w:rPr>
              <w:t xml:space="preserve"> и </w:t>
            </w:r>
            <w:proofErr w:type="spellStart"/>
            <w:r w:rsidRPr="00EC4E95">
              <w:rPr>
                <w:rFonts w:cs="Times New Roman"/>
              </w:rPr>
              <w:t>достављати</w:t>
            </w:r>
            <w:proofErr w:type="spellEnd"/>
            <w:r w:rsidRPr="00EC4E95">
              <w:rPr>
                <w:rFonts w:cs="Times New Roman"/>
              </w:rPr>
              <w:t xml:space="preserve"> </w:t>
            </w:r>
            <w:proofErr w:type="spellStart"/>
            <w:r w:rsidRPr="00EC4E95">
              <w:rPr>
                <w:rFonts w:cs="Times New Roman"/>
              </w:rPr>
              <w:t>Банци</w:t>
            </w:r>
            <w:proofErr w:type="spellEnd"/>
            <w:r w:rsidRPr="00EC4E95">
              <w:rPr>
                <w:rFonts w:cs="Times New Roman"/>
              </w:rPr>
              <w:t xml:space="preserve"> </w:t>
            </w:r>
            <w:proofErr w:type="spellStart"/>
            <w:r w:rsidRPr="00EC4E95">
              <w:rPr>
                <w:rFonts w:cs="Times New Roman"/>
              </w:rPr>
              <w:t>редовне</w:t>
            </w:r>
            <w:proofErr w:type="spellEnd"/>
            <w:r w:rsidRPr="00EC4E95">
              <w:rPr>
                <w:rFonts w:cs="Times New Roman"/>
              </w:rPr>
              <w:t xml:space="preserve"> </w:t>
            </w:r>
            <w:proofErr w:type="spellStart"/>
            <w:r w:rsidRPr="00EC4E95">
              <w:rPr>
                <w:rFonts w:cs="Times New Roman"/>
              </w:rPr>
              <w:t>извештаје</w:t>
            </w:r>
            <w:proofErr w:type="spellEnd"/>
            <w:r w:rsidRPr="00EC4E95">
              <w:rPr>
                <w:rFonts w:cs="Times New Roman"/>
              </w:rPr>
              <w:t xml:space="preserve"> о </w:t>
            </w:r>
            <w:proofErr w:type="spellStart"/>
            <w:r w:rsidRPr="00EC4E95">
              <w:rPr>
                <w:rFonts w:cs="Times New Roman"/>
              </w:rPr>
              <w:t>праћењу</w:t>
            </w:r>
            <w:proofErr w:type="spellEnd"/>
            <w:r w:rsidRPr="00EC4E95">
              <w:rPr>
                <w:rFonts w:cs="Times New Roman"/>
              </w:rPr>
              <w:t xml:space="preserve"> у </w:t>
            </w:r>
            <w:proofErr w:type="spellStart"/>
            <w:r w:rsidRPr="00EC4E95">
              <w:rPr>
                <w:rFonts w:cs="Times New Roman"/>
              </w:rPr>
              <w:t>вези</w:t>
            </w:r>
            <w:proofErr w:type="spellEnd"/>
            <w:r w:rsidRPr="00EC4E95">
              <w:rPr>
                <w:rFonts w:cs="Times New Roman"/>
              </w:rPr>
              <w:t xml:space="preserve"> </w:t>
            </w:r>
            <w:proofErr w:type="spellStart"/>
            <w:r w:rsidRPr="00EC4E95">
              <w:rPr>
                <w:rFonts w:cs="Times New Roman"/>
              </w:rPr>
              <w:t>са</w:t>
            </w:r>
            <w:proofErr w:type="spellEnd"/>
            <w:r w:rsidRPr="00EC4E95">
              <w:rPr>
                <w:rFonts w:cs="Times New Roman"/>
              </w:rPr>
              <w:t xml:space="preserve"> </w:t>
            </w:r>
            <w:proofErr w:type="spellStart"/>
            <w:r w:rsidRPr="00EC4E95">
              <w:rPr>
                <w:rFonts w:cs="Times New Roman"/>
              </w:rPr>
              <w:t>учинком</w:t>
            </w:r>
            <w:proofErr w:type="spellEnd"/>
            <w:r w:rsidRPr="00EC4E95">
              <w:rPr>
                <w:rFonts w:cs="Times New Roman"/>
              </w:rPr>
              <w:t xml:space="preserve"> </w:t>
            </w:r>
            <w:proofErr w:type="spellStart"/>
            <w:r w:rsidRPr="00EC4E95">
              <w:rPr>
                <w:rFonts w:cs="Times New Roman"/>
              </w:rPr>
              <w:t>Пројекта</w:t>
            </w:r>
            <w:proofErr w:type="spellEnd"/>
            <w:r w:rsidRPr="00EC4E95">
              <w:rPr>
                <w:rFonts w:cs="Times New Roman"/>
              </w:rPr>
              <w:t xml:space="preserve"> у </w:t>
            </w:r>
            <w:proofErr w:type="spellStart"/>
            <w:r w:rsidRPr="00EC4E95">
              <w:rPr>
                <w:rFonts w:cs="Times New Roman"/>
              </w:rPr>
              <w:t>области</w:t>
            </w:r>
            <w:proofErr w:type="spellEnd"/>
            <w:r w:rsidRPr="00EC4E95">
              <w:rPr>
                <w:rFonts w:cs="Times New Roman"/>
              </w:rPr>
              <w:t xml:space="preserve"> </w:t>
            </w:r>
            <w:proofErr w:type="spellStart"/>
            <w:r w:rsidRPr="00EC4E95">
              <w:rPr>
                <w:rFonts w:cs="Times New Roman"/>
              </w:rPr>
              <w:t>животне</w:t>
            </w:r>
            <w:proofErr w:type="spellEnd"/>
            <w:r w:rsidRPr="00EC4E95">
              <w:rPr>
                <w:rFonts w:cs="Times New Roman"/>
              </w:rPr>
              <w:t xml:space="preserve"> </w:t>
            </w:r>
            <w:proofErr w:type="spellStart"/>
            <w:r w:rsidRPr="00EC4E95">
              <w:rPr>
                <w:rFonts w:cs="Times New Roman"/>
              </w:rPr>
              <w:t>средине</w:t>
            </w:r>
            <w:proofErr w:type="spellEnd"/>
            <w:r w:rsidRPr="00EC4E95">
              <w:rPr>
                <w:rFonts w:cs="Times New Roman"/>
              </w:rPr>
              <w:t xml:space="preserve">, </w:t>
            </w:r>
            <w:proofErr w:type="spellStart"/>
            <w:r w:rsidRPr="00EC4E95">
              <w:rPr>
                <w:rFonts w:cs="Times New Roman"/>
              </w:rPr>
              <w:t>социјалних</w:t>
            </w:r>
            <w:proofErr w:type="spellEnd"/>
            <w:r w:rsidRPr="00EC4E95">
              <w:rPr>
                <w:rFonts w:cs="Times New Roman"/>
              </w:rPr>
              <w:t xml:space="preserve"> </w:t>
            </w:r>
            <w:proofErr w:type="spellStart"/>
            <w:r w:rsidRPr="00EC4E95">
              <w:rPr>
                <w:rFonts w:cs="Times New Roman"/>
              </w:rPr>
              <w:t>питања</w:t>
            </w:r>
            <w:proofErr w:type="spellEnd"/>
            <w:r w:rsidRPr="00EC4E95">
              <w:rPr>
                <w:rFonts w:cs="Times New Roman"/>
              </w:rPr>
              <w:t xml:space="preserve">, </w:t>
            </w:r>
            <w:proofErr w:type="spellStart"/>
            <w:r w:rsidRPr="00EC4E95">
              <w:rPr>
                <w:rFonts w:cs="Times New Roman"/>
              </w:rPr>
              <w:t>здравља</w:t>
            </w:r>
            <w:proofErr w:type="spellEnd"/>
            <w:r w:rsidRPr="00EC4E95">
              <w:rPr>
                <w:rFonts w:cs="Times New Roman"/>
              </w:rPr>
              <w:t xml:space="preserve"> и </w:t>
            </w:r>
            <w:proofErr w:type="spellStart"/>
            <w:r w:rsidRPr="00EC4E95">
              <w:rPr>
                <w:rFonts w:cs="Times New Roman"/>
              </w:rPr>
              <w:t>безбедности</w:t>
            </w:r>
            <w:proofErr w:type="spellEnd"/>
            <w:r w:rsidRPr="00EC4E95">
              <w:rPr>
                <w:rFonts w:cs="Times New Roman"/>
              </w:rPr>
              <w:t xml:space="preserve"> </w:t>
            </w:r>
            <w:r w:rsidR="00F479BF" w:rsidRPr="00347368">
              <w:rPr>
                <w:rFonts w:cs="Times New Roman"/>
              </w:rPr>
              <w:t xml:space="preserve">(E&amp;S). </w:t>
            </w:r>
            <w:proofErr w:type="spellStart"/>
            <w:r w:rsidRPr="00EC4E95">
              <w:rPr>
                <w:rFonts w:cs="Times New Roman"/>
              </w:rPr>
              <w:t>Извештаји</w:t>
            </w:r>
            <w:proofErr w:type="spellEnd"/>
            <w:r w:rsidRPr="00EC4E95">
              <w:rPr>
                <w:rFonts w:cs="Times New Roman"/>
              </w:rPr>
              <w:t xml:space="preserve"> </w:t>
            </w:r>
            <w:proofErr w:type="spellStart"/>
            <w:r w:rsidRPr="00EC4E95">
              <w:rPr>
                <w:rFonts w:cs="Times New Roman"/>
              </w:rPr>
              <w:t>треба</w:t>
            </w:r>
            <w:proofErr w:type="spellEnd"/>
            <w:r w:rsidRPr="00EC4E95">
              <w:rPr>
                <w:rFonts w:cs="Times New Roman"/>
              </w:rPr>
              <w:t xml:space="preserve"> </w:t>
            </w:r>
            <w:proofErr w:type="spellStart"/>
            <w:r w:rsidRPr="00EC4E95">
              <w:rPr>
                <w:rFonts w:cs="Times New Roman"/>
              </w:rPr>
              <w:t>да</w:t>
            </w:r>
            <w:proofErr w:type="spellEnd"/>
            <w:r w:rsidRPr="00EC4E95">
              <w:rPr>
                <w:rFonts w:cs="Times New Roman"/>
              </w:rPr>
              <w:t xml:space="preserve"> </w:t>
            </w:r>
            <w:proofErr w:type="spellStart"/>
            <w:r w:rsidRPr="00EC4E95">
              <w:rPr>
                <w:rFonts w:cs="Times New Roman"/>
              </w:rPr>
              <w:t>садрже</w:t>
            </w:r>
            <w:proofErr w:type="spellEnd"/>
            <w:r w:rsidR="00F479BF" w:rsidRPr="00347368">
              <w:rPr>
                <w:rFonts w:cs="Times New Roman"/>
              </w:rPr>
              <w:t xml:space="preserve">: </w:t>
            </w:r>
          </w:p>
          <w:p w14:paraId="2ECD7C71" w14:textId="77777777" w:rsidR="00F479BF" w:rsidRPr="00347368" w:rsidRDefault="00F479BF" w:rsidP="00347368">
            <w:pPr>
              <w:jc w:val="left"/>
              <w:rPr>
                <w:rFonts w:cs="Times New Roman"/>
              </w:rPr>
            </w:pPr>
          </w:p>
          <w:p w14:paraId="1C2BBA98" w14:textId="5FDCD950" w:rsidR="00F479BF" w:rsidRPr="00347368" w:rsidRDefault="00EC4E95" w:rsidP="00347368">
            <w:pPr>
              <w:pStyle w:val="Pasussalistom"/>
              <w:numPr>
                <w:ilvl w:val="0"/>
                <w:numId w:val="22"/>
              </w:numPr>
              <w:ind w:left="322" w:hanging="322"/>
              <w:jc w:val="left"/>
              <w:rPr>
                <w:rFonts w:cs="Times New Roman"/>
              </w:rPr>
            </w:pPr>
            <w:proofErr w:type="spellStart"/>
            <w:r w:rsidRPr="00EC4E95">
              <w:rPr>
                <w:rFonts w:cs="Times New Roman"/>
              </w:rPr>
              <w:t>Статус</w:t>
            </w:r>
            <w:proofErr w:type="spellEnd"/>
            <w:r w:rsidRPr="00EC4E95">
              <w:rPr>
                <w:rFonts w:cs="Times New Roman"/>
              </w:rPr>
              <w:t xml:space="preserve"> </w:t>
            </w:r>
            <w:proofErr w:type="spellStart"/>
            <w:r w:rsidRPr="00EC4E95">
              <w:rPr>
                <w:rFonts w:cs="Times New Roman"/>
              </w:rPr>
              <w:t>припреме</w:t>
            </w:r>
            <w:proofErr w:type="spellEnd"/>
            <w:r w:rsidRPr="00EC4E95">
              <w:rPr>
                <w:rFonts w:cs="Times New Roman"/>
              </w:rPr>
              <w:t xml:space="preserve"> и </w:t>
            </w:r>
            <w:proofErr w:type="spellStart"/>
            <w:r w:rsidRPr="00EC4E95">
              <w:rPr>
                <w:rFonts w:cs="Times New Roman"/>
              </w:rPr>
              <w:t>спровођења</w:t>
            </w:r>
            <w:proofErr w:type="spellEnd"/>
            <w:r w:rsidRPr="00EC4E95">
              <w:rPr>
                <w:rFonts w:cs="Times New Roman"/>
              </w:rPr>
              <w:t xml:space="preserve"> E&amp;S </w:t>
            </w:r>
            <w:proofErr w:type="spellStart"/>
            <w:r w:rsidRPr="00EC4E95">
              <w:rPr>
                <w:rFonts w:cs="Times New Roman"/>
              </w:rPr>
              <w:t>докумената</w:t>
            </w:r>
            <w:proofErr w:type="spellEnd"/>
            <w:r w:rsidRPr="00EC4E95">
              <w:rPr>
                <w:rFonts w:cs="Times New Roman"/>
              </w:rPr>
              <w:t xml:space="preserve"> </w:t>
            </w:r>
            <w:proofErr w:type="spellStart"/>
            <w:r w:rsidRPr="00EC4E95">
              <w:rPr>
                <w:rFonts w:cs="Times New Roman"/>
              </w:rPr>
              <w:t>захтеваних</w:t>
            </w:r>
            <w:proofErr w:type="spellEnd"/>
            <w:r w:rsidRPr="00EC4E95">
              <w:rPr>
                <w:rFonts w:cs="Times New Roman"/>
              </w:rPr>
              <w:t xml:space="preserve"> у </w:t>
            </w:r>
            <w:proofErr w:type="spellStart"/>
            <w:r w:rsidRPr="00EC4E95">
              <w:rPr>
                <w:rFonts w:cs="Times New Roman"/>
              </w:rPr>
              <w:t>оквиру</w:t>
            </w:r>
            <w:proofErr w:type="spellEnd"/>
            <w:r w:rsidRPr="00EC4E95">
              <w:rPr>
                <w:rFonts w:cs="Times New Roman"/>
              </w:rPr>
              <w:t xml:space="preserve"> ESCP-а</w:t>
            </w:r>
            <w:r w:rsidR="00F479BF" w:rsidRPr="00347368">
              <w:rPr>
                <w:rFonts w:cs="Times New Roman"/>
              </w:rPr>
              <w:t xml:space="preserve">. </w:t>
            </w:r>
          </w:p>
          <w:p w14:paraId="54A20DE4" w14:textId="207B6373" w:rsidR="00F479BF" w:rsidRPr="00347368" w:rsidRDefault="00EC4E95" w:rsidP="00347368">
            <w:pPr>
              <w:pStyle w:val="Pasussalistom"/>
              <w:numPr>
                <w:ilvl w:val="0"/>
                <w:numId w:val="22"/>
              </w:numPr>
              <w:ind w:left="322" w:hanging="322"/>
              <w:jc w:val="left"/>
              <w:rPr>
                <w:rFonts w:cs="Times New Roman"/>
              </w:rPr>
            </w:pPr>
            <w:proofErr w:type="spellStart"/>
            <w:r w:rsidRPr="00EC4E95">
              <w:rPr>
                <w:rFonts w:cs="Times New Roman"/>
              </w:rPr>
              <w:t>Преглед</w:t>
            </w:r>
            <w:proofErr w:type="spellEnd"/>
            <w:r w:rsidRPr="00EC4E95">
              <w:rPr>
                <w:rFonts w:cs="Times New Roman"/>
              </w:rPr>
              <w:t xml:space="preserve"> </w:t>
            </w:r>
            <w:proofErr w:type="spellStart"/>
            <w:r w:rsidRPr="00EC4E95">
              <w:rPr>
                <w:rFonts w:cs="Times New Roman"/>
              </w:rPr>
              <w:t>активности</w:t>
            </w:r>
            <w:proofErr w:type="spellEnd"/>
            <w:r w:rsidRPr="00EC4E95">
              <w:rPr>
                <w:rFonts w:cs="Times New Roman"/>
              </w:rPr>
              <w:t xml:space="preserve"> </w:t>
            </w:r>
            <w:proofErr w:type="spellStart"/>
            <w:r w:rsidRPr="00EC4E95">
              <w:rPr>
                <w:rFonts w:cs="Times New Roman"/>
              </w:rPr>
              <w:t>на</w:t>
            </w:r>
            <w:proofErr w:type="spellEnd"/>
            <w:r w:rsidRPr="00EC4E95">
              <w:rPr>
                <w:rFonts w:cs="Times New Roman"/>
              </w:rPr>
              <w:t xml:space="preserve"> </w:t>
            </w:r>
            <w:proofErr w:type="spellStart"/>
            <w:r w:rsidRPr="00EC4E95">
              <w:rPr>
                <w:rFonts w:cs="Times New Roman"/>
              </w:rPr>
              <w:t>укључивању</w:t>
            </w:r>
            <w:proofErr w:type="spellEnd"/>
            <w:r w:rsidRPr="00EC4E95">
              <w:rPr>
                <w:rFonts w:cs="Times New Roman"/>
              </w:rPr>
              <w:t xml:space="preserve"> </w:t>
            </w:r>
            <w:proofErr w:type="spellStart"/>
            <w:r w:rsidRPr="00EC4E95">
              <w:rPr>
                <w:rFonts w:cs="Times New Roman"/>
              </w:rPr>
              <w:t>заинтересованих</w:t>
            </w:r>
            <w:proofErr w:type="spellEnd"/>
            <w:r w:rsidRPr="00EC4E95">
              <w:rPr>
                <w:rFonts w:cs="Times New Roman"/>
              </w:rPr>
              <w:t xml:space="preserve"> </w:t>
            </w:r>
            <w:proofErr w:type="spellStart"/>
            <w:r w:rsidRPr="00EC4E95">
              <w:rPr>
                <w:rFonts w:cs="Times New Roman"/>
              </w:rPr>
              <w:t>страна</w:t>
            </w:r>
            <w:proofErr w:type="spellEnd"/>
            <w:r w:rsidRPr="00EC4E95">
              <w:rPr>
                <w:rFonts w:cs="Times New Roman"/>
              </w:rPr>
              <w:t xml:space="preserve"> </w:t>
            </w:r>
            <w:proofErr w:type="spellStart"/>
            <w:r w:rsidRPr="00EC4E95">
              <w:rPr>
                <w:rFonts w:cs="Times New Roman"/>
              </w:rPr>
              <w:t>спроведених</w:t>
            </w:r>
            <w:proofErr w:type="spellEnd"/>
            <w:r w:rsidRPr="00EC4E95">
              <w:rPr>
                <w:rFonts w:cs="Times New Roman"/>
              </w:rPr>
              <w:t xml:space="preserve"> у </w:t>
            </w:r>
            <w:proofErr w:type="spellStart"/>
            <w:r w:rsidRPr="00EC4E95">
              <w:rPr>
                <w:rFonts w:cs="Times New Roman"/>
              </w:rPr>
              <w:t>складу</w:t>
            </w:r>
            <w:proofErr w:type="spellEnd"/>
            <w:r w:rsidRPr="00EC4E95">
              <w:rPr>
                <w:rFonts w:cs="Times New Roman"/>
              </w:rPr>
              <w:t xml:space="preserve"> </w:t>
            </w:r>
            <w:proofErr w:type="spellStart"/>
            <w:r w:rsidRPr="00EC4E95">
              <w:rPr>
                <w:rFonts w:cs="Times New Roman"/>
              </w:rPr>
              <w:t>са</w:t>
            </w:r>
            <w:proofErr w:type="spellEnd"/>
            <w:r w:rsidRPr="00EC4E95">
              <w:rPr>
                <w:rFonts w:cs="Times New Roman"/>
              </w:rPr>
              <w:t xml:space="preserve"> SEP-ом</w:t>
            </w:r>
            <w:r w:rsidR="00F479BF" w:rsidRPr="00347368">
              <w:rPr>
                <w:rFonts w:cs="Times New Roman"/>
              </w:rPr>
              <w:t>.</w:t>
            </w:r>
          </w:p>
          <w:p w14:paraId="67FBD844" w14:textId="120A6670" w:rsidR="00F479BF" w:rsidRPr="00347368" w:rsidRDefault="00EC4E95" w:rsidP="00347368">
            <w:pPr>
              <w:pStyle w:val="Pasussalistom"/>
              <w:numPr>
                <w:ilvl w:val="0"/>
                <w:numId w:val="22"/>
              </w:numPr>
              <w:ind w:left="322" w:hanging="322"/>
              <w:jc w:val="left"/>
              <w:rPr>
                <w:rFonts w:cs="Times New Roman"/>
              </w:rPr>
            </w:pPr>
            <w:proofErr w:type="spellStart"/>
            <w:r w:rsidRPr="00EC4E95">
              <w:rPr>
                <w:rFonts w:cs="Times New Roman"/>
              </w:rPr>
              <w:t>Притужбе</w:t>
            </w:r>
            <w:proofErr w:type="spellEnd"/>
            <w:r w:rsidRPr="00EC4E95">
              <w:rPr>
                <w:rFonts w:cs="Times New Roman"/>
              </w:rPr>
              <w:t xml:space="preserve"> </w:t>
            </w:r>
            <w:proofErr w:type="spellStart"/>
            <w:r w:rsidRPr="00EC4E95">
              <w:rPr>
                <w:rFonts w:cs="Times New Roman"/>
              </w:rPr>
              <w:t>поднете</w:t>
            </w:r>
            <w:proofErr w:type="spellEnd"/>
            <w:r w:rsidRPr="00EC4E95">
              <w:rPr>
                <w:rFonts w:cs="Times New Roman"/>
              </w:rPr>
              <w:t xml:space="preserve"> </w:t>
            </w:r>
            <w:proofErr w:type="spellStart"/>
            <w:r w:rsidRPr="00EC4E95">
              <w:rPr>
                <w:rFonts w:cs="Times New Roman"/>
              </w:rPr>
              <w:t>механизму</w:t>
            </w:r>
            <w:proofErr w:type="spellEnd"/>
            <w:r w:rsidRPr="00EC4E95">
              <w:rPr>
                <w:rFonts w:cs="Times New Roman"/>
              </w:rPr>
              <w:t xml:space="preserve"> </w:t>
            </w:r>
            <w:proofErr w:type="spellStart"/>
            <w:r w:rsidRPr="00EC4E95">
              <w:rPr>
                <w:rFonts w:cs="Times New Roman"/>
              </w:rPr>
              <w:t>за</w:t>
            </w:r>
            <w:proofErr w:type="spellEnd"/>
            <w:r w:rsidRPr="00EC4E95">
              <w:rPr>
                <w:rFonts w:cs="Times New Roman"/>
              </w:rPr>
              <w:t xml:space="preserve"> </w:t>
            </w:r>
            <w:proofErr w:type="spellStart"/>
            <w:r w:rsidRPr="00EC4E95">
              <w:rPr>
                <w:rFonts w:cs="Times New Roman"/>
              </w:rPr>
              <w:t>жалбе</w:t>
            </w:r>
            <w:proofErr w:type="spellEnd"/>
            <w:r w:rsidRPr="00EC4E95">
              <w:rPr>
                <w:rFonts w:cs="Times New Roman"/>
              </w:rPr>
              <w:t xml:space="preserve">, </w:t>
            </w:r>
            <w:proofErr w:type="spellStart"/>
            <w:r w:rsidRPr="00EC4E95">
              <w:rPr>
                <w:rFonts w:cs="Times New Roman"/>
              </w:rPr>
              <w:t>дневник</w:t>
            </w:r>
            <w:proofErr w:type="spellEnd"/>
            <w:r w:rsidRPr="00EC4E95">
              <w:rPr>
                <w:rFonts w:cs="Times New Roman"/>
              </w:rPr>
              <w:t xml:space="preserve"> </w:t>
            </w:r>
            <w:proofErr w:type="spellStart"/>
            <w:r w:rsidRPr="00EC4E95">
              <w:rPr>
                <w:rFonts w:cs="Times New Roman"/>
              </w:rPr>
              <w:t>жалби</w:t>
            </w:r>
            <w:proofErr w:type="spellEnd"/>
            <w:r w:rsidRPr="00EC4E95">
              <w:rPr>
                <w:rFonts w:cs="Times New Roman"/>
              </w:rPr>
              <w:t xml:space="preserve"> и </w:t>
            </w:r>
            <w:proofErr w:type="spellStart"/>
            <w:r w:rsidRPr="00EC4E95">
              <w:rPr>
                <w:rFonts w:cs="Times New Roman"/>
              </w:rPr>
              <w:t>напредак</w:t>
            </w:r>
            <w:proofErr w:type="spellEnd"/>
            <w:r w:rsidRPr="00EC4E95">
              <w:rPr>
                <w:rFonts w:cs="Times New Roman"/>
              </w:rPr>
              <w:t xml:space="preserve"> </w:t>
            </w:r>
            <w:proofErr w:type="spellStart"/>
            <w:r w:rsidRPr="00EC4E95">
              <w:rPr>
                <w:rFonts w:cs="Times New Roman"/>
              </w:rPr>
              <w:t>остварен</w:t>
            </w:r>
            <w:proofErr w:type="spellEnd"/>
            <w:r w:rsidRPr="00EC4E95">
              <w:rPr>
                <w:rFonts w:cs="Times New Roman"/>
              </w:rPr>
              <w:t xml:space="preserve"> у </w:t>
            </w:r>
            <w:proofErr w:type="spellStart"/>
            <w:r w:rsidRPr="00EC4E95">
              <w:rPr>
                <w:rFonts w:cs="Times New Roman"/>
              </w:rPr>
              <w:t>њиховом</w:t>
            </w:r>
            <w:proofErr w:type="spellEnd"/>
            <w:r w:rsidRPr="00EC4E95">
              <w:rPr>
                <w:rFonts w:cs="Times New Roman"/>
              </w:rPr>
              <w:t xml:space="preserve"> </w:t>
            </w:r>
            <w:proofErr w:type="spellStart"/>
            <w:r w:rsidRPr="00EC4E95">
              <w:rPr>
                <w:rFonts w:cs="Times New Roman"/>
              </w:rPr>
              <w:t>решавању</w:t>
            </w:r>
            <w:proofErr w:type="spellEnd"/>
            <w:r w:rsidR="00F479BF" w:rsidRPr="00347368">
              <w:rPr>
                <w:rFonts w:cs="Times New Roman"/>
              </w:rPr>
              <w:t xml:space="preserve">.   </w:t>
            </w:r>
          </w:p>
          <w:p w14:paraId="43A48CE2" w14:textId="25555C7F" w:rsidR="00F479BF" w:rsidRPr="00347368" w:rsidRDefault="00AF26E5" w:rsidP="00347368">
            <w:pPr>
              <w:pStyle w:val="Pasussalistom"/>
              <w:numPr>
                <w:ilvl w:val="0"/>
                <w:numId w:val="22"/>
              </w:numPr>
              <w:ind w:left="322" w:hanging="322"/>
              <w:jc w:val="left"/>
              <w:rPr>
                <w:rFonts w:cs="Times New Roman"/>
              </w:rPr>
            </w:pPr>
            <w:r w:rsidRPr="00AF26E5">
              <w:rPr>
                <w:rFonts w:cs="Times New Roman"/>
              </w:rPr>
              <w:t xml:space="preserve">E&amp;S </w:t>
            </w:r>
            <w:proofErr w:type="spellStart"/>
            <w:r w:rsidRPr="00AF26E5">
              <w:rPr>
                <w:rFonts w:cs="Times New Roman"/>
              </w:rPr>
              <w:t>учинак</w:t>
            </w:r>
            <w:proofErr w:type="spellEnd"/>
            <w:r w:rsidRPr="00AF26E5">
              <w:rPr>
                <w:rFonts w:cs="Times New Roman"/>
              </w:rPr>
              <w:t xml:space="preserve"> </w:t>
            </w:r>
            <w:proofErr w:type="spellStart"/>
            <w:r w:rsidRPr="00AF26E5">
              <w:rPr>
                <w:rFonts w:cs="Times New Roman"/>
              </w:rPr>
              <w:t>извођача</w:t>
            </w:r>
            <w:proofErr w:type="spellEnd"/>
            <w:r w:rsidRPr="00AF26E5">
              <w:rPr>
                <w:rFonts w:cs="Times New Roman"/>
              </w:rPr>
              <w:t xml:space="preserve"> и </w:t>
            </w:r>
            <w:proofErr w:type="spellStart"/>
            <w:r w:rsidRPr="00AF26E5">
              <w:rPr>
                <w:rFonts w:cs="Times New Roman"/>
              </w:rPr>
              <w:t>подизвођача</w:t>
            </w:r>
            <w:proofErr w:type="spellEnd"/>
            <w:r w:rsidRPr="00AF26E5">
              <w:rPr>
                <w:rFonts w:cs="Times New Roman"/>
              </w:rPr>
              <w:t xml:space="preserve"> </w:t>
            </w:r>
            <w:proofErr w:type="spellStart"/>
            <w:r w:rsidRPr="00AF26E5">
              <w:rPr>
                <w:rFonts w:cs="Times New Roman"/>
              </w:rPr>
              <w:t>како</w:t>
            </w:r>
            <w:proofErr w:type="spellEnd"/>
            <w:r w:rsidRPr="00AF26E5">
              <w:rPr>
                <w:rFonts w:cs="Times New Roman"/>
              </w:rPr>
              <w:t xml:space="preserve"> </w:t>
            </w:r>
            <w:proofErr w:type="spellStart"/>
            <w:r w:rsidRPr="00AF26E5">
              <w:rPr>
                <w:rFonts w:cs="Times New Roman"/>
              </w:rPr>
              <w:t>је</w:t>
            </w:r>
            <w:proofErr w:type="spellEnd"/>
            <w:r w:rsidRPr="00AF26E5">
              <w:rPr>
                <w:rFonts w:cs="Times New Roman"/>
              </w:rPr>
              <w:t xml:space="preserve"> </w:t>
            </w:r>
            <w:proofErr w:type="spellStart"/>
            <w:r w:rsidRPr="00AF26E5">
              <w:rPr>
                <w:rFonts w:cs="Times New Roman"/>
              </w:rPr>
              <w:t>приказано</w:t>
            </w:r>
            <w:proofErr w:type="spellEnd"/>
            <w:r w:rsidRPr="00AF26E5">
              <w:rPr>
                <w:rFonts w:cs="Times New Roman"/>
              </w:rPr>
              <w:t xml:space="preserve"> </w:t>
            </w:r>
            <w:proofErr w:type="spellStart"/>
            <w:r w:rsidRPr="00AF26E5">
              <w:rPr>
                <w:rFonts w:cs="Times New Roman"/>
              </w:rPr>
              <w:t>кроз</w:t>
            </w:r>
            <w:proofErr w:type="spellEnd"/>
            <w:r w:rsidRPr="00AF26E5">
              <w:rPr>
                <w:rFonts w:cs="Times New Roman"/>
              </w:rPr>
              <w:t xml:space="preserve"> </w:t>
            </w:r>
            <w:proofErr w:type="spellStart"/>
            <w:r w:rsidRPr="00AF26E5">
              <w:rPr>
                <w:rFonts w:cs="Times New Roman"/>
              </w:rPr>
              <w:t>месечне</w:t>
            </w:r>
            <w:proofErr w:type="spellEnd"/>
            <w:r w:rsidRPr="00AF26E5">
              <w:rPr>
                <w:rFonts w:cs="Times New Roman"/>
              </w:rPr>
              <w:t xml:space="preserve"> </w:t>
            </w:r>
            <w:proofErr w:type="spellStart"/>
            <w:r w:rsidRPr="00AF26E5">
              <w:rPr>
                <w:rFonts w:cs="Times New Roman"/>
              </w:rPr>
              <w:t>извештаје</w:t>
            </w:r>
            <w:proofErr w:type="spellEnd"/>
            <w:r w:rsidRPr="00AF26E5">
              <w:rPr>
                <w:rFonts w:cs="Times New Roman"/>
              </w:rPr>
              <w:t xml:space="preserve"> </w:t>
            </w:r>
            <w:proofErr w:type="spellStart"/>
            <w:r w:rsidRPr="00AF26E5">
              <w:rPr>
                <w:rFonts w:cs="Times New Roman"/>
              </w:rPr>
              <w:t>извођача</w:t>
            </w:r>
            <w:proofErr w:type="spellEnd"/>
            <w:r w:rsidRPr="00AF26E5">
              <w:rPr>
                <w:rFonts w:cs="Times New Roman"/>
              </w:rPr>
              <w:t xml:space="preserve"> и </w:t>
            </w:r>
            <w:proofErr w:type="spellStart"/>
            <w:r w:rsidRPr="00AF26E5">
              <w:rPr>
                <w:rFonts w:cs="Times New Roman"/>
              </w:rPr>
              <w:t>надзорних</w:t>
            </w:r>
            <w:proofErr w:type="spellEnd"/>
            <w:r w:rsidRPr="00AF26E5">
              <w:rPr>
                <w:rFonts w:cs="Times New Roman"/>
              </w:rPr>
              <w:t xml:space="preserve"> </w:t>
            </w:r>
            <w:proofErr w:type="spellStart"/>
            <w:r w:rsidRPr="00AF26E5">
              <w:rPr>
                <w:rFonts w:cs="Times New Roman"/>
              </w:rPr>
              <w:t>органа</w:t>
            </w:r>
            <w:proofErr w:type="spellEnd"/>
            <w:r w:rsidR="00F479BF" w:rsidRPr="00347368">
              <w:rPr>
                <w:rFonts w:cs="Times New Roman"/>
              </w:rPr>
              <w:t>.</w:t>
            </w:r>
          </w:p>
          <w:p w14:paraId="66EED4B3" w14:textId="24DAE244" w:rsidR="00F479BF" w:rsidRPr="00347368" w:rsidRDefault="00AF26E5" w:rsidP="00347368">
            <w:pPr>
              <w:pStyle w:val="Pasussalistom"/>
              <w:numPr>
                <w:ilvl w:val="0"/>
                <w:numId w:val="22"/>
              </w:numPr>
              <w:ind w:left="322" w:hanging="322"/>
              <w:jc w:val="left"/>
              <w:rPr>
                <w:rFonts w:cs="Times New Roman"/>
              </w:rPr>
            </w:pPr>
            <w:proofErr w:type="spellStart"/>
            <w:r w:rsidRPr="00AF26E5">
              <w:rPr>
                <w:rFonts w:cs="Times New Roman"/>
              </w:rPr>
              <w:t>Број</w:t>
            </w:r>
            <w:proofErr w:type="spellEnd"/>
            <w:r w:rsidRPr="00AF26E5">
              <w:rPr>
                <w:rFonts w:cs="Times New Roman"/>
              </w:rPr>
              <w:t xml:space="preserve"> и </w:t>
            </w:r>
            <w:proofErr w:type="spellStart"/>
            <w:r w:rsidRPr="00AF26E5">
              <w:rPr>
                <w:rFonts w:cs="Times New Roman"/>
              </w:rPr>
              <w:t>статус</w:t>
            </w:r>
            <w:proofErr w:type="spellEnd"/>
            <w:r w:rsidRPr="00AF26E5">
              <w:rPr>
                <w:rFonts w:cs="Times New Roman"/>
              </w:rPr>
              <w:t xml:space="preserve"> </w:t>
            </w:r>
            <w:proofErr w:type="spellStart"/>
            <w:r w:rsidRPr="00AF26E5">
              <w:rPr>
                <w:rFonts w:cs="Times New Roman"/>
              </w:rPr>
              <w:t>решавања</w:t>
            </w:r>
            <w:proofErr w:type="spellEnd"/>
            <w:r w:rsidRPr="00AF26E5">
              <w:rPr>
                <w:rFonts w:cs="Times New Roman"/>
              </w:rPr>
              <w:t xml:space="preserve"> </w:t>
            </w:r>
            <w:proofErr w:type="spellStart"/>
            <w:r w:rsidRPr="00AF26E5">
              <w:rPr>
                <w:rFonts w:cs="Times New Roman"/>
              </w:rPr>
              <w:t>инцидената</w:t>
            </w:r>
            <w:proofErr w:type="spellEnd"/>
            <w:r w:rsidRPr="00AF26E5">
              <w:rPr>
                <w:rFonts w:cs="Times New Roman"/>
              </w:rPr>
              <w:t xml:space="preserve"> и </w:t>
            </w:r>
            <w:proofErr w:type="spellStart"/>
            <w:r w:rsidRPr="00AF26E5">
              <w:rPr>
                <w:rFonts w:cs="Times New Roman"/>
              </w:rPr>
              <w:t>удеса</w:t>
            </w:r>
            <w:proofErr w:type="spellEnd"/>
            <w:r w:rsidRPr="00AF26E5">
              <w:rPr>
                <w:rFonts w:cs="Times New Roman"/>
              </w:rPr>
              <w:t xml:space="preserve"> </w:t>
            </w:r>
            <w:proofErr w:type="spellStart"/>
            <w:r w:rsidRPr="00AF26E5">
              <w:rPr>
                <w:rFonts w:cs="Times New Roman"/>
              </w:rPr>
              <w:t>пријављених</w:t>
            </w:r>
            <w:proofErr w:type="spellEnd"/>
            <w:r w:rsidRPr="00AF26E5">
              <w:rPr>
                <w:rFonts w:cs="Times New Roman"/>
              </w:rPr>
              <w:t xml:space="preserve"> у </w:t>
            </w:r>
            <w:proofErr w:type="spellStart"/>
            <w:r w:rsidRPr="00AF26E5">
              <w:rPr>
                <w:rFonts w:cs="Times New Roman"/>
              </w:rPr>
              <w:t>оквиру</w:t>
            </w:r>
            <w:proofErr w:type="spellEnd"/>
            <w:r w:rsidRPr="00AF26E5">
              <w:rPr>
                <w:rFonts w:cs="Times New Roman"/>
              </w:rPr>
              <w:t xml:space="preserve"> </w:t>
            </w:r>
            <w:proofErr w:type="spellStart"/>
            <w:r w:rsidRPr="00AF26E5">
              <w:rPr>
                <w:rFonts w:cs="Times New Roman"/>
              </w:rPr>
              <w:t>активности</w:t>
            </w:r>
            <w:proofErr w:type="spellEnd"/>
            <w:r w:rsidRPr="00AF26E5">
              <w:rPr>
                <w:rFonts w:cs="Times New Roman"/>
              </w:rPr>
              <w:t xml:space="preserve"> Е у </w:t>
            </w:r>
            <w:proofErr w:type="spellStart"/>
            <w:r w:rsidRPr="00AF26E5">
              <w:rPr>
                <w:rFonts w:cs="Times New Roman"/>
              </w:rPr>
              <w:t>наставку</w:t>
            </w:r>
            <w:proofErr w:type="spellEnd"/>
            <w:r w:rsidR="00F479BF" w:rsidRPr="00347368">
              <w:rPr>
                <w:rFonts w:cs="Times New Roman"/>
              </w:rPr>
              <w:t>.</w:t>
            </w:r>
          </w:p>
          <w:p w14:paraId="01EDB5CC" w14:textId="4443B600" w:rsidR="00F479BF" w:rsidRDefault="00AF26E5" w:rsidP="00347368">
            <w:pPr>
              <w:pStyle w:val="Pasussalistom"/>
              <w:numPr>
                <w:ilvl w:val="0"/>
                <w:numId w:val="22"/>
              </w:numPr>
              <w:ind w:left="322" w:hanging="322"/>
              <w:jc w:val="left"/>
              <w:rPr>
                <w:rFonts w:cs="Times New Roman"/>
              </w:rPr>
            </w:pPr>
            <w:proofErr w:type="spellStart"/>
            <w:r w:rsidRPr="00AF26E5">
              <w:rPr>
                <w:rFonts w:cs="Times New Roman"/>
              </w:rPr>
              <w:t>Напредак</w:t>
            </w:r>
            <w:proofErr w:type="spellEnd"/>
            <w:r w:rsidRPr="00AF26E5">
              <w:rPr>
                <w:rFonts w:cs="Times New Roman"/>
              </w:rPr>
              <w:t xml:space="preserve"> у </w:t>
            </w:r>
            <w:proofErr w:type="spellStart"/>
            <w:r w:rsidRPr="00AF26E5">
              <w:rPr>
                <w:rFonts w:cs="Times New Roman"/>
              </w:rPr>
              <w:t>планирању</w:t>
            </w:r>
            <w:proofErr w:type="spellEnd"/>
            <w:r w:rsidRPr="00AF26E5">
              <w:rPr>
                <w:rFonts w:cs="Times New Roman"/>
              </w:rPr>
              <w:t xml:space="preserve"> и </w:t>
            </w:r>
            <w:proofErr w:type="spellStart"/>
            <w:r w:rsidRPr="00AF26E5">
              <w:rPr>
                <w:rFonts w:cs="Times New Roman"/>
              </w:rPr>
              <w:t>спровођењу</w:t>
            </w:r>
            <w:proofErr w:type="spellEnd"/>
            <w:r w:rsidRPr="00AF26E5">
              <w:rPr>
                <w:rFonts w:cs="Times New Roman"/>
              </w:rPr>
              <w:t xml:space="preserve"> </w:t>
            </w:r>
            <w:r w:rsidR="00842D45">
              <w:rPr>
                <w:rFonts w:cs="Times New Roman"/>
                <w:lang w:val="sr-Cyrl-CS"/>
              </w:rPr>
              <w:t>поступка експропријације</w:t>
            </w:r>
            <w:r w:rsidR="002F571C" w:rsidRPr="00347368">
              <w:rPr>
                <w:rFonts w:cs="Times New Roman"/>
              </w:rPr>
              <w:t>.</w:t>
            </w:r>
          </w:p>
          <w:p w14:paraId="24A286E1" w14:textId="4C27657D" w:rsidR="00236532" w:rsidRPr="00347368" w:rsidRDefault="00AF26E5" w:rsidP="00347368">
            <w:pPr>
              <w:pStyle w:val="Pasussalistom"/>
              <w:numPr>
                <w:ilvl w:val="0"/>
                <w:numId w:val="22"/>
              </w:numPr>
              <w:ind w:left="322" w:hanging="322"/>
              <w:jc w:val="left"/>
              <w:rPr>
                <w:rFonts w:cs="Times New Roman"/>
              </w:rPr>
            </w:pPr>
            <w:proofErr w:type="spellStart"/>
            <w:r w:rsidRPr="00AF26E5">
              <w:rPr>
                <w:rFonts w:cs="Times New Roman"/>
              </w:rPr>
              <w:t>Напредак</w:t>
            </w:r>
            <w:proofErr w:type="spellEnd"/>
            <w:r w:rsidRPr="00AF26E5">
              <w:rPr>
                <w:rFonts w:cs="Times New Roman"/>
              </w:rPr>
              <w:t xml:space="preserve"> у </w:t>
            </w:r>
            <w:proofErr w:type="spellStart"/>
            <w:r w:rsidRPr="00AF26E5">
              <w:rPr>
                <w:rFonts w:cs="Times New Roman"/>
              </w:rPr>
              <w:t>обуци</w:t>
            </w:r>
            <w:proofErr w:type="spellEnd"/>
            <w:r w:rsidRPr="00AF26E5">
              <w:rPr>
                <w:rFonts w:cs="Times New Roman"/>
              </w:rPr>
              <w:t xml:space="preserve"> и </w:t>
            </w:r>
            <w:proofErr w:type="spellStart"/>
            <w:r w:rsidRPr="00AF26E5">
              <w:rPr>
                <w:rFonts w:cs="Times New Roman"/>
              </w:rPr>
              <w:t>изградњи</w:t>
            </w:r>
            <w:proofErr w:type="spellEnd"/>
            <w:r w:rsidRPr="00AF26E5">
              <w:rPr>
                <w:rFonts w:cs="Times New Roman"/>
              </w:rPr>
              <w:t xml:space="preserve"> </w:t>
            </w:r>
            <w:proofErr w:type="spellStart"/>
            <w:r w:rsidRPr="00AF26E5">
              <w:rPr>
                <w:rFonts w:cs="Times New Roman"/>
              </w:rPr>
              <w:t>капацитета</w:t>
            </w:r>
            <w:proofErr w:type="spellEnd"/>
            <w:r w:rsidRPr="00AF26E5">
              <w:rPr>
                <w:rFonts w:cs="Times New Roman"/>
              </w:rPr>
              <w:t xml:space="preserve"> у </w:t>
            </w:r>
            <w:proofErr w:type="spellStart"/>
            <w:r w:rsidRPr="00AF26E5">
              <w:rPr>
                <w:rFonts w:cs="Times New Roman"/>
              </w:rPr>
              <w:t>оквиру</w:t>
            </w:r>
            <w:proofErr w:type="spellEnd"/>
            <w:r w:rsidRPr="00AF26E5">
              <w:rPr>
                <w:rFonts w:cs="Times New Roman"/>
              </w:rPr>
              <w:t xml:space="preserve"> </w:t>
            </w:r>
            <w:proofErr w:type="spellStart"/>
            <w:r w:rsidRPr="00AF26E5">
              <w:rPr>
                <w:rFonts w:cs="Times New Roman"/>
              </w:rPr>
              <w:t>Активности</w:t>
            </w:r>
            <w:proofErr w:type="spellEnd"/>
            <w:r w:rsidRPr="00AF26E5">
              <w:rPr>
                <w:rFonts w:cs="Times New Roman"/>
              </w:rPr>
              <w:t xml:space="preserve"> Б </w:t>
            </w:r>
            <w:proofErr w:type="spellStart"/>
            <w:r w:rsidRPr="00AF26E5">
              <w:rPr>
                <w:rFonts w:cs="Times New Roman"/>
              </w:rPr>
              <w:t>изнад</w:t>
            </w:r>
            <w:proofErr w:type="spellEnd"/>
            <w:r w:rsidR="00957B1C">
              <w:rPr>
                <w:rFonts w:cs="Times New Roman"/>
              </w:rPr>
              <w:t>.</w:t>
            </w:r>
          </w:p>
        </w:tc>
        <w:tc>
          <w:tcPr>
            <w:tcW w:w="1204" w:type="pct"/>
          </w:tcPr>
          <w:p w14:paraId="59F1C5D4" w14:textId="77777777" w:rsidR="00F479BF" w:rsidRPr="00347368" w:rsidRDefault="00F479BF" w:rsidP="00347368">
            <w:pPr>
              <w:jc w:val="left"/>
              <w:rPr>
                <w:rFonts w:cs="Times New Roman"/>
              </w:rPr>
            </w:pPr>
          </w:p>
          <w:p w14:paraId="0A1D3A1C" w14:textId="1E93332F" w:rsidR="00530CC6" w:rsidRPr="00347368" w:rsidRDefault="00EC4E95" w:rsidP="00347368">
            <w:pPr>
              <w:jc w:val="left"/>
              <w:rPr>
                <w:rFonts w:cs="Times New Roman"/>
              </w:rPr>
            </w:pPr>
            <w:proofErr w:type="spellStart"/>
            <w:r w:rsidRPr="00EC4E95">
              <w:rPr>
                <w:rFonts w:cs="Times New Roman"/>
              </w:rPr>
              <w:t>Достављати</w:t>
            </w:r>
            <w:proofErr w:type="spellEnd"/>
            <w:r w:rsidRPr="00EC4E95">
              <w:rPr>
                <w:rFonts w:cs="Times New Roman"/>
              </w:rPr>
              <w:t xml:space="preserve"> </w:t>
            </w:r>
            <w:proofErr w:type="spellStart"/>
            <w:r w:rsidRPr="00EC4E95">
              <w:rPr>
                <w:rFonts w:cs="Times New Roman"/>
              </w:rPr>
              <w:t>тромесечне</w:t>
            </w:r>
            <w:proofErr w:type="spellEnd"/>
            <w:r w:rsidRPr="00EC4E95">
              <w:rPr>
                <w:rFonts w:cs="Times New Roman"/>
              </w:rPr>
              <w:t xml:space="preserve"> </w:t>
            </w:r>
            <w:proofErr w:type="spellStart"/>
            <w:r w:rsidRPr="00EC4E95">
              <w:rPr>
                <w:rFonts w:cs="Times New Roman"/>
              </w:rPr>
              <w:t>извештаје</w:t>
            </w:r>
            <w:proofErr w:type="spellEnd"/>
            <w:r w:rsidRPr="00EC4E95">
              <w:rPr>
                <w:rFonts w:cs="Times New Roman"/>
              </w:rPr>
              <w:t xml:space="preserve"> о </w:t>
            </w:r>
            <w:proofErr w:type="spellStart"/>
            <w:r w:rsidRPr="00EC4E95">
              <w:rPr>
                <w:rFonts w:cs="Times New Roman"/>
              </w:rPr>
              <w:t>праћењу</w:t>
            </w:r>
            <w:proofErr w:type="spellEnd"/>
            <w:r w:rsidRPr="00EC4E95">
              <w:rPr>
                <w:rFonts w:cs="Times New Roman"/>
              </w:rPr>
              <w:t xml:space="preserve"> </w:t>
            </w:r>
            <w:proofErr w:type="spellStart"/>
            <w:r w:rsidRPr="00EC4E95">
              <w:rPr>
                <w:rFonts w:cs="Times New Roman"/>
              </w:rPr>
              <w:t>усклађености</w:t>
            </w:r>
            <w:proofErr w:type="spellEnd"/>
            <w:r w:rsidRPr="00EC4E95">
              <w:rPr>
                <w:rFonts w:cs="Times New Roman"/>
              </w:rPr>
              <w:t xml:space="preserve"> </w:t>
            </w:r>
            <w:proofErr w:type="spellStart"/>
            <w:r w:rsidRPr="00EC4E95">
              <w:rPr>
                <w:rFonts w:cs="Times New Roman"/>
              </w:rPr>
              <w:t>Банци</w:t>
            </w:r>
            <w:proofErr w:type="spellEnd"/>
            <w:r w:rsidRPr="00EC4E95">
              <w:rPr>
                <w:rFonts w:cs="Times New Roman"/>
              </w:rPr>
              <w:t xml:space="preserve"> </w:t>
            </w:r>
            <w:proofErr w:type="spellStart"/>
            <w:r w:rsidRPr="00EC4E95">
              <w:rPr>
                <w:rFonts w:cs="Times New Roman"/>
              </w:rPr>
              <w:t>током</w:t>
            </w:r>
            <w:proofErr w:type="spellEnd"/>
            <w:r w:rsidRPr="00EC4E95">
              <w:rPr>
                <w:rFonts w:cs="Times New Roman"/>
              </w:rPr>
              <w:t xml:space="preserve"> </w:t>
            </w:r>
            <w:proofErr w:type="spellStart"/>
            <w:r w:rsidRPr="00EC4E95">
              <w:rPr>
                <w:rFonts w:cs="Times New Roman"/>
              </w:rPr>
              <w:t>читавог</w:t>
            </w:r>
            <w:proofErr w:type="spellEnd"/>
            <w:r w:rsidRPr="00EC4E95">
              <w:rPr>
                <w:rFonts w:cs="Times New Roman"/>
              </w:rPr>
              <w:t xml:space="preserve"> </w:t>
            </w:r>
            <w:proofErr w:type="spellStart"/>
            <w:r w:rsidRPr="00EC4E95">
              <w:rPr>
                <w:rFonts w:cs="Times New Roman"/>
              </w:rPr>
              <w:t>периода</w:t>
            </w:r>
            <w:proofErr w:type="spellEnd"/>
            <w:r w:rsidRPr="00EC4E95">
              <w:rPr>
                <w:rFonts w:cs="Times New Roman"/>
              </w:rPr>
              <w:t xml:space="preserve"> </w:t>
            </w:r>
            <w:proofErr w:type="spellStart"/>
            <w:r w:rsidRPr="00EC4E95">
              <w:rPr>
                <w:rFonts w:cs="Times New Roman"/>
              </w:rPr>
              <w:t>имплементације</w:t>
            </w:r>
            <w:proofErr w:type="spellEnd"/>
            <w:r w:rsidRPr="00EC4E95">
              <w:rPr>
                <w:rFonts w:cs="Times New Roman"/>
              </w:rPr>
              <w:t xml:space="preserve"> Пројекта, </w:t>
            </w:r>
            <w:proofErr w:type="spellStart"/>
            <w:r w:rsidRPr="00EC4E95">
              <w:rPr>
                <w:rFonts w:cs="Times New Roman"/>
              </w:rPr>
              <w:t>почев</w:t>
            </w:r>
            <w:proofErr w:type="spellEnd"/>
            <w:r w:rsidRPr="00EC4E95">
              <w:rPr>
                <w:rFonts w:cs="Times New Roman"/>
              </w:rPr>
              <w:t xml:space="preserve"> </w:t>
            </w:r>
            <w:proofErr w:type="spellStart"/>
            <w:r w:rsidRPr="00EC4E95">
              <w:rPr>
                <w:rFonts w:cs="Times New Roman"/>
              </w:rPr>
              <w:t>након</w:t>
            </w:r>
            <w:proofErr w:type="spellEnd"/>
            <w:r w:rsidRPr="00EC4E95">
              <w:rPr>
                <w:rFonts w:cs="Times New Roman"/>
              </w:rPr>
              <w:t xml:space="preserve"> </w:t>
            </w:r>
            <w:proofErr w:type="spellStart"/>
            <w:r w:rsidRPr="00EC4E95">
              <w:rPr>
                <w:rFonts w:cs="Times New Roman"/>
              </w:rPr>
              <w:t>Датума</w:t>
            </w:r>
            <w:proofErr w:type="spellEnd"/>
            <w:r w:rsidRPr="00EC4E95">
              <w:rPr>
                <w:rFonts w:cs="Times New Roman"/>
              </w:rPr>
              <w:t xml:space="preserve"> </w:t>
            </w:r>
            <w:proofErr w:type="spellStart"/>
            <w:r w:rsidRPr="00EC4E95">
              <w:rPr>
                <w:rFonts w:cs="Times New Roman"/>
              </w:rPr>
              <w:t>ступања</w:t>
            </w:r>
            <w:proofErr w:type="spellEnd"/>
            <w:r w:rsidRPr="00EC4E95">
              <w:rPr>
                <w:rFonts w:cs="Times New Roman"/>
              </w:rPr>
              <w:t xml:space="preserve"> </w:t>
            </w:r>
            <w:proofErr w:type="spellStart"/>
            <w:r w:rsidRPr="00EC4E95">
              <w:rPr>
                <w:rFonts w:cs="Times New Roman"/>
              </w:rPr>
              <w:t>на</w:t>
            </w:r>
            <w:proofErr w:type="spellEnd"/>
            <w:r w:rsidRPr="00EC4E95">
              <w:rPr>
                <w:rFonts w:cs="Times New Roman"/>
              </w:rPr>
              <w:t xml:space="preserve"> </w:t>
            </w:r>
            <w:proofErr w:type="spellStart"/>
            <w:r w:rsidRPr="00EC4E95">
              <w:rPr>
                <w:rFonts w:cs="Times New Roman"/>
              </w:rPr>
              <w:t>снагу</w:t>
            </w:r>
            <w:proofErr w:type="spellEnd"/>
            <w:r w:rsidRPr="00EC4E95">
              <w:rPr>
                <w:rFonts w:cs="Times New Roman"/>
              </w:rPr>
              <w:t xml:space="preserve">. </w:t>
            </w:r>
            <w:proofErr w:type="spellStart"/>
            <w:r w:rsidRPr="00EC4E95">
              <w:rPr>
                <w:rFonts w:cs="Times New Roman"/>
              </w:rPr>
              <w:t>Доставити</w:t>
            </w:r>
            <w:proofErr w:type="spellEnd"/>
            <w:r w:rsidRPr="00EC4E95">
              <w:rPr>
                <w:rFonts w:cs="Times New Roman"/>
              </w:rPr>
              <w:t xml:space="preserve"> </w:t>
            </w:r>
            <w:proofErr w:type="spellStart"/>
            <w:r w:rsidRPr="00EC4E95">
              <w:rPr>
                <w:rFonts w:cs="Times New Roman"/>
              </w:rPr>
              <w:t>сваки</w:t>
            </w:r>
            <w:proofErr w:type="spellEnd"/>
            <w:r w:rsidRPr="00EC4E95">
              <w:rPr>
                <w:rFonts w:cs="Times New Roman"/>
              </w:rPr>
              <w:t xml:space="preserve"> </w:t>
            </w:r>
            <w:proofErr w:type="spellStart"/>
            <w:r w:rsidRPr="00EC4E95">
              <w:rPr>
                <w:rFonts w:cs="Times New Roman"/>
              </w:rPr>
              <w:t>извештај</w:t>
            </w:r>
            <w:proofErr w:type="spellEnd"/>
            <w:r w:rsidRPr="00EC4E95">
              <w:rPr>
                <w:rFonts w:cs="Times New Roman"/>
              </w:rPr>
              <w:t xml:space="preserve"> </w:t>
            </w:r>
            <w:proofErr w:type="spellStart"/>
            <w:r w:rsidRPr="00EC4E95">
              <w:rPr>
                <w:rFonts w:cs="Times New Roman"/>
              </w:rPr>
              <w:t>Банци</w:t>
            </w:r>
            <w:proofErr w:type="spellEnd"/>
            <w:r w:rsidRPr="00EC4E95">
              <w:rPr>
                <w:rFonts w:cs="Times New Roman"/>
              </w:rPr>
              <w:t xml:space="preserve"> </w:t>
            </w:r>
            <w:proofErr w:type="spellStart"/>
            <w:r w:rsidRPr="00EC4E95">
              <w:rPr>
                <w:rFonts w:cs="Times New Roman"/>
              </w:rPr>
              <w:t>најкасније</w:t>
            </w:r>
            <w:proofErr w:type="spellEnd"/>
            <w:r w:rsidRPr="00EC4E95">
              <w:rPr>
                <w:rFonts w:cs="Times New Roman"/>
              </w:rPr>
              <w:t xml:space="preserve"> у </w:t>
            </w:r>
            <w:proofErr w:type="spellStart"/>
            <w:r w:rsidRPr="00EC4E95">
              <w:rPr>
                <w:rFonts w:cs="Times New Roman"/>
              </w:rPr>
              <w:t>року</w:t>
            </w:r>
            <w:proofErr w:type="spellEnd"/>
            <w:r w:rsidRPr="00EC4E95">
              <w:rPr>
                <w:rFonts w:cs="Times New Roman"/>
              </w:rPr>
              <w:t xml:space="preserve"> </w:t>
            </w:r>
            <w:proofErr w:type="spellStart"/>
            <w:r w:rsidRPr="00EC4E95">
              <w:rPr>
                <w:rFonts w:cs="Times New Roman"/>
              </w:rPr>
              <w:t>од</w:t>
            </w:r>
            <w:proofErr w:type="spellEnd"/>
            <w:r w:rsidRPr="00EC4E95">
              <w:rPr>
                <w:rFonts w:cs="Times New Roman"/>
              </w:rPr>
              <w:t xml:space="preserve"> 30 </w:t>
            </w:r>
            <w:proofErr w:type="spellStart"/>
            <w:r w:rsidRPr="00EC4E95">
              <w:rPr>
                <w:rFonts w:cs="Times New Roman"/>
              </w:rPr>
              <w:t>дана</w:t>
            </w:r>
            <w:proofErr w:type="spellEnd"/>
            <w:r w:rsidRPr="00EC4E95">
              <w:rPr>
                <w:rFonts w:cs="Times New Roman"/>
              </w:rPr>
              <w:t xml:space="preserve"> </w:t>
            </w:r>
            <w:proofErr w:type="spellStart"/>
            <w:r w:rsidRPr="00EC4E95">
              <w:rPr>
                <w:rFonts w:cs="Times New Roman"/>
              </w:rPr>
              <w:t>након</w:t>
            </w:r>
            <w:proofErr w:type="spellEnd"/>
            <w:r w:rsidRPr="00EC4E95">
              <w:rPr>
                <w:rFonts w:cs="Times New Roman"/>
              </w:rPr>
              <w:t xml:space="preserve"> </w:t>
            </w:r>
            <w:proofErr w:type="spellStart"/>
            <w:r w:rsidRPr="00EC4E95">
              <w:rPr>
                <w:rFonts w:cs="Times New Roman"/>
              </w:rPr>
              <w:t>завршетка</w:t>
            </w:r>
            <w:proofErr w:type="spellEnd"/>
            <w:r w:rsidRPr="00EC4E95">
              <w:rPr>
                <w:rFonts w:cs="Times New Roman"/>
              </w:rPr>
              <w:t xml:space="preserve"> </w:t>
            </w:r>
            <w:proofErr w:type="spellStart"/>
            <w:r w:rsidRPr="00EC4E95">
              <w:rPr>
                <w:rFonts w:cs="Times New Roman"/>
              </w:rPr>
              <w:t>сваког</w:t>
            </w:r>
            <w:proofErr w:type="spellEnd"/>
            <w:r w:rsidRPr="00EC4E95">
              <w:rPr>
                <w:rFonts w:cs="Times New Roman"/>
              </w:rPr>
              <w:t xml:space="preserve"> </w:t>
            </w:r>
            <w:proofErr w:type="spellStart"/>
            <w:r w:rsidRPr="00EC4E95">
              <w:rPr>
                <w:rFonts w:cs="Times New Roman"/>
              </w:rPr>
              <w:t>извештајног</w:t>
            </w:r>
            <w:proofErr w:type="spellEnd"/>
            <w:r w:rsidRPr="00EC4E95">
              <w:rPr>
                <w:rFonts w:cs="Times New Roman"/>
              </w:rPr>
              <w:t xml:space="preserve"> </w:t>
            </w:r>
            <w:proofErr w:type="spellStart"/>
            <w:r w:rsidRPr="00EC4E95">
              <w:rPr>
                <w:rFonts w:cs="Times New Roman"/>
              </w:rPr>
              <w:t>периода</w:t>
            </w:r>
            <w:proofErr w:type="spellEnd"/>
          </w:p>
        </w:tc>
        <w:tc>
          <w:tcPr>
            <w:tcW w:w="733" w:type="pct"/>
          </w:tcPr>
          <w:p w14:paraId="7663F85D" w14:textId="77777777" w:rsidR="00F80B2D" w:rsidRPr="00347368" w:rsidRDefault="00F80B2D" w:rsidP="00347368">
            <w:pPr>
              <w:jc w:val="left"/>
              <w:rPr>
                <w:rFonts w:cs="Times New Roman"/>
              </w:rPr>
            </w:pPr>
          </w:p>
          <w:p w14:paraId="010AB9BB" w14:textId="2964F850" w:rsidR="00A81FDF" w:rsidRPr="00EF3DE5" w:rsidRDefault="00EF3DE5" w:rsidP="00347368">
            <w:pPr>
              <w:jc w:val="left"/>
              <w:rPr>
                <w:rFonts w:cs="Times New Roman"/>
                <w:lang w:val="sr-Cyrl-RS"/>
              </w:rPr>
            </w:pPr>
            <w:r>
              <w:rPr>
                <w:rFonts w:cs="Times New Roman"/>
                <w:lang w:val="sr-Cyrl-RS"/>
              </w:rPr>
              <w:t>МРЕ</w:t>
            </w:r>
          </w:p>
          <w:p w14:paraId="14F4F1F7" w14:textId="77777777" w:rsidR="00A02289" w:rsidRPr="00347368" w:rsidRDefault="00A02289" w:rsidP="00347368">
            <w:pPr>
              <w:jc w:val="left"/>
              <w:rPr>
                <w:rFonts w:cs="Times New Roman"/>
              </w:rPr>
            </w:pPr>
          </w:p>
          <w:p w14:paraId="1E4B0BE1" w14:textId="7391D43D" w:rsidR="00530CC6" w:rsidRPr="00347368" w:rsidRDefault="00EF3DE5" w:rsidP="00347368">
            <w:pPr>
              <w:jc w:val="left"/>
              <w:rPr>
                <w:rFonts w:cs="Times New Roman"/>
              </w:rPr>
            </w:pPr>
            <w:proofErr w:type="spellStart"/>
            <w:r w:rsidRPr="00EF3DE5">
              <w:rPr>
                <w:rFonts w:cs="Times New Roman"/>
              </w:rPr>
              <w:t>Буџет</w:t>
            </w:r>
            <w:proofErr w:type="spellEnd"/>
            <w:r w:rsidRPr="00EF3DE5">
              <w:rPr>
                <w:rFonts w:cs="Times New Roman"/>
              </w:rPr>
              <w:t xml:space="preserve"> </w:t>
            </w:r>
            <w:proofErr w:type="spellStart"/>
            <w:r w:rsidRPr="00EF3DE5">
              <w:rPr>
                <w:rFonts w:cs="Times New Roman"/>
              </w:rPr>
              <w:t>је</w:t>
            </w:r>
            <w:proofErr w:type="spellEnd"/>
            <w:r w:rsidRPr="00EF3DE5">
              <w:rPr>
                <w:rFonts w:cs="Times New Roman"/>
              </w:rPr>
              <w:t xml:space="preserve"> </w:t>
            </w:r>
            <w:proofErr w:type="spellStart"/>
            <w:r w:rsidRPr="00EF3DE5">
              <w:rPr>
                <w:rFonts w:cs="Times New Roman"/>
              </w:rPr>
              <w:t>укључен</w:t>
            </w:r>
            <w:proofErr w:type="spellEnd"/>
            <w:r w:rsidRPr="00EF3DE5">
              <w:rPr>
                <w:rFonts w:cs="Times New Roman"/>
              </w:rPr>
              <w:t xml:space="preserve"> у </w:t>
            </w:r>
            <w:proofErr w:type="spellStart"/>
            <w:r w:rsidRPr="00EF3DE5">
              <w:rPr>
                <w:rFonts w:cs="Times New Roman"/>
              </w:rPr>
              <w:t>оперативни</w:t>
            </w:r>
            <w:proofErr w:type="spellEnd"/>
            <w:r w:rsidRPr="00EF3DE5">
              <w:rPr>
                <w:rFonts w:cs="Times New Roman"/>
              </w:rPr>
              <w:t xml:space="preserve"> </w:t>
            </w:r>
            <w:proofErr w:type="spellStart"/>
            <w:r w:rsidRPr="00EF3DE5">
              <w:rPr>
                <w:rFonts w:cs="Times New Roman"/>
              </w:rPr>
              <w:t>буџет</w:t>
            </w:r>
            <w:proofErr w:type="spellEnd"/>
            <w:r w:rsidRPr="00EF3DE5">
              <w:rPr>
                <w:rFonts w:cs="Times New Roman"/>
              </w:rPr>
              <w:t xml:space="preserve"> Пројекта</w:t>
            </w:r>
            <w:r w:rsidR="00530CC6" w:rsidRPr="00347368">
              <w:rPr>
                <w:rFonts w:cs="Times New Roman"/>
              </w:rPr>
              <w:t>.</w:t>
            </w:r>
          </w:p>
        </w:tc>
      </w:tr>
      <w:tr w:rsidR="00625796" w:rsidRPr="00347368" w14:paraId="01D2AF67" w14:textId="77777777" w:rsidTr="009D7F44">
        <w:tc>
          <w:tcPr>
            <w:tcW w:w="268" w:type="pct"/>
          </w:tcPr>
          <w:p w14:paraId="61965520" w14:textId="2DFA37D7" w:rsidR="00F479BF" w:rsidRPr="00347368" w:rsidRDefault="00F479BF" w:rsidP="00347368">
            <w:pPr>
              <w:jc w:val="left"/>
              <w:rPr>
                <w:rFonts w:cs="Times New Roman"/>
              </w:rPr>
            </w:pPr>
            <w:r w:rsidRPr="00347368">
              <w:rPr>
                <w:rFonts w:cs="Times New Roman"/>
              </w:rPr>
              <w:t>D</w:t>
            </w:r>
          </w:p>
        </w:tc>
        <w:tc>
          <w:tcPr>
            <w:tcW w:w="2795" w:type="pct"/>
          </w:tcPr>
          <w:p w14:paraId="5F4C8736" w14:textId="34E75537" w:rsidR="00F479BF" w:rsidRPr="00347368" w:rsidRDefault="00AF26E5" w:rsidP="00347368">
            <w:pPr>
              <w:jc w:val="left"/>
              <w:rPr>
                <w:rFonts w:cs="Times New Roman"/>
                <w:b/>
                <w:bCs/>
                <w:color w:val="4472C4" w:themeColor="accent1"/>
              </w:rPr>
            </w:pPr>
            <w:r w:rsidRPr="00AF26E5">
              <w:rPr>
                <w:rFonts w:cs="Times New Roman"/>
                <w:b/>
                <w:bCs/>
                <w:color w:val="4472C4" w:themeColor="accent1"/>
              </w:rPr>
              <w:t>ИЗВЕШТАЈИ ИЗВОЂАЧА</w:t>
            </w:r>
          </w:p>
          <w:p w14:paraId="15EC139D" w14:textId="227B1804" w:rsidR="00F479BF" w:rsidRPr="00347368" w:rsidRDefault="0015064E" w:rsidP="00347368">
            <w:pPr>
              <w:jc w:val="left"/>
              <w:rPr>
                <w:rFonts w:cs="Times New Roman"/>
              </w:rPr>
            </w:pPr>
            <w:proofErr w:type="spellStart"/>
            <w:r w:rsidRPr="0015064E">
              <w:rPr>
                <w:rFonts w:cs="Times New Roman"/>
              </w:rPr>
              <w:t>Захтевати</w:t>
            </w:r>
            <w:proofErr w:type="spellEnd"/>
            <w:r w:rsidRPr="0015064E">
              <w:rPr>
                <w:rFonts w:cs="Times New Roman"/>
              </w:rPr>
              <w:t xml:space="preserve"> </w:t>
            </w:r>
            <w:proofErr w:type="spellStart"/>
            <w:r w:rsidRPr="0015064E">
              <w:rPr>
                <w:rFonts w:cs="Times New Roman"/>
              </w:rPr>
              <w:t>од</w:t>
            </w:r>
            <w:proofErr w:type="spellEnd"/>
            <w:r w:rsidRPr="0015064E">
              <w:rPr>
                <w:rFonts w:cs="Times New Roman"/>
              </w:rPr>
              <w:t xml:space="preserve"> </w:t>
            </w:r>
            <w:proofErr w:type="spellStart"/>
            <w:r w:rsidRPr="0015064E">
              <w:rPr>
                <w:rFonts w:cs="Times New Roman"/>
              </w:rPr>
              <w:t>извођача</w:t>
            </w:r>
            <w:proofErr w:type="spellEnd"/>
            <w:r w:rsidRPr="0015064E">
              <w:rPr>
                <w:rFonts w:cs="Times New Roman"/>
              </w:rPr>
              <w:t xml:space="preserve"> </w:t>
            </w:r>
            <w:proofErr w:type="spellStart"/>
            <w:r w:rsidRPr="0015064E">
              <w:rPr>
                <w:rFonts w:cs="Times New Roman"/>
              </w:rPr>
              <w:t>радова</w:t>
            </w:r>
            <w:proofErr w:type="spellEnd"/>
            <w:r w:rsidRPr="0015064E">
              <w:rPr>
                <w:rFonts w:cs="Times New Roman"/>
              </w:rPr>
              <w:t xml:space="preserve"> и </w:t>
            </w:r>
            <w:proofErr w:type="spellStart"/>
            <w:r w:rsidRPr="0015064E">
              <w:rPr>
                <w:rFonts w:cs="Times New Roman"/>
              </w:rPr>
              <w:t>надзорних</w:t>
            </w:r>
            <w:proofErr w:type="spellEnd"/>
            <w:r w:rsidRPr="0015064E">
              <w:rPr>
                <w:rFonts w:cs="Times New Roman"/>
              </w:rPr>
              <w:t xml:space="preserve"> </w:t>
            </w:r>
            <w:proofErr w:type="spellStart"/>
            <w:r w:rsidRPr="0015064E">
              <w:rPr>
                <w:rFonts w:cs="Times New Roman"/>
              </w:rPr>
              <w:t>фирми</w:t>
            </w:r>
            <w:proofErr w:type="spellEnd"/>
            <w:r w:rsidRPr="0015064E">
              <w:rPr>
                <w:rFonts w:cs="Times New Roman"/>
              </w:rPr>
              <w:t xml:space="preserve"> </w:t>
            </w:r>
            <w:proofErr w:type="spellStart"/>
            <w:r w:rsidRPr="0015064E">
              <w:rPr>
                <w:rFonts w:cs="Times New Roman"/>
              </w:rPr>
              <w:t>да</w:t>
            </w:r>
            <w:proofErr w:type="spellEnd"/>
            <w:r w:rsidRPr="0015064E">
              <w:rPr>
                <w:rFonts w:cs="Times New Roman"/>
              </w:rPr>
              <w:t xml:space="preserve"> </w:t>
            </w:r>
            <w:proofErr w:type="spellStart"/>
            <w:r w:rsidRPr="0015064E">
              <w:rPr>
                <w:rFonts w:cs="Times New Roman"/>
              </w:rPr>
              <w:t>достављају</w:t>
            </w:r>
            <w:proofErr w:type="spellEnd"/>
            <w:r w:rsidRPr="0015064E">
              <w:rPr>
                <w:rFonts w:cs="Times New Roman"/>
              </w:rPr>
              <w:t xml:space="preserve"> </w:t>
            </w:r>
            <w:proofErr w:type="spellStart"/>
            <w:r w:rsidRPr="0015064E">
              <w:rPr>
                <w:rFonts w:cs="Times New Roman"/>
              </w:rPr>
              <w:t>месечне</w:t>
            </w:r>
            <w:proofErr w:type="spellEnd"/>
            <w:r w:rsidRPr="0015064E">
              <w:rPr>
                <w:rFonts w:cs="Times New Roman"/>
              </w:rPr>
              <w:t xml:space="preserve"> </w:t>
            </w:r>
            <w:proofErr w:type="spellStart"/>
            <w:r w:rsidRPr="0015064E">
              <w:rPr>
                <w:rFonts w:cs="Times New Roman"/>
              </w:rPr>
              <w:t>извештаје</w:t>
            </w:r>
            <w:proofErr w:type="spellEnd"/>
            <w:r w:rsidRPr="0015064E">
              <w:rPr>
                <w:rFonts w:cs="Times New Roman"/>
              </w:rPr>
              <w:t xml:space="preserve"> о </w:t>
            </w:r>
            <w:proofErr w:type="spellStart"/>
            <w:r w:rsidRPr="0015064E">
              <w:rPr>
                <w:rFonts w:cs="Times New Roman"/>
              </w:rPr>
              <w:t>праћењу</w:t>
            </w:r>
            <w:proofErr w:type="spellEnd"/>
            <w:r w:rsidRPr="0015064E">
              <w:rPr>
                <w:rFonts w:cs="Times New Roman"/>
              </w:rPr>
              <w:t xml:space="preserve"> E&amp;S </w:t>
            </w:r>
            <w:proofErr w:type="spellStart"/>
            <w:r w:rsidRPr="0015064E">
              <w:rPr>
                <w:rFonts w:cs="Times New Roman"/>
              </w:rPr>
              <w:t>учинка</w:t>
            </w:r>
            <w:proofErr w:type="spellEnd"/>
            <w:r w:rsidRPr="0015064E">
              <w:rPr>
                <w:rFonts w:cs="Times New Roman"/>
              </w:rPr>
              <w:t xml:space="preserve"> у </w:t>
            </w:r>
            <w:proofErr w:type="spellStart"/>
            <w:r w:rsidRPr="0015064E">
              <w:rPr>
                <w:rFonts w:cs="Times New Roman"/>
              </w:rPr>
              <w:t>складу</w:t>
            </w:r>
            <w:proofErr w:type="spellEnd"/>
            <w:r w:rsidRPr="0015064E">
              <w:rPr>
                <w:rFonts w:cs="Times New Roman"/>
              </w:rPr>
              <w:t xml:space="preserve"> </w:t>
            </w:r>
            <w:proofErr w:type="spellStart"/>
            <w:r w:rsidRPr="0015064E">
              <w:rPr>
                <w:rFonts w:cs="Times New Roman"/>
              </w:rPr>
              <w:t>са</w:t>
            </w:r>
            <w:proofErr w:type="spellEnd"/>
            <w:r w:rsidRPr="0015064E">
              <w:rPr>
                <w:rFonts w:cs="Times New Roman"/>
              </w:rPr>
              <w:t xml:space="preserve"> </w:t>
            </w:r>
            <w:proofErr w:type="spellStart"/>
            <w:r w:rsidRPr="0015064E">
              <w:rPr>
                <w:rFonts w:cs="Times New Roman"/>
              </w:rPr>
              <w:t>метрикама</w:t>
            </w:r>
            <w:proofErr w:type="spellEnd"/>
            <w:r w:rsidRPr="0015064E">
              <w:rPr>
                <w:rFonts w:cs="Times New Roman"/>
              </w:rPr>
              <w:t xml:space="preserve"> </w:t>
            </w:r>
            <w:proofErr w:type="spellStart"/>
            <w:r w:rsidRPr="0015064E">
              <w:rPr>
                <w:rFonts w:cs="Times New Roman"/>
              </w:rPr>
              <w:lastRenderedPageBreak/>
              <w:t>наведеним</w:t>
            </w:r>
            <w:proofErr w:type="spellEnd"/>
            <w:r w:rsidRPr="0015064E">
              <w:rPr>
                <w:rFonts w:cs="Times New Roman"/>
              </w:rPr>
              <w:t xml:space="preserve"> у </w:t>
            </w:r>
            <w:proofErr w:type="spellStart"/>
            <w:r w:rsidRPr="0015064E">
              <w:rPr>
                <w:rFonts w:cs="Times New Roman"/>
              </w:rPr>
              <w:t>одговарајућој</w:t>
            </w:r>
            <w:proofErr w:type="spellEnd"/>
            <w:r w:rsidRPr="0015064E">
              <w:rPr>
                <w:rFonts w:cs="Times New Roman"/>
              </w:rPr>
              <w:t xml:space="preserve"> </w:t>
            </w:r>
            <w:proofErr w:type="spellStart"/>
            <w:r w:rsidRPr="0015064E">
              <w:rPr>
                <w:rFonts w:cs="Times New Roman"/>
              </w:rPr>
              <w:t>тендерској</w:t>
            </w:r>
            <w:proofErr w:type="spellEnd"/>
            <w:r w:rsidRPr="0015064E">
              <w:rPr>
                <w:rFonts w:cs="Times New Roman"/>
              </w:rPr>
              <w:t xml:space="preserve"> </w:t>
            </w:r>
            <w:proofErr w:type="spellStart"/>
            <w:r w:rsidRPr="0015064E">
              <w:rPr>
                <w:rFonts w:cs="Times New Roman"/>
              </w:rPr>
              <w:t>документацији</w:t>
            </w:r>
            <w:proofErr w:type="spellEnd"/>
            <w:r w:rsidRPr="0015064E">
              <w:rPr>
                <w:rFonts w:cs="Times New Roman"/>
              </w:rPr>
              <w:t xml:space="preserve"> и </w:t>
            </w:r>
            <w:proofErr w:type="spellStart"/>
            <w:r w:rsidRPr="0015064E">
              <w:rPr>
                <w:rFonts w:cs="Times New Roman"/>
              </w:rPr>
              <w:t>уговорима</w:t>
            </w:r>
            <w:proofErr w:type="spellEnd"/>
            <w:r w:rsidRPr="0015064E">
              <w:rPr>
                <w:rFonts w:cs="Times New Roman"/>
              </w:rPr>
              <w:t xml:space="preserve">, и </w:t>
            </w:r>
            <w:proofErr w:type="spellStart"/>
            <w:r w:rsidRPr="0015064E">
              <w:rPr>
                <w:rFonts w:cs="Times New Roman"/>
              </w:rPr>
              <w:t>достављати</w:t>
            </w:r>
            <w:proofErr w:type="spellEnd"/>
            <w:r w:rsidRPr="0015064E">
              <w:rPr>
                <w:rFonts w:cs="Times New Roman"/>
              </w:rPr>
              <w:t xml:space="preserve"> </w:t>
            </w:r>
            <w:proofErr w:type="spellStart"/>
            <w:r w:rsidRPr="0015064E">
              <w:rPr>
                <w:rFonts w:cs="Times New Roman"/>
              </w:rPr>
              <w:t>такве</w:t>
            </w:r>
            <w:proofErr w:type="spellEnd"/>
            <w:r w:rsidRPr="0015064E">
              <w:rPr>
                <w:rFonts w:cs="Times New Roman"/>
              </w:rPr>
              <w:t xml:space="preserve"> </w:t>
            </w:r>
            <w:proofErr w:type="spellStart"/>
            <w:r w:rsidRPr="0015064E">
              <w:rPr>
                <w:rFonts w:cs="Times New Roman"/>
              </w:rPr>
              <w:t>извештаје</w:t>
            </w:r>
            <w:proofErr w:type="spellEnd"/>
            <w:r w:rsidRPr="0015064E">
              <w:rPr>
                <w:rFonts w:cs="Times New Roman"/>
              </w:rPr>
              <w:t xml:space="preserve"> Банци</w:t>
            </w:r>
            <w:r w:rsidR="00F479BF" w:rsidRPr="00347368">
              <w:rPr>
                <w:rFonts w:cs="Times New Roman"/>
              </w:rPr>
              <w:t>.</w:t>
            </w:r>
          </w:p>
        </w:tc>
        <w:tc>
          <w:tcPr>
            <w:tcW w:w="1204" w:type="pct"/>
          </w:tcPr>
          <w:p w14:paraId="66837CF4" w14:textId="77777777" w:rsidR="00F479BF" w:rsidRPr="00347368" w:rsidRDefault="00F479BF" w:rsidP="00347368">
            <w:pPr>
              <w:jc w:val="left"/>
              <w:rPr>
                <w:rFonts w:cs="Times New Roman"/>
              </w:rPr>
            </w:pPr>
          </w:p>
          <w:p w14:paraId="04C8F5F5" w14:textId="3FD6E81C" w:rsidR="00F479BF" w:rsidRPr="00347368" w:rsidRDefault="0015064E" w:rsidP="00347368">
            <w:pPr>
              <w:jc w:val="left"/>
              <w:rPr>
                <w:rFonts w:cs="Times New Roman"/>
              </w:rPr>
            </w:pPr>
            <w:proofErr w:type="spellStart"/>
            <w:r w:rsidRPr="0015064E">
              <w:rPr>
                <w:rFonts w:cs="Times New Roman"/>
              </w:rPr>
              <w:t>Достављати</w:t>
            </w:r>
            <w:proofErr w:type="spellEnd"/>
            <w:r w:rsidRPr="0015064E">
              <w:rPr>
                <w:rFonts w:cs="Times New Roman"/>
              </w:rPr>
              <w:t xml:space="preserve"> </w:t>
            </w:r>
            <w:proofErr w:type="spellStart"/>
            <w:r w:rsidRPr="0015064E">
              <w:rPr>
                <w:rFonts w:cs="Times New Roman"/>
              </w:rPr>
              <w:t>месечне</w:t>
            </w:r>
            <w:proofErr w:type="spellEnd"/>
            <w:r w:rsidRPr="0015064E">
              <w:rPr>
                <w:rFonts w:cs="Times New Roman"/>
              </w:rPr>
              <w:t xml:space="preserve"> </w:t>
            </w:r>
            <w:proofErr w:type="spellStart"/>
            <w:r w:rsidRPr="0015064E">
              <w:rPr>
                <w:rFonts w:cs="Times New Roman"/>
              </w:rPr>
              <w:t>извештаје</w:t>
            </w:r>
            <w:proofErr w:type="spellEnd"/>
            <w:r w:rsidRPr="0015064E">
              <w:rPr>
                <w:rFonts w:cs="Times New Roman"/>
              </w:rPr>
              <w:t xml:space="preserve"> </w:t>
            </w:r>
            <w:proofErr w:type="spellStart"/>
            <w:r w:rsidRPr="0015064E">
              <w:rPr>
                <w:rFonts w:cs="Times New Roman"/>
              </w:rPr>
              <w:t>Банци</w:t>
            </w:r>
            <w:proofErr w:type="spellEnd"/>
            <w:r w:rsidRPr="0015064E">
              <w:rPr>
                <w:rFonts w:cs="Times New Roman"/>
              </w:rPr>
              <w:t xml:space="preserve"> </w:t>
            </w:r>
            <w:proofErr w:type="spellStart"/>
            <w:r w:rsidRPr="0015064E">
              <w:rPr>
                <w:rFonts w:cs="Times New Roman"/>
              </w:rPr>
              <w:t>као</w:t>
            </w:r>
            <w:proofErr w:type="spellEnd"/>
            <w:r w:rsidRPr="0015064E">
              <w:rPr>
                <w:rFonts w:cs="Times New Roman"/>
              </w:rPr>
              <w:t xml:space="preserve"> </w:t>
            </w:r>
            <w:proofErr w:type="spellStart"/>
            <w:r w:rsidRPr="0015064E">
              <w:rPr>
                <w:rFonts w:cs="Times New Roman"/>
              </w:rPr>
              <w:t>анексе</w:t>
            </w:r>
            <w:proofErr w:type="spellEnd"/>
            <w:r w:rsidRPr="0015064E">
              <w:rPr>
                <w:rFonts w:cs="Times New Roman"/>
              </w:rPr>
              <w:t xml:space="preserve"> </w:t>
            </w:r>
            <w:proofErr w:type="spellStart"/>
            <w:r w:rsidRPr="0015064E">
              <w:rPr>
                <w:rFonts w:cs="Times New Roman"/>
              </w:rPr>
              <w:lastRenderedPageBreak/>
              <w:t>извештаја</w:t>
            </w:r>
            <w:proofErr w:type="spellEnd"/>
            <w:r w:rsidRPr="0015064E">
              <w:rPr>
                <w:rFonts w:cs="Times New Roman"/>
              </w:rPr>
              <w:t xml:space="preserve"> </w:t>
            </w:r>
            <w:proofErr w:type="spellStart"/>
            <w:r w:rsidRPr="0015064E">
              <w:rPr>
                <w:rFonts w:cs="Times New Roman"/>
              </w:rPr>
              <w:t>који</w:t>
            </w:r>
            <w:proofErr w:type="spellEnd"/>
            <w:r w:rsidRPr="0015064E">
              <w:rPr>
                <w:rFonts w:cs="Times New Roman"/>
              </w:rPr>
              <w:t xml:space="preserve"> </w:t>
            </w:r>
            <w:proofErr w:type="spellStart"/>
            <w:r w:rsidRPr="0015064E">
              <w:rPr>
                <w:rFonts w:cs="Times New Roman"/>
              </w:rPr>
              <w:t>се</w:t>
            </w:r>
            <w:proofErr w:type="spellEnd"/>
            <w:r w:rsidRPr="0015064E">
              <w:rPr>
                <w:rFonts w:cs="Times New Roman"/>
              </w:rPr>
              <w:t xml:space="preserve"> </w:t>
            </w:r>
            <w:proofErr w:type="spellStart"/>
            <w:r w:rsidRPr="0015064E">
              <w:rPr>
                <w:rFonts w:cs="Times New Roman"/>
              </w:rPr>
              <w:t>подносе</w:t>
            </w:r>
            <w:proofErr w:type="spellEnd"/>
            <w:r w:rsidRPr="0015064E">
              <w:rPr>
                <w:rFonts w:cs="Times New Roman"/>
              </w:rPr>
              <w:t xml:space="preserve"> у </w:t>
            </w:r>
            <w:proofErr w:type="spellStart"/>
            <w:r w:rsidRPr="0015064E">
              <w:rPr>
                <w:rFonts w:cs="Times New Roman"/>
              </w:rPr>
              <w:t>оквиру</w:t>
            </w:r>
            <w:proofErr w:type="spellEnd"/>
            <w:r w:rsidRPr="0015064E">
              <w:rPr>
                <w:rFonts w:cs="Times New Roman"/>
              </w:rPr>
              <w:t xml:space="preserve"> </w:t>
            </w:r>
            <w:proofErr w:type="spellStart"/>
            <w:r w:rsidRPr="0015064E">
              <w:rPr>
                <w:rFonts w:cs="Times New Roman"/>
              </w:rPr>
              <w:t>активности</w:t>
            </w:r>
            <w:proofErr w:type="spellEnd"/>
            <w:r w:rsidRPr="0015064E">
              <w:rPr>
                <w:rFonts w:cs="Times New Roman"/>
              </w:rPr>
              <w:t xml:space="preserve"> </w:t>
            </w:r>
            <w:r>
              <w:rPr>
                <w:rFonts w:cs="Times New Roman"/>
              </w:rPr>
              <w:t xml:space="preserve">C </w:t>
            </w:r>
            <w:proofErr w:type="spellStart"/>
            <w:r w:rsidRPr="0015064E">
              <w:rPr>
                <w:rFonts w:cs="Times New Roman"/>
              </w:rPr>
              <w:t>изнад</w:t>
            </w:r>
            <w:proofErr w:type="spellEnd"/>
            <w:r w:rsidR="00F479BF" w:rsidRPr="00347368">
              <w:rPr>
                <w:rFonts w:cs="Times New Roman"/>
              </w:rPr>
              <w:t>.</w:t>
            </w:r>
          </w:p>
        </w:tc>
        <w:tc>
          <w:tcPr>
            <w:tcW w:w="733" w:type="pct"/>
          </w:tcPr>
          <w:p w14:paraId="262F5B6A" w14:textId="0BA33E16" w:rsidR="00F479BF" w:rsidRPr="0015064E" w:rsidRDefault="0015064E" w:rsidP="00347368">
            <w:pPr>
              <w:jc w:val="left"/>
              <w:rPr>
                <w:rFonts w:cs="Times New Roman"/>
                <w:lang w:val="sr-Cyrl-RS"/>
              </w:rPr>
            </w:pPr>
            <w:r>
              <w:rPr>
                <w:rFonts w:cs="Times New Roman"/>
                <w:lang w:val="sr-Cyrl-RS"/>
              </w:rPr>
              <w:lastRenderedPageBreak/>
              <w:t>МРЕ</w:t>
            </w:r>
          </w:p>
        </w:tc>
      </w:tr>
      <w:tr w:rsidR="00625796" w:rsidRPr="00347368" w14:paraId="4B7CC129" w14:textId="77777777" w:rsidTr="009D7F44">
        <w:tc>
          <w:tcPr>
            <w:tcW w:w="268" w:type="pct"/>
          </w:tcPr>
          <w:p w14:paraId="48A43AB0" w14:textId="06BA454A" w:rsidR="00530CC6" w:rsidRPr="00347368" w:rsidRDefault="00F479BF" w:rsidP="00347368">
            <w:pPr>
              <w:jc w:val="left"/>
              <w:rPr>
                <w:rFonts w:cs="Times New Roman"/>
              </w:rPr>
            </w:pPr>
            <w:r w:rsidRPr="00347368">
              <w:rPr>
                <w:rFonts w:cs="Times New Roman"/>
              </w:rPr>
              <w:t>E</w:t>
            </w:r>
          </w:p>
        </w:tc>
        <w:tc>
          <w:tcPr>
            <w:tcW w:w="2795" w:type="pct"/>
          </w:tcPr>
          <w:p w14:paraId="6C6628FF" w14:textId="7A083D7D" w:rsidR="0099453C" w:rsidRPr="0015064E" w:rsidRDefault="0015064E" w:rsidP="00347368">
            <w:pPr>
              <w:jc w:val="left"/>
              <w:rPr>
                <w:rFonts w:cs="Times New Roman"/>
                <w:b/>
                <w:bCs/>
                <w:color w:val="4472C4" w:themeColor="accent1"/>
                <w:lang w:val="sr-Cyrl-RS"/>
              </w:rPr>
            </w:pPr>
            <w:r w:rsidRPr="0015064E">
              <w:rPr>
                <w:rFonts w:cs="Times New Roman"/>
                <w:b/>
                <w:bCs/>
                <w:color w:val="4472C4" w:themeColor="accent1"/>
              </w:rPr>
              <w:t xml:space="preserve">ИНЦИДЕНТИ И </w:t>
            </w:r>
            <w:r>
              <w:rPr>
                <w:rFonts w:cs="Times New Roman"/>
                <w:b/>
                <w:bCs/>
                <w:color w:val="4472C4" w:themeColor="accent1"/>
                <w:lang w:val="sr-Cyrl-RS"/>
              </w:rPr>
              <w:t>НЕЗГОДЕ</w:t>
            </w:r>
          </w:p>
          <w:p w14:paraId="33B14B75" w14:textId="1F27B173" w:rsidR="0099453C" w:rsidRPr="00347368" w:rsidRDefault="0015064E" w:rsidP="00347368">
            <w:pPr>
              <w:jc w:val="left"/>
              <w:rPr>
                <w:rFonts w:cs="Times New Roman"/>
              </w:rPr>
            </w:pPr>
            <w:r w:rsidRPr="00124C5B">
              <w:rPr>
                <w:rFonts w:cs="Times New Roman"/>
                <w:lang w:val="sr-Cyrl-RS"/>
              </w:rPr>
              <w:t xml:space="preserve">Обавестити Банку о сваком инциденту или </w:t>
            </w:r>
            <w:r>
              <w:rPr>
                <w:rFonts w:cs="Times New Roman"/>
                <w:lang w:val="sr-Cyrl-RS"/>
              </w:rPr>
              <w:t>незгоди</w:t>
            </w:r>
            <w:r w:rsidRPr="00124C5B">
              <w:rPr>
                <w:rFonts w:cs="Times New Roman"/>
                <w:lang w:val="sr-Cyrl-RS"/>
              </w:rPr>
              <w:t xml:space="preserve"> у вези са пројектом који има, или ће вероватно имати, значајан штетан утицај на животну средину, погођене заједнице, јавност или раднике, укључујући оне који резултирају смрћу или значајним повредама радника или јавности; акте насиља, дискриминације или протеста</w:t>
            </w:r>
            <w:r w:rsidR="0076289F" w:rsidRPr="00124C5B">
              <w:rPr>
                <w:rFonts w:cs="Times New Roman"/>
                <w:lang w:val="sr-Cyrl-RS"/>
              </w:rPr>
              <w:t xml:space="preserve">; </w:t>
            </w:r>
            <w:r w:rsidR="00A51BBD" w:rsidRPr="00124C5B">
              <w:rPr>
                <w:rFonts w:cs="Times New Roman"/>
                <w:lang w:val="sr-Cyrl-RS"/>
              </w:rPr>
              <w:t xml:space="preserve">непредвиђене утицаје на културно наслеђе или ресурсе биодиверзитета; загађење животне средине; рушење/отказ бране; принудни или дечији рад; </w:t>
            </w:r>
            <w:r w:rsidR="00124C5B">
              <w:rPr>
                <w:lang w:val="sr-Cyrl-RS"/>
              </w:rPr>
              <w:t>експропријациј</w:t>
            </w:r>
            <w:r w:rsidR="00124C5B">
              <w:rPr>
                <w:lang w:val="sr-Cyrl-RS"/>
              </w:rPr>
              <w:t>а</w:t>
            </w:r>
            <w:r w:rsidR="00A51BBD" w:rsidRPr="00124C5B">
              <w:rPr>
                <w:rFonts w:cs="Times New Roman"/>
                <w:lang w:val="sr-Cyrl-RS"/>
              </w:rPr>
              <w:t xml:space="preserve"> без дужног поступка (принудно исељење</w:t>
            </w:r>
            <w:r w:rsidR="0076289F" w:rsidRPr="00124C5B">
              <w:rPr>
                <w:rFonts w:cs="Times New Roman"/>
                <w:lang w:val="sr-Cyrl-RS"/>
              </w:rPr>
              <w:t xml:space="preserve">); </w:t>
            </w:r>
            <w:r w:rsidR="00A51BBD" w:rsidRPr="00124C5B">
              <w:rPr>
                <w:rFonts w:cs="Times New Roman"/>
                <w:lang w:val="sr-Cyrl-RS"/>
              </w:rPr>
              <w:t xml:space="preserve">оптужбе за </w:t>
            </w:r>
            <w:r w:rsidR="00A51BBD" w:rsidRPr="00A51BBD">
              <w:rPr>
                <w:rFonts w:cs="Times New Roman"/>
              </w:rPr>
              <w:t>SEA</w:t>
            </w:r>
            <w:r w:rsidR="00A51BBD" w:rsidRPr="00124C5B">
              <w:rPr>
                <w:rFonts w:cs="Times New Roman"/>
                <w:lang w:val="sr-Cyrl-RS"/>
              </w:rPr>
              <w:t xml:space="preserve"> или </w:t>
            </w:r>
            <w:r w:rsidR="00A51BBD" w:rsidRPr="00A51BBD">
              <w:rPr>
                <w:rFonts w:cs="Times New Roman"/>
              </w:rPr>
              <w:t>SH</w:t>
            </w:r>
            <w:r w:rsidR="00A51BBD" w:rsidRPr="00124C5B">
              <w:rPr>
                <w:rFonts w:cs="Times New Roman"/>
                <w:lang w:val="sr-Cyrl-RS"/>
              </w:rPr>
              <w:t>; или избијање болести</w:t>
            </w:r>
            <w:r w:rsidR="0076289F" w:rsidRPr="00124C5B">
              <w:rPr>
                <w:rFonts w:cs="Times New Roman"/>
                <w:lang w:val="sr-Cyrl-RS"/>
              </w:rPr>
              <w:t xml:space="preserve">. </w:t>
            </w:r>
            <w:proofErr w:type="spellStart"/>
            <w:r w:rsidR="00A51BBD" w:rsidRPr="00A51BBD">
              <w:rPr>
                <w:rFonts w:cs="Times New Roman"/>
              </w:rPr>
              <w:t>Пружити</w:t>
            </w:r>
            <w:proofErr w:type="spellEnd"/>
            <w:r w:rsidR="00A51BBD" w:rsidRPr="00A51BBD">
              <w:rPr>
                <w:rFonts w:cs="Times New Roman"/>
              </w:rPr>
              <w:t xml:space="preserve"> </w:t>
            </w:r>
            <w:proofErr w:type="spellStart"/>
            <w:r w:rsidR="00A51BBD" w:rsidRPr="00A51BBD">
              <w:rPr>
                <w:rFonts w:cs="Times New Roman"/>
              </w:rPr>
              <w:t>доступне</w:t>
            </w:r>
            <w:proofErr w:type="spellEnd"/>
            <w:r w:rsidR="00A51BBD" w:rsidRPr="00A51BBD">
              <w:rPr>
                <w:rFonts w:cs="Times New Roman"/>
              </w:rPr>
              <w:t xml:space="preserve"> </w:t>
            </w:r>
            <w:proofErr w:type="spellStart"/>
            <w:r w:rsidR="00A51BBD" w:rsidRPr="00A51BBD">
              <w:rPr>
                <w:rFonts w:cs="Times New Roman"/>
              </w:rPr>
              <w:t>детаље</w:t>
            </w:r>
            <w:proofErr w:type="spellEnd"/>
            <w:r w:rsidR="00A51BBD" w:rsidRPr="00A51BBD">
              <w:rPr>
                <w:rFonts w:cs="Times New Roman"/>
              </w:rPr>
              <w:t xml:space="preserve"> о </w:t>
            </w:r>
            <w:proofErr w:type="spellStart"/>
            <w:r w:rsidR="00A51BBD" w:rsidRPr="00A51BBD">
              <w:rPr>
                <w:rFonts w:cs="Times New Roman"/>
              </w:rPr>
              <w:t>инциденту</w:t>
            </w:r>
            <w:proofErr w:type="spellEnd"/>
            <w:r w:rsidR="00A51BBD" w:rsidRPr="00A51BBD">
              <w:rPr>
                <w:rFonts w:cs="Times New Roman"/>
              </w:rPr>
              <w:t xml:space="preserve"> </w:t>
            </w:r>
            <w:proofErr w:type="spellStart"/>
            <w:r w:rsidR="00A51BBD" w:rsidRPr="00A51BBD">
              <w:rPr>
                <w:rFonts w:cs="Times New Roman"/>
              </w:rPr>
              <w:t>или</w:t>
            </w:r>
            <w:proofErr w:type="spellEnd"/>
            <w:r w:rsidR="00A51BBD" w:rsidRPr="00A51BBD">
              <w:rPr>
                <w:rFonts w:cs="Times New Roman"/>
              </w:rPr>
              <w:t xml:space="preserve"> </w:t>
            </w:r>
            <w:proofErr w:type="spellStart"/>
            <w:r w:rsidR="00A51BBD" w:rsidRPr="00A51BBD">
              <w:rPr>
                <w:rFonts w:cs="Times New Roman"/>
              </w:rPr>
              <w:t>удесу</w:t>
            </w:r>
            <w:proofErr w:type="spellEnd"/>
            <w:r w:rsidR="00A51BBD" w:rsidRPr="00A51BBD">
              <w:rPr>
                <w:rFonts w:cs="Times New Roman"/>
              </w:rPr>
              <w:t xml:space="preserve"> </w:t>
            </w:r>
            <w:proofErr w:type="spellStart"/>
            <w:r w:rsidR="00A51BBD" w:rsidRPr="00A51BBD">
              <w:rPr>
                <w:rFonts w:cs="Times New Roman"/>
              </w:rPr>
              <w:t>Банци</w:t>
            </w:r>
            <w:proofErr w:type="spellEnd"/>
            <w:r w:rsidR="00A51BBD" w:rsidRPr="00A51BBD">
              <w:rPr>
                <w:rFonts w:cs="Times New Roman"/>
              </w:rPr>
              <w:t xml:space="preserve"> </w:t>
            </w:r>
            <w:proofErr w:type="spellStart"/>
            <w:r w:rsidR="00A51BBD" w:rsidRPr="00A51BBD">
              <w:rPr>
                <w:rFonts w:cs="Times New Roman"/>
              </w:rPr>
              <w:t>на</w:t>
            </w:r>
            <w:proofErr w:type="spellEnd"/>
            <w:r w:rsidR="00A51BBD" w:rsidRPr="00A51BBD">
              <w:rPr>
                <w:rFonts w:cs="Times New Roman"/>
              </w:rPr>
              <w:t xml:space="preserve"> </w:t>
            </w:r>
            <w:proofErr w:type="spellStart"/>
            <w:r w:rsidR="00A51BBD" w:rsidRPr="00A51BBD">
              <w:rPr>
                <w:rFonts w:cs="Times New Roman"/>
              </w:rPr>
              <w:t>захтев</w:t>
            </w:r>
            <w:proofErr w:type="spellEnd"/>
            <w:r w:rsidR="0076289F" w:rsidRPr="00347368">
              <w:rPr>
                <w:rFonts w:cs="Times New Roman"/>
              </w:rPr>
              <w:t>.</w:t>
            </w:r>
          </w:p>
          <w:p w14:paraId="34F2D1FF" w14:textId="77777777" w:rsidR="0076289F" w:rsidRPr="00347368" w:rsidRDefault="0076289F" w:rsidP="00347368">
            <w:pPr>
              <w:jc w:val="left"/>
              <w:rPr>
                <w:rFonts w:cs="Times New Roman"/>
              </w:rPr>
            </w:pPr>
          </w:p>
          <w:p w14:paraId="5F6C5896" w14:textId="558F0963" w:rsidR="0076289F" w:rsidRPr="00347368" w:rsidRDefault="0098487D" w:rsidP="00745528">
            <w:pPr>
              <w:jc w:val="left"/>
              <w:rPr>
                <w:rFonts w:cs="Times New Roman"/>
              </w:rPr>
            </w:pPr>
            <w:proofErr w:type="spellStart"/>
            <w:r w:rsidRPr="0098487D">
              <w:rPr>
                <w:rFonts w:cs="Times New Roman"/>
              </w:rPr>
              <w:t>Организовати</w:t>
            </w:r>
            <w:proofErr w:type="spellEnd"/>
            <w:r w:rsidRPr="0098487D">
              <w:rPr>
                <w:rFonts w:cs="Times New Roman"/>
              </w:rPr>
              <w:t xml:space="preserve"> </w:t>
            </w:r>
            <w:proofErr w:type="spellStart"/>
            <w:r w:rsidRPr="0098487D">
              <w:rPr>
                <w:rFonts w:cs="Times New Roman"/>
              </w:rPr>
              <w:t>одговарајућу</w:t>
            </w:r>
            <w:proofErr w:type="spellEnd"/>
            <w:r w:rsidRPr="0098487D">
              <w:rPr>
                <w:rFonts w:cs="Times New Roman"/>
              </w:rPr>
              <w:t xml:space="preserve"> </w:t>
            </w:r>
            <w:proofErr w:type="spellStart"/>
            <w:r w:rsidRPr="0098487D">
              <w:rPr>
                <w:rFonts w:cs="Times New Roman"/>
              </w:rPr>
              <w:t>ревизију</w:t>
            </w:r>
            <w:proofErr w:type="spellEnd"/>
            <w:r w:rsidRPr="0098487D">
              <w:rPr>
                <w:rFonts w:cs="Times New Roman"/>
              </w:rPr>
              <w:t xml:space="preserve"> </w:t>
            </w:r>
            <w:proofErr w:type="spellStart"/>
            <w:r w:rsidRPr="0098487D">
              <w:rPr>
                <w:rFonts w:cs="Times New Roman"/>
              </w:rPr>
              <w:t>инцидента</w:t>
            </w:r>
            <w:proofErr w:type="spellEnd"/>
            <w:r w:rsidRPr="0098487D">
              <w:rPr>
                <w:rFonts w:cs="Times New Roman"/>
              </w:rPr>
              <w:t xml:space="preserve"> </w:t>
            </w:r>
            <w:proofErr w:type="spellStart"/>
            <w:r w:rsidRPr="0098487D">
              <w:rPr>
                <w:rFonts w:cs="Times New Roman"/>
              </w:rPr>
              <w:t>или</w:t>
            </w:r>
            <w:proofErr w:type="spellEnd"/>
            <w:r w:rsidRPr="0098487D">
              <w:rPr>
                <w:rFonts w:cs="Times New Roman"/>
              </w:rPr>
              <w:t xml:space="preserve"> </w:t>
            </w:r>
            <w:r>
              <w:rPr>
                <w:rFonts w:cs="Times New Roman"/>
                <w:lang w:val="sr-Cyrl-RS"/>
              </w:rPr>
              <w:t>незгоде</w:t>
            </w:r>
            <w:r w:rsidRPr="0098487D">
              <w:rPr>
                <w:rFonts w:cs="Times New Roman"/>
              </w:rPr>
              <w:t xml:space="preserve"> </w:t>
            </w:r>
            <w:proofErr w:type="spellStart"/>
            <w:r w:rsidRPr="0098487D">
              <w:rPr>
                <w:rFonts w:cs="Times New Roman"/>
              </w:rPr>
              <w:t>како</w:t>
            </w:r>
            <w:proofErr w:type="spellEnd"/>
            <w:r w:rsidRPr="0098487D">
              <w:rPr>
                <w:rFonts w:cs="Times New Roman"/>
              </w:rPr>
              <w:t xml:space="preserve"> </w:t>
            </w:r>
            <w:proofErr w:type="spellStart"/>
            <w:r w:rsidRPr="0098487D">
              <w:rPr>
                <w:rFonts w:cs="Times New Roman"/>
              </w:rPr>
              <w:t>би</w:t>
            </w:r>
            <w:proofErr w:type="spellEnd"/>
            <w:r w:rsidRPr="0098487D">
              <w:rPr>
                <w:rFonts w:cs="Times New Roman"/>
              </w:rPr>
              <w:t xml:space="preserve"> </w:t>
            </w:r>
            <w:proofErr w:type="spellStart"/>
            <w:r w:rsidRPr="0098487D">
              <w:rPr>
                <w:rFonts w:cs="Times New Roman"/>
              </w:rPr>
              <w:t>се</w:t>
            </w:r>
            <w:proofErr w:type="spellEnd"/>
            <w:r w:rsidRPr="0098487D">
              <w:rPr>
                <w:rFonts w:cs="Times New Roman"/>
              </w:rPr>
              <w:t xml:space="preserve"> </w:t>
            </w:r>
            <w:proofErr w:type="spellStart"/>
            <w:r w:rsidRPr="0098487D">
              <w:rPr>
                <w:rFonts w:cs="Times New Roman"/>
              </w:rPr>
              <w:t>утврдили</w:t>
            </w:r>
            <w:proofErr w:type="spellEnd"/>
            <w:r w:rsidRPr="0098487D">
              <w:rPr>
                <w:rFonts w:cs="Times New Roman"/>
              </w:rPr>
              <w:t xml:space="preserve"> </w:t>
            </w:r>
            <w:proofErr w:type="spellStart"/>
            <w:r w:rsidRPr="0098487D">
              <w:rPr>
                <w:rFonts w:cs="Times New Roman"/>
              </w:rPr>
              <w:t>ње</w:t>
            </w:r>
            <w:proofErr w:type="spellEnd"/>
            <w:r w:rsidR="007F4241">
              <w:rPr>
                <w:rFonts w:cs="Times New Roman"/>
                <w:lang w:val="sr-Cyrl-RS"/>
              </w:rPr>
              <w:t>н</w:t>
            </w:r>
            <w:r w:rsidRPr="0098487D">
              <w:rPr>
                <w:rFonts w:cs="Times New Roman"/>
              </w:rPr>
              <w:t xml:space="preserve">и </w:t>
            </w:r>
            <w:proofErr w:type="spellStart"/>
            <w:r w:rsidRPr="0098487D">
              <w:rPr>
                <w:rFonts w:cs="Times New Roman"/>
              </w:rPr>
              <w:t>непосредни</w:t>
            </w:r>
            <w:proofErr w:type="spellEnd"/>
            <w:r w:rsidR="007F4241">
              <w:rPr>
                <w:rFonts w:cs="Times New Roman"/>
                <w:lang w:val="sr-Cyrl-RS"/>
              </w:rPr>
              <w:t xml:space="preserve"> и </w:t>
            </w:r>
            <w:proofErr w:type="spellStart"/>
            <w:r w:rsidRPr="0098487D">
              <w:rPr>
                <w:rFonts w:cs="Times New Roman"/>
              </w:rPr>
              <w:t>основни</w:t>
            </w:r>
            <w:proofErr w:type="spellEnd"/>
            <w:r w:rsidRPr="0098487D">
              <w:rPr>
                <w:rFonts w:cs="Times New Roman"/>
              </w:rPr>
              <w:t xml:space="preserve"> </w:t>
            </w:r>
            <w:proofErr w:type="spellStart"/>
            <w:r w:rsidRPr="0098487D">
              <w:rPr>
                <w:rFonts w:cs="Times New Roman"/>
              </w:rPr>
              <w:t>узроци</w:t>
            </w:r>
            <w:proofErr w:type="spellEnd"/>
            <w:r w:rsidRPr="0098487D">
              <w:rPr>
                <w:rFonts w:cs="Times New Roman"/>
              </w:rPr>
              <w:t xml:space="preserve">. </w:t>
            </w:r>
            <w:proofErr w:type="spellStart"/>
            <w:r w:rsidRPr="0098487D">
              <w:rPr>
                <w:rFonts w:cs="Times New Roman"/>
              </w:rPr>
              <w:t>Припремити</w:t>
            </w:r>
            <w:proofErr w:type="spellEnd"/>
            <w:r w:rsidRPr="0098487D">
              <w:rPr>
                <w:rFonts w:cs="Times New Roman"/>
              </w:rPr>
              <w:t xml:space="preserve">, </w:t>
            </w:r>
            <w:proofErr w:type="spellStart"/>
            <w:r w:rsidRPr="0098487D">
              <w:rPr>
                <w:rFonts w:cs="Times New Roman"/>
              </w:rPr>
              <w:t>усагласити</w:t>
            </w:r>
            <w:proofErr w:type="spellEnd"/>
            <w:r w:rsidRPr="0098487D">
              <w:rPr>
                <w:rFonts w:cs="Times New Roman"/>
              </w:rPr>
              <w:t xml:space="preserve"> </w:t>
            </w:r>
            <w:proofErr w:type="spellStart"/>
            <w:r w:rsidRPr="0098487D">
              <w:rPr>
                <w:rFonts w:cs="Times New Roman"/>
              </w:rPr>
              <w:t>са</w:t>
            </w:r>
            <w:proofErr w:type="spellEnd"/>
            <w:r w:rsidRPr="0098487D">
              <w:rPr>
                <w:rFonts w:cs="Times New Roman"/>
              </w:rPr>
              <w:t xml:space="preserve"> </w:t>
            </w:r>
            <w:proofErr w:type="spellStart"/>
            <w:r w:rsidRPr="0098487D">
              <w:rPr>
                <w:rFonts w:cs="Times New Roman"/>
              </w:rPr>
              <w:t>Банком</w:t>
            </w:r>
            <w:proofErr w:type="spellEnd"/>
            <w:r w:rsidRPr="0098487D">
              <w:rPr>
                <w:rFonts w:cs="Times New Roman"/>
              </w:rPr>
              <w:t xml:space="preserve"> и </w:t>
            </w:r>
            <w:proofErr w:type="spellStart"/>
            <w:r w:rsidRPr="0098487D">
              <w:rPr>
                <w:rFonts w:cs="Times New Roman"/>
              </w:rPr>
              <w:t>спровести</w:t>
            </w:r>
            <w:proofErr w:type="spellEnd"/>
            <w:r w:rsidRPr="0098487D">
              <w:rPr>
                <w:rFonts w:cs="Times New Roman"/>
              </w:rPr>
              <w:t xml:space="preserve"> </w:t>
            </w:r>
            <w:proofErr w:type="spellStart"/>
            <w:r w:rsidRPr="0098487D">
              <w:rPr>
                <w:rFonts w:cs="Times New Roman"/>
              </w:rPr>
              <w:t>План</w:t>
            </w:r>
            <w:proofErr w:type="spellEnd"/>
            <w:r w:rsidRPr="0098487D">
              <w:rPr>
                <w:rFonts w:cs="Times New Roman"/>
              </w:rPr>
              <w:t xml:space="preserve"> </w:t>
            </w:r>
            <w:proofErr w:type="spellStart"/>
            <w:r w:rsidRPr="0098487D">
              <w:rPr>
                <w:rFonts w:cs="Times New Roman"/>
              </w:rPr>
              <w:t>корективних</w:t>
            </w:r>
            <w:proofErr w:type="spellEnd"/>
            <w:r w:rsidRPr="0098487D">
              <w:rPr>
                <w:rFonts w:cs="Times New Roman"/>
              </w:rPr>
              <w:t xml:space="preserve"> </w:t>
            </w:r>
            <w:proofErr w:type="spellStart"/>
            <w:r w:rsidRPr="0098487D">
              <w:rPr>
                <w:rFonts w:cs="Times New Roman"/>
              </w:rPr>
              <w:t>мера</w:t>
            </w:r>
            <w:proofErr w:type="spellEnd"/>
            <w:r w:rsidRPr="0098487D">
              <w:rPr>
                <w:rFonts w:cs="Times New Roman"/>
              </w:rPr>
              <w:t xml:space="preserve"> </w:t>
            </w:r>
            <w:proofErr w:type="spellStart"/>
            <w:r w:rsidRPr="0098487D">
              <w:rPr>
                <w:rFonts w:cs="Times New Roman"/>
              </w:rPr>
              <w:t>који</w:t>
            </w:r>
            <w:proofErr w:type="spellEnd"/>
            <w:r w:rsidRPr="0098487D">
              <w:rPr>
                <w:rFonts w:cs="Times New Roman"/>
              </w:rPr>
              <w:t xml:space="preserve"> </w:t>
            </w:r>
            <w:proofErr w:type="spellStart"/>
            <w:r w:rsidRPr="0098487D">
              <w:rPr>
                <w:rFonts w:cs="Times New Roman"/>
              </w:rPr>
              <w:t>утврђује</w:t>
            </w:r>
            <w:proofErr w:type="spellEnd"/>
            <w:r w:rsidRPr="0098487D">
              <w:rPr>
                <w:rFonts w:cs="Times New Roman"/>
              </w:rPr>
              <w:t xml:space="preserve"> </w:t>
            </w:r>
            <w:proofErr w:type="spellStart"/>
            <w:r w:rsidRPr="0098487D">
              <w:rPr>
                <w:rFonts w:cs="Times New Roman"/>
              </w:rPr>
              <w:t>мере</w:t>
            </w:r>
            <w:proofErr w:type="spellEnd"/>
            <w:r w:rsidRPr="0098487D">
              <w:rPr>
                <w:rFonts w:cs="Times New Roman"/>
              </w:rPr>
              <w:t xml:space="preserve"> и </w:t>
            </w:r>
            <w:proofErr w:type="spellStart"/>
            <w:r w:rsidRPr="0098487D">
              <w:rPr>
                <w:rFonts w:cs="Times New Roman"/>
              </w:rPr>
              <w:t>радње</w:t>
            </w:r>
            <w:proofErr w:type="spellEnd"/>
            <w:r w:rsidRPr="0098487D">
              <w:rPr>
                <w:rFonts w:cs="Times New Roman"/>
              </w:rPr>
              <w:t xml:space="preserve"> </w:t>
            </w:r>
            <w:proofErr w:type="spellStart"/>
            <w:r w:rsidRPr="0098487D">
              <w:rPr>
                <w:rFonts w:cs="Times New Roman"/>
              </w:rPr>
              <w:t>које</w:t>
            </w:r>
            <w:proofErr w:type="spellEnd"/>
            <w:r w:rsidRPr="0098487D">
              <w:rPr>
                <w:rFonts w:cs="Times New Roman"/>
              </w:rPr>
              <w:t xml:space="preserve"> </w:t>
            </w:r>
            <w:proofErr w:type="spellStart"/>
            <w:r w:rsidRPr="0098487D">
              <w:rPr>
                <w:rFonts w:cs="Times New Roman"/>
              </w:rPr>
              <w:t>треба</w:t>
            </w:r>
            <w:proofErr w:type="spellEnd"/>
            <w:r w:rsidRPr="0098487D">
              <w:rPr>
                <w:rFonts w:cs="Times New Roman"/>
              </w:rPr>
              <w:t xml:space="preserve"> </w:t>
            </w:r>
            <w:proofErr w:type="spellStart"/>
            <w:r w:rsidRPr="0098487D">
              <w:rPr>
                <w:rFonts w:cs="Times New Roman"/>
              </w:rPr>
              <w:t>предузети</w:t>
            </w:r>
            <w:proofErr w:type="spellEnd"/>
            <w:r w:rsidRPr="0098487D">
              <w:rPr>
                <w:rFonts w:cs="Times New Roman"/>
              </w:rPr>
              <w:t xml:space="preserve"> </w:t>
            </w:r>
            <w:proofErr w:type="spellStart"/>
            <w:r w:rsidRPr="0098487D">
              <w:rPr>
                <w:rFonts w:cs="Times New Roman"/>
              </w:rPr>
              <w:t>да</w:t>
            </w:r>
            <w:proofErr w:type="spellEnd"/>
            <w:r w:rsidRPr="0098487D">
              <w:rPr>
                <w:rFonts w:cs="Times New Roman"/>
              </w:rPr>
              <w:t xml:space="preserve"> </w:t>
            </w:r>
            <w:proofErr w:type="spellStart"/>
            <w:r w:rsidRPr="0098487D">
              <w:rPr>
                <w:rFonts w:cs="Times New Roman"/>
              </w:rPr>
              <w:t>би</w:t>
            </w:r>
            <w:proofErr w:type="spellEnd"/>
            <w:r w:rsidRPr="0098487D">
              <w:rPr>
                <w:rFonts w:cs="Times New Roman"/>
              </w:rPr>
              <w:t xml:space="preserve"> </w:t>
            </w:r>
            <w:proofErr w:type="spellStart"/>
            <w:r w:rsidRPr="0098487D">
              <w:rPr>
                <w:rFonts w:cs="Times New Roman"/>
              </w:rPr>
              <w:t>се</w:t>
            </w:r>
            <w:proofErr w:type="spellEnd"/>
            <w:r w:rsidRPr="0098487D">
              <w:rPr>
                <w:rFonts w:cs="Times New Roman"/>
              </w:rPr>
              <w:t xml:space="preserve"> </w:t>
            </w:r>
            <w:proofErr w:type="spellStart"/>
            <w:r w:rsidRPr="0098487D">
              <w:rPr>
                <w:rFonts w:cs="Times New Roman"/>
              </w:rPr>
              <w:t>решио</w:t>
            </w:r>
            <w:proofErr w:type="spellEnd"/>
            <w:r w:rsidRPr="0098487D">
              <w:rPr>
                <w:rFonts w:cs="Times New Roman"/>
              </w:rPr>
              <w:t xml:space="preserve"> </w:t>
            </w:r>
            <w:proofErr w:type="spellStart"/>
            <w:r w:rsidRPr="0098487D">
              <w:rPr>
                <w:rFonts w:cs="Times New Roman"/>
              </w:rPr>
              <w:t>инцидент</w:t>
            </w:r>
            <w:proofErr w:type="spellEnd"/>
            <w:r w:rsidRPr="0098487D">
              <w:rPr>
                <w:rFonts w:cs="Times New Roman"/>
              </w:rPr>
              <w:t xml:space="preserve"> </w:t>
            </w:r>
            <w:proofErr w:type="spellStart"/>
            <w:r w:rsidRPr="0098487D">
              <w:rPr>
                <w:rFonts w:cs="Times New Roman"/>
              </w:rPr>
              <w:t>или</w:t>
            </w:r>
            <w:proofErr w:type="spellEnd"/>
            <w:r w:rsidRPr="0098487D">
              <w:rPr>
                <w:rFonts w:cs="Times New Roman"/>
              </w:rPr>
              <w:t xml:space="preserve"> </w:t>
            </w:r>
            <w:proofErr w:type="spellStart"/>
            <w:r w:rsidRPr="0098487D">
              <w:rPr>
                <w:rFonts w:cs="Times New Roman"/>
              </w:rPr>
              <w:t>удес</w:t>
            </w:r>
            <w:proofErr w:type="spellEnd"/>
            <w:r w:rsidRPr="0098487D">
              <w:rPr>
                <w:rFonts w:cs="Times New Roman"/>
              </w:rPr>
              <w:t xml:space="preserve"> и </w:t>
            </w:r>
            <w:proofErr w:type="spellStart"/>
            <w:r w:rsidRPr="0098487D">
              <w:rPr>
                <w:rFonts w:cs="Times New Roman"/>
              </w:rPr>
              <w:t>спречило</w:t>
            </w:r>
            <w:proofErr w:type="spellEnd"/>
            <w:r w:rsidRPr="0098487D">
              <w:rPr>
                <w:rFonts w:cs="Times New Roman"/>
              </w:rPr>
              <w:t xml:space="preserve"> </w:t>
            </w:r>
            <w:proofErr w:type="spellStart"/>
            <w:r w:rsidRPr="0098487D">
              <w:rPr>
                <w:rFonts w:cs="Times New Roman"/>
              </w:rPr>
              <w:t>његово</w:t>
            </w:r>
            <w:proofErr w:type="spellEnd"/>
            <w:r w:rsidRPr="0098487D">
              <w:rPr>
                <w:rFonts w:cs="Times New Roman"/>
              </w:rPr>
              <w:t xml:space="preserve"> </w:t>
            </w:r>
            <w:proofErr w:type="spellStart"/>
            <w:r w:rsidRPr="0098487D">
              <w:rPr>
                <w:rFonts w:cs="Times New Roman"/>
              </w:rPr>
              <w:t>понављање</w:t>
            </w:r>
            <w:proofErr w:type="spellEnd"/>
            <w:r w:rsidR="0076289F" w:rsidRPr="00347368">
              <w:rPr>
                <w:rFonts w:cs="Times New Roman"/>
              </w:rPr>
              <w:t>.</w:t>
            </w:r>
          </w:p>
        </w:tc>
        <w:tc>
          <w:tcPr>
            <w:tcW w:w="1204" w:type="pct"/>
          </w:tcPr>
          <w:p w14:paraId="3AB79646" w14:textId="77777777" w:rsidR="00EB5D19" w:rsidRPr="00347368" w:rsidRDefault="00EB5D19" w:rsidP="00347368">
            <w:pPr>
              <w:jc w:val="left"/>
              <w:rPr>
                <w:rFonts w:eastAsia="Times New Roman"/>
              </w:rPr>
            </w:pPr>
          </w:p>
          <w:p w14:paraId="04BA73E7" w14:textId="6D8966E5" w:rsidR="0076289F" w:rsidRPr="00347368" w:rsidRDefault="004F4A0D" w:rsidP="00347368">
            <w:pPr>
              <w:jc w:val="left"/>
              <w:rPr>
                <w:rFonts w:cs="Times New Roman"/>
              </w:rPr>
            </w:pPr>
            <w:proofErr w:type="spellStart"/>
            <w:r w:rsidRPr="004F4A0D">
              <w:rPr>
                <w:rFonts w:eastAsia="Times New Roman"/>
              </w:rPr>
              <w:t>Обавестити</w:t>
            </w:r>
            <w:proofErr w:type="spellEnd"/>
            <w:r w:rsidRPr="004F4A0D">
              <w:rPr>
                <w:rFonts w:eastAsia="Times New Roman"/>
              </w:rPr>
              <w:t xml:space="preserve"> </w:t>
            </w:r>
            <w:proofErr w:type="spellStart"/>
            <w:r w:rsidRPr="004F4A0D">
              <w:rPr>
                <w:rFonts w:eastAsia="Times New Roman"/>
              </w:rPr>
              <w:t>Банку</w:t>
            </w:r>
            <w:proofErr w:type="spellEnd"/>
            <w:r w:rsidRPr="004F4A0D">
              <w:rPr>
                <w:rFonts w:eastAsia="Times New Roman"/>
              </w:rPr>
              <w:t xml:space="preserve"> </w:t>
            </w:r>
            <w:proofErr w:type="spellStart"/>
            <w:r w:rsidRPr="004F4A0D">
              <w:rPr>
                <w:rFonts w:eastAsia="Times New Roman"/>
              </w:rPr>
              <w:t>најкасније</w:t>
            </w:r>
            <w:proofErr w:type="spellEnd"/>
            <w:r w:rsidRPr="004F4A0D">
              <w:rPr>
                <w:rFonts w:eastAsia="Times New Roman"/>
              </w:rPr>
              <w:t xml:space="preserve"> у </w:t>
            </w:r>
            <w:proofErr w:type="spellStart"/>
            <w:r w:rsidRPr="004F4A0D">
              <w:rPr>
                <w:rFonts w:eastAsia="Times New Roman"/>
              </w:rPr>
              <w:t>року</w:t>
            </w:r>
            <w:proofErr w:type="spellEnd"/>
            <w:r w:rsidRPr="004F4A0D">
              <w:rPr>
                <w:rFonts w:eastAsia="Times New Roman"/>
              </w:rPr>
              <w:t xml:space="preserve"> </w:t>
            </w:r>
            <w:proofErr w:type="spellStart"/>
            <w:r w:rsidRPr="004F4A0D">
              <w:rPr>
                <w:rFonts w:eastAsia="Times New Roman"/>
              </w:rPr>
              <w:t>од</w:t>
            </w:r>
            <w:proofErr w:type="spellEnd"/>
            <w:r w:rsidRPr="004F4A0D">
              <w:rPr>
                <w:rFonts w:eastAsia="Times New Roman"/>
              </w:rPr>
              <w:t xml:space="preserve"> 48 </w:t>
            </w:r>
            <w:proofErr w:type="spellStart"/>
            <w:r w:rsidRPr="004F4A0D">
              <w:rPr>
                <w:rFonts w:eastAsia="Times New Roman"/>
              </w:rPr>
              <w:t>сати</w:t>
            </w:r>
            <w:proofErr w:type="spellEnd"/>
            <w:r w:rsidRPr="004F4A0D">
              <w:rPr>
                <w:rFonts w:eastAsia="Times New Roman"/>
              </w:rPr>
              <w:t xml:space="preserve"> </w:t>
            </w:r>
            <w:proofErr w:type="spellStart"/>
            <w:r w:rsidRPr="004F4A0D">
              <w:rPr>
                <w:rFonts w:eastAsia="Times New Roman"/>
              </w:rPr>
              <w:t>након</w:t>
            </w:r>
            <w:proofErr w:type="spellEnd"/>
            <w:r w:rsidRPr="004F4A0D">
              <w:rPr>
                <w:rFonts w:eastAsia="Times New Roman"/>
              </w:rPr>
              <w:t xml:space="preserve"> </w:t>
            </w:r>
            <w:proofErr w:type="spellStart"/>
            <w:r w:rsidRPr="004F4A0D">
              <w:rPr>
                <w:rFonts w:eastAsia="Times New Roman"/>
              </w:rPr>
              <w:t>сазнања</w:t>
            </w:r>
            <w:proofErr w:type="spellEnd"/>
            <w:r w:rsidRPr="004F4A0D">
              <w:rPr>
                <w:rFonts w:eastAsia="Times New Roman"/>
              </w:rPr>
              <w:t xml:space="preserve"> </w:t>
            </w:r>
            <w:proofErr w:type="spellStart"/>
            <w:r w:rsidRPr="004F4A0D">
              <w:rPr>
                <w:rFonts w:eastAsia="Times New Roman"/>
              </w:rPr>
              <w:t>за</w:t>
            </w:r>
            <w:proofErr w:type="spellEnd"/>
            <w:r w:rsidRPr="004F4A0D">
              <w:rPr>
                <w:rFonts w:eastAsia="Times New Roman"/>
              </w:rPr>
              <w:t xml:space="preserve"> </w:t>
            </w:r>
            <w:proofErr w:type="spellStart"/>
            <w:r w:rsidRPr="004F4A0D">
              <w:rPr>
                <w:rFonts w:eastAsia="Times New Roman"/>
              </w:rPr>
              <w:t>инцидент</w:t>
            </w:r>
            <w:proofErr w:type="spellEnd"/>
            <w:r w:rsidRPr="004F4A0D">
              <w:rPr>
                <w:rFonts w:eastAsia="Times New Roman"/>
              </w:rPr>
              <w:t xml:space="preserve"> </w:t>
            </w:r>
            <w:proofErr w:type="spellStart"/>
            <w:r w:rsidRPr="004F4A0D">
              <w:rPr>
                <w:rFonts w:eastAsia="Times New Roman"/>
              </w:rPr>
              <w:t>или</w:t>
            </w:r>
            <w:proofErr w:type="spellEnd"/>
            <w:r w:rsidRPr="004F4A0D">
              <w:rPr>
                <w:rFonts w:eastAsia="Times New Roman"/>
              </w:rPr>
              <w:t xml:space="preserve"> </w:t>
            </w:r>
            <w:r>
              <w:rPr>
                <w:rFonts w:eastAsia="Times New Roman"/>
                <w:lang w:val="sr-Cyrl-RS"/>
              </w:rPr>
              <w:t>незгоду</w:t>
            </w:r>
            <w:r w:rsidR="009641EF" w:rsidRPr="00347368">
              <w:rPr>
                <w:rFonts w:eastAsia="Times New Roman"/>
              </w:rPr>
              <w:t>.</w:t>
            </w:r>
            <w:r w:rsidR="0076289F" w:rsidRPr="00347368">
              <w:rPr>
                <w:rFonts w:cs="Times New Roman"/>
              </w:rPr>
              <w:t xml:space="preserve"> </w:t>
            </w:r>
            <w:proofErr w:type="spellStart"/>
            <w:r w:rsidRPr="004F4A0D">
              <w:rPr>
                <w:rFonts w:cs="Times New Roman"/>
              </w:rPr>
              <w:t>Пружити</w:t>
            </w:r>
            <w:proofErr w:type="spellEnd"/>
            <w:r w:rsidRPr="004F4A0D">
              <w:rPr>
                <w:rFonts w:cs="Times New Roman"/>
              </w:rPr>
              <w:t xml:space="preserve"> </w:t>
            </w:r>
            <w:proofErr w:type="spellStart"/>
            <w:r w:rsidRPr="004F4A0D">
              <w:rPr>
                <w:rFonts w:cs="Times New Roman"/>
              </w:rPr>
              <w:t>доступне</w:t>
            </w:r>
            <w:proofErr w:type="spellEnd"/>
            <w:r w:rsidRPr="004F4A0D">
              <w:rPr>
                <w:rFonts w:cs="Times New Roman"/>
              </w:rPr>
              <w:t xml:space="preserve"> </w:t>
            </w:r>
            <w:proofErr w:type="spellStart"/>
            <w:r w:rsidRPr="004F4A0D">
              <w:rPr>
                <w:rFonts w:cs="Times New Roman"/>
              </w:rPr>
              <w:t>детаље</w:t>
            </w:r>
            <w:proofErr w:type="spellEnd"/>
            <w:r w:rsidRPr="004F4A0D">
              <w:rPr>
                <w:rFonts w:cs="Times New Roman"/>
              </w:rPr>
              <w:t xml:space="preserve"> </w:t>
            </w:r>
            <w:proofErr w:type="spellStart"/>
            <w:r w:rsidRPr="004F4A0D">
              <w:rPr>
                <w:rFonts w:cs="Times New Roman"/>
              </w:rPr>
              <w:t>на</w:t>
            </w:r>
            <w:proofErr w:type="spellEnd"/>
            <w:r w:rsidRPr="004F4A0D">
              <w:rPr>
                <w:rFonts w:cs="Times New Roman"/>
              </w:rPr>
              <w:t xml:space="preserve"> </w:t>
            </w:r>
            <w:proofErr w:type="spellStart"/>
            <w:r w:rsidRPr="004F4A0D">
              <w:rPr>
                <w:rFonts w:cs="Times New Roman"/>
              </w:rPr>
              <w:t>захтев</w:t>
            </w:r>
            <w:proofErr w:type="spellEnd"/>
            <w:r w:rsidR="0076289F" w:rsidRPr="00347368">
              <w:rPr>
                <w:rFonts w:cs="Times New Roman"/>
              </w:rPr>
              <w:t xml:space="preserve">. </w:t>
            </w:r>
          </w:p>
          <w:p w14:paraId="7FFD22A8" w14:textId="77777777" w:rsidR="0076289F" w:rsidRPr="00347368" w:rsidRDefault="0076289F" w:rsidP="00347368">
            <w:pPr>
              <w:jc w:val="left"/>
              <w:rPr>
                <w:rFonts w:cs="Times New Roman"/>
              </w:rPr>
            </w:pPr>
          </w:p>
          <w:p w14:paraId="1A1C6F86" w14:textId="77777777" w:rsidR="0076289F" w:rsidRPr="00347368" w:rsidRDefault="0076289F" w:rsidP="00347368">
            <w:pPr>
              <w:jc w:val="left"/>
              <w:rPr>
                <w:rFonts w:cs="Times New Roman"/>
              </w:rPr>
            </w:pPr>
          </w:p>
          <w:p w14:paraId="351BAFB0" w14:textId="77777777" w:rsidR="0076289F" w:rsidRPr="00347368" w:rsidRDefault="0076289F" w:rsidP="00347368">
            <w:pPr>
              <w:jc w:val="left"/>
              <w:rPr>
                <w:rFonts w:cs="Times New Roman"/>
              </w:rPr>
            </w:pPr>
          </w:p>
          <w:p w14:paraId="5056BBE7" w14:textId="77777777" w:rsidR="00EB5D19" w:rsidRPr="00347368" w:rsidRDefault="00EB5D19" w:rsidP="00347368">
            <w:pPr>
              <w:jc w:val="left"/>
              <w:rPr>
                <w:rFonts w:cs="Times New Roman"/>
              </w:rPr>
            </w:pPr>
          </w:p>
          <w:p w14:paraId="5A8F6CD9" w14:textId="7DDADFDE" w:rsidR="00530CC6" w:rsidRPr="00347368" w:rsidRDefault="00A030CA" w:rsidP="00347368">
            <w:pPr>
              <w:jc w:val="left"/>
              <w:rPr>
                <w:rFonts w:cs="Times New Roman"/>
              </w:rPr>
            </w:pPr>
            <w:proofErr w:type="spellStart"/>
            <w:r w:rsidRPr="00A030CA">
              <w:rPr>
                <w:rFonts w:cs="Times New Roman"/>
              </w:rPr>
              <w:t>Доставити</w:t>
            </w:r>
            <w:proofErr w:type="spellEnd"/>
            <w:r w:rsidRPr="00A030CA">
              <w:rPr>
                <w:rFonts w:cs="Times New Roman"/>
              </w:rPr>
              <w:t xml:space="preserve"> </w:t>
            </w:r>
            <w:proofErr w:type="spellStart"/>
            <w:r w:rsidRPr="00A030CA">
              <w:rPr>
                <w:rFonts w:cs="Times New Roman"/>
              </w:rPr>
              <w:t>извештај</w:t>
            </w:r>
            <w:proofErr w:type="spellEnd"/>
            <w:r w:rsidRPr="00A030CA">
              <w:rPr>
                <w:rFonts w:cs="Times New Roman"/>
              </w:rPr>
              <w:t xml:space="preserve"> о </w:t>
            </w:r>
            <w:proofErr w:type="spellStart"/>
            <w:r w:rsidRPr="00A030CA">
              <w:rPr>
                <w:rFonts w:cs="Times New Roman"/>
              </w:rPr>
              <w:t>ревизији</w:t>
            </w:r>
            <w:proofErr w:type="spellEnd"/>
            <w:r w:rsidRPr="00A030CA">
              <w:rPr>
                <w:rFonts w:cs="Times New Roman"/>
              </w:rPr>
              <w:t xml:space="preserve"> и </w:t>
            </w:r>
            <w:proofErr w:type="spellStart"/>
            <w:r w:rsidRPr="00A030CA">
              <w:rPr>
                <w:rFonts w:cs="Times New Roman"/>
              </w:rPr>
              <w:t>План</w:t>
            </w:r>
            <w:proofErr w:type="spellEnd"/>
            <w:r w:rsidRPr="00A030CA">
              <w:rPr>
                <w:rFonts w:cs="Times New Roman"/>
              </w:rPr>
              <w:t xml:space="preserve"> </w:t>
            </w:r>
            <w:proofErr w:type="spellStart"/>
            <w:r w:rsidRPr="00A030CA">
              <w:rPr>
                <w:rFonts w:cs="Times New Roman"/>
              </w:rPr>
              <w:t>корективних</w:t>
            </w:r>
            <w:proofErr w:type="spellEnd"/>
            <w:r w:rsidRPr="00A030CA">
              <w:rPr>
                <w:rFonts w:cs="Times New Roman"/>
              </w:rPr>
              <w:t xml:space="preserve"> </w:t>
            </w:r>
            <w:proofErr w:type="spellStart"/>
            <w:r w:rsidRPr="00A030CA">
              <w:rPr>
                <w:rFonts w:cs="Times New Roman"/>
              </w:rPr>
              <w:t>мера</w:t>
            </w:r>
            <w:proofErr w:type="spellEnd"/>
            <w:r w:rsidRPr="00A030CA">
              <w:rPr>
                <w:rFonts w:cs="Times New Roman"/>
              </w:rPr>
              <w:t xml:space="preserve"> </w:t>
            </w:r>
            <w:proofErr w:type="spellStart"/>
            <w:r w:rsidRPr="00A030CA">
              <w:rPr>
                <w:rFonts w:cs="Times New Roman"/>
              </w:rPr>
              <w:t>Банци</w:t>
            </w:r>
            <w:proofErr w:type="spellEnd"/>
            <w:r w:rsidRPr="00A030CA">
              <w:rPr>
                <w:rFonts w:cs="Times New Roman"/>
              </w:rPr>
              <w:t xml:space="preserve"> </w:t>
            </w:r>
            <w:proofErr w:type="spellStart"/>
            <w:r w:rsidRPr="00A030CA">
              <w:rPr>
                <w:rFonts w:cs="Times New Roman"/>
              </w:rPr>
              <w:t>најкасније</w:t>
            </w:r>
            <w:proofErr w:type="spellEnd"/>
            <w:r w:rsidRPr="00A030CA">
              <w:rPr>
                <w:rFonts w:cs="Times New Roman"/>
              </w:rPr>
              <w:t xml:space="preserve"> у </w:t>
            </w:r>
            <w:proofErr w:type="spellStart"/>
            <w:r w:rsidRPr="00A030CA">
              <w:rPr>
                <w:rFonts w:cs="Times New Roman"/>
              </w:rPr>
              <w:t>року</w:t>
            </w:r>
            <w:proofErr w:type="spellEnd"/>
            <w:r w:rsidRPr="00A030CA">
              <w:rPr>
                <w:rFonts w:cs="Times New Roman"/>
              </w:rPr>
              <w:t xml:space="preserve"> </w:t>
            </w:r>
            <w:proofErr w:type="spellStart"/>
            <w:r w:rsidRPr="00A030CA">
              <w:rPr>
                <w:rFonts w:cs="Times New Roman"/>
              </w:rPr>
              <w:t>од</w:t>
            </w:r>
            <w:proofErr w:type="spellEnd"/>
            <w:r w:rsidRPr="00A030CA">
              <w:rPr>
                <w:rFonts w:cs="Times New Roman"/>
              </w:rPr>
              <w:t xml:space="preserve"> 10 </w:t>
            </w:r>
            <w:proofErr w:type="spellStart"/>
            <w:r w:rsidRPr="00A030CA">
              <w:rPr>
                <w:rFonts w:cs="Times New Roman"/>
              </w:rPr>
              <w:t>дана</w:t>
            </w:r>
            <w:proofErr w:type="spellEnd"/>
            <w:r w:rsidRPr="00A030CA">
              <w:rPr>
                <w:rFonts w:cs="Times New Roman"/>
              </w:rPr>
              <w:t xml:space="preserve"> </w:t>
            </w:r>
            <w:proofErr w:type="spellStart"/>
            <w:r w:rsidRPr="00A030CA">
              <w:rPr>
                <w:rFonts w:cs="Times New Roman"/>
              </w:rPr>
              <w:t>након</w:t>
            </w:r>
            <w:proofErr w:type="spellEnd"/>
            <w:r w:rsidRPr="00A030CA">
              <w:rPr>
                <w:rFonts w:cs="Times New Roman"/>
              </w:rPr>
              <w:t xml:space="preserve"> </w:t>
            </w:r>
            <w:proofErr w:type="spellStart"/>
            <w:r w:rsidRPr="00A030CA">
              <w:rPr>
                <w:rFonts w:cs="Times New Roman"/>
              </w:rPr>
              <w:t>подношења</w:t>
            </w:r>
            <w:proofErr w:type="spellEnd"/>
            <w:r w:rsidRPr="00A030CA">
              <w:rPr>
                <w:rFonts w:cs="Times New Roman"/>
              </w:rPr>
              <w:t xml:space="preserve"> </w:t>
            </w:r>
            <w:proofErr w:type="spellStart"/>
            <w:r w:rsidRPr="00A030CA">
              <w:rPr>
                <w:rFonts w:cs="Times New Roman"/>
              </w:rPr>
              <w:t>почетног</w:t>
            </w:r>
            <w:proofErr w:type="spellEnd"/>
            <w:r w:rsidRPr="00A030CA">
              <w:rPr>
                <w:rFonts w:cs="Times New Roman"/>
              </w:rPr>
              <w:t xml:space="preserve"> </w:t>
            </w:r>
            <w:proofErr w:type="spellStart"/>
            <w:r w:rsidRPr="00A030CA">
              <w:rPr>
                <w:rFonts w:cs="Times New Roman"/>
              </w:rPr>
              <w:t>обавештења</w:t>
            </w:r>
            <w:proofErr w:type="spellEnd"/>
            <w:r w:rsidRPr="00A030CA">
              <w:rPr>
                <w:rFonts w:cs="Times New Roman"/>
              </w:rPr>
              <w:t xml:space="preserve">, </w:t>
            </w:r>
            <w:proofErr w:type="spellStart"/>
            <w:r w:rsidRPr="00A030CA">
              <w:rPr>
                <w:rFonts w:cs="Times New Roman"/>
              </w:rPr>
              <w:t>осим</w:t>
            </w:r>
            <w:proofErr w:type="spellEnd"/>
            <w:r w:rsidRPr="00A030CA">
              <w:rPr>
                <w:rFonts w:cs="Times New Roman"/>
              </w:rPr>
              <w:t xml:space="preserve"> </w:t>
            </w:r>
            <w:proofErr w:type="spellStart"/>
            <w:r w:rsidRPr="00A030CA">
              <w:rPr>
                <w:rFonts w:cs="Times New Roman"/>
              </w:rPr>
              <w:t>ако</w:t>
            </w:r>
            <w:proofErr w:type="spellEnd"/>
            <w:r w:rsidRPr="00A030CA">
              <w:rPr>
                <w:rFonts w:cs="Times New Roman"/>
              </w:rPr>
              <w:t xml:space="preserve"> </w:t>
            </w:r>
            <w:proofErr w:type="spellStart"/>
            <w:r w:rsidRPr="00A030CA">
              <w:rPr>
                <w:rFonts w:cs="Times New Roman"/>
              </w:rPr>
              <w:t>Банка</w:t>
            </w:r>
            <w:proofErr w:type="spellEnd"/>
            <w:r w:rsidRPr="00A030CA">
              <w:rPr>
                <w:rFonts w:cs="Times New Roman"/>
              </w:rPr>
              <w:t xml:space="preserve"> </w:t>
            </w:r>
            <w:proofErr w:type="spellStart"/>
            <w:r w:rsidRPr="00A030CA">
              <w:rPr>
                <w:rFonts w:cs="Times New Roman"/>
              </w:rPr>
              <w:t>писмено</w:t>
            </w:r>
            <w:proofErr w:type="spellEnd"/>
            <w:r w:rsidRPr="00A030CA">
              <w:rPr>
                <w:rFonts w:cs="Times New Roman"/>
              </w:rPr>
              <w:t xml:space="preserve"> </w:t>
            </w:r>
            <w:proofErr w:type="spellStart"/>
            <w:r w:rsidRPr="00A030CA">
              <w:rPr>
                <w:rFonts w:cs="Times New Roman"/>
              </w:rPr>
              <w:t>не</w:t>
            </w:r>
            <w:proofErr w:type="spellEnd"/>
            <w:r w:rsidRPr="00A030CA">
              <w:rPr>
                <w:rFonts w:cs="Times New Roman"/>
              </w:rPr>
              <w:t xml:space="preserve"> </w:t>
            </w:r>
            <w:proofErr w:type="spellStart"/>
            <w:r w:rsidRPr="00A030CA">
              <w:rPr>
                <w:rFonts w:cs="Times New Roman"/>
              </w:rPr>
              <w:t>одобри</w:t>
            </w:r>
            <w:proofErr w:type="spellEnd"/>
            <w:r w:rsidRPr="00A030CA">
              <w:rPr>
                <w:rFonts w:cs="Times New Roman"/>
              </w:rPr>
              <w:t xml:space="preserve"> </w:t>
            </w:r>
            <w:proofErr w:type="spellStart"/>
            <w:r w:rsidRPr="00A030CA">
              <w:rPr>
                <w:rFonts w:cs="Times New Roman"/>
              </w:rPr>
              <w:t>другачији</w:t>
            </w:r>
            <w:proofErr w:type="spellEnd"/>
            <w:r w:rsidRPr="00A030CA">
              <w:rPr>
                <w:rFonts w:cs="Times New Roman"/>
              </w:rPr>
              <w:t xml:space="preserve"> </w:t>
            </w:r>
            <w:proofErr w:type="spellStart"/>
            <w:r w:rsidRPr="00A030CA">
              <w:rPr>
                <w:rFonts w:cs="Times New Roman"/>
              </w:rPr>
              <w:t>временски</w:t>
            </w:r>
            <w:proofErr w:type="spellEnd"/>
            <w:r w:rsidRPr="00A030CA">
              <w:rPr>
                <w:rFonts w:cs="Times New Roman"/>
              </w:rPr>
              <w:t xml:space="preserve"> </w:t>
            </w:r>
            <w:proofErr w:type="spellStart"/>
            <w:r w:rsidRPr="00A030CA">
              <w:rPr>
                <w:rFonts w:cs="Times New Roman"/>
              </w:rPr>
              <w:t>оквир</w:t>
            </w:r>
            <w:proofErr w:type="spellEnd"/>
            <w:r w:rsidR="0076289F" w:rsidRPr="00347368">
              <w:rPr>
                <w:rFonts w:cs="Times New Roman"/>
              </w:rPr>
              <w:t>.</w:t>
            </w:r>
          </w:p>
        </w:tc>
        <w:tc>
          <w:tcPr>
            <w:tcW w:w="733" w:type="pct"/>
          </w:tcPr>
          <w:p w14:paraId="393789BE" w14:textId="77777777" w:rsidR="00F55435" w:rsidRPr="00347368" w:rsidRDefault="00F55435" w:rsidP="00347368">
            <w:pPr>
              <w:jc w:val="left"/>
              <w:rPr>
                <w:rFonts w:cs="Times New Roman"/>
              </w:rPr>
            </w:pPr>
          </w:p>
          <w:p w14:paraId="4BC443DA" w14:textId="0E23B2AA" w:rsidR="00933E14" w:rsidRPr="004F4A0D" w:rsidRDefault="004F4A0D" w:rsidP="00347368">
            <w:pPr>
              <w:jc w:val="left"/>
              <w:rPr>
                <w:rFonts w:cs="Times New Roman"/>
                <w:lang w:val="sr-Cyrl-RS"/>
              </w:rPr>
            </w:pPr>
            <w:r>
              <w:rPr>
                <w:rFonts w:cs="Times New Roman"/>
                <w:lang w:val="sr-Cyrl-RS"/>
              </w:rPr>
              <w:t>МРЕ</w:t>
            </w:r>
          </w:p>
          <w:p w14:paraId="137EFC74" w14:textId="44617F75" w:rsidR="0099453C" w:rsidRDefault="004F4A0D" w:rsidP="00347368">
            <w:pPr>
              <w:jc w:val="left"/>
              <w:rPr>
                <w:rFonts w:cs="Times New Roman"/>
              </w:rPr>
            </w:pPr>
            <w:proofErr w:type="spellStart"/>
            <w:r w:rsidRPr="004F4A0D">
              <w:rPr>
                <w:rFonts w:cs="Times New Roman"/>
              </w:rPr>
              <w:t>Гасна</w:t>
            </w:r>
            <w:proofErr w:type="spellEnd"/>
            <w:r w:rsidRPr="004F4A0D">
              <w:rPr>
                <w:rFonts w:cs="Times New Roman"/>
              </w:rPr>
              <w:t xml:space="preserve"> </w:t>
            </w:r>
            <w:proofErr w:type="spellStart"/>
            <w:r w:rsidRPr="004F4A0D">
              <w:rPr>
                <w:rFonts w:cs="Times New Roman"/>
              </w:rPr>
              <w:t>инфраструктура</w:t>
            </w:r>
            <w:proofErr w:type="spellEnd"/>
          </w:p>
          <w:p w14:paraId="4BEC2F5B" w14:textId="122B190B" w:rsidR="0040077C" w:rsidRPr="00347368" w:rsidRDefault="004F4A0D" w:rsidP="00347368">
            <w:pPr>
              <w:jc w:val="left"/>
              <w:rPr>
                <w:rFonts w:cs="Times New Roman"/>
              </w:rPr>
            </w:pPr>
            <w:proofErr w:type="spellStart"/>
            <w:r w:rsidRPr="004F4A0D">
              <w:rPr>
                <w:rFonts w:cs="Times New Roman"/>
              </w:rPr>
              <w:t>Србијагас</w:t>
            </w:r>
            <w:proofErr w:type="spellEnd"/>
          </w:p>
          <w:p w14:paraId="4B4FB26C" w14:textId="64E1946F" w:rsidR="00A81FDF" w:rsidRPr="00347368" w:rsidRDefault="00A81FDF" w:rsidP="00347368">
            <w:pPr>
              <w:jc w:val="left"/>
              <w:rPr>
                <w:rFonts w:cs="Times New Roman"/>
              </w:rPr>
            </w:pPr>
          </w:p>
        </w:tc>
      </w:tr>
      <w:tr w:rsidR="0099453C" w:rsidRPr="00347368" w14:paraId="4C8FA674" w14:textId="77777777" w:rsidTr="4B7286EC">
        <w:tc>
          <w:tcPr>
            <w:tcW w:w="5000" w:type="pct"/>
            <w:gridSpan w:val="4"/>
            <w:shd w:val="clear" w:color="auto" w:fill="F7CAAC" w:themeFill="accent2" w:themeFillTint="66"/>
          </w:tcPr>
          <w:p w14:paraId="2B6E967B" w14:textId="14009276" w:rsidR="0099453C" w:rsidRPr="00347368" w:rsidRDefault="0099453C" w:rsidP="00347368">
            <w:pPr>
              <w:jc w:val="left"/>
              <w:rPr>
                <w:rFonts w:cs="Times New Roman"/>
                <w:highlight w:val="yellow"/>
              </w:rPr>
            </w:pPr>
            <w:r w:rsidRPr="00347368">
              <w:rPr>
                <w:rFonts w:cs="Times New Roman"/>
                <w:b/>
                <w:bCs/>
              </w:rPr>
              <w:t xml:space="preserve">ESS 1: </w:t>
            </w:r>
            <w:r w:rsidR="00A33F09" w:rsidRPr="00A33F09">
              <w:rPr>
                <w:rFonts w:cs="Times New Roman"/>
                <w:b/>
                <w:bCs/>
              </w:rPr>
              <w:t>УПРАВЉАЊЕ ЕКОЛОШКИМ И СОЦИЈАЛНИМ РИЗИЦИМА И УТИЦАЈИМА</w:t>
            </w:r>
            <w:r w:rsidRPr="00347368">
              <w:rPr>
                <w:rFonts w:cs="Times New Roman"/>
                <w:b/>
                <w:bCs/>
              </w:rPr>
              <w:t xml:space="preserve"> </w:t>
            </w:r>
          </w:p>
        </w:tc>
      </w:tr>
      <w:tr w:rsidR="00625796" w:rsidRPr="00347368" w14:paraId="3C0A3C55" w14:textId="77777777" w:rsidTr="009D7F44">
        <w:trPr>
          <w:trHeight w:val="579"/>
        </w:trPr>
        <w:tc>
          <w:tcPr>
            <w:tcW w:w="268" w:type="pct"/>
          </w:tcPr>
          <w:p w14:paraId="4EDE9CD6" w14:textId="453E8746" w:rsidR="00F671D1" w:rsidRPr="00347368" w:rsidRDefault="00F671D1" w:rsidP="00347368">
            <w:pPr>
              <w:jc w:val="left"/>
              <w:rPr>
                <w:rFonts w:cs="Times New Roman"/>
              </w:rPr>
            </w:pPr>
            <w:r w:rsidRPr="00347368">
              <w:rPr>
                <w:rFonts w:cs="Times New Roman"/>
              </w:rPr>
              <w:t>1.</w:t>
            </w:r>
            <w:r w:rsidR="0076289F" w:rsidRPr="00347368">
              <w:rPr>
                <w:rFonts w:cs="Times New Roman"/>
              </w:rPr>
              <w:t>1</w:t>
            </w:r>
          </w:p>
        </w:tc>
        <w:tc>
          <w:tcPr>
            <w:tcW w:w="2795" w:type="pct"/>
          </w:tcPr>
          <w:p w14:paraId="096363C3" w14:textId="148E88B2" w:rsidR="0076289F" w:rsidRPr="00347368" w:rsidRDefault="00A33F09" w:rsidP="00347368">
            <w:pPr>
              <w:keepLines/>
              <w:widowControl w:val="0"/>
              <w:rPr>
                <w:rFonts w:cstheme="minorHAnsi"/>
                <w:b/>
                <w:color w:val="4472C4" w:themeColor="accent1"/>
              </w:rPr>
            </w:pPr>
            <w:r w:rsidRPr="00A33F09">
              <w:rPr>
                <w:rFonts w:cstheme="minorHAnsi"/>
                <w:b/>
                <w:color w:val="4472C4" w:themeColor="accent1"/>
              </w:rPr>
              <w:t>ЕКОЛОШКЕ И СОЦИЈАЛНЕ ПРОЦЕНЕ И/ИЛИ ПЛАНОВИ</w:t>
            </w:r>
          </w:p>
          <w:p w14:paraId="206005CE" w14:textId="52360D9F" w:rsidR="0076289F" w:rsidRDefault="0076289F" w:rsidP="00347368">
            <w:pPr>
              <w:jc w:val="left"/>
              <w:rPr>
                <w:rFonts w:cs="Times New Roman"/>
              </w:rPr>
            </w:pPr>
            <w:r w:rsidRPr="00347368">
              <w:rPr>
                <w:rFonts w:cs="Times New Roman"/>
              </w:rPr>
              <w:t xml:space="preserve">1. </w:t>
            </w:r>
            <w:proofErr w:type="spellStart"/>
            <w:r w:rsidR="00A33F09" w:rsidRPr="00A33F09">
              <w:rPr>
                <w:rFonts w:cs="Times New Roman"/>
              </w:rPr>
              <w:t>Након</w:t>
            </w:r>
            <w:proofErr w:type="spellEnd"/>
            <w:r w:rsidR="00A33F09" w:rsidRPr="00A33F09">
              <w:rPr>
                <w:rFonts w:cs="Times New Roman"/>
              </w:rPr>
              <w:t xml:space="preserve"> </w:t>
            </w:r>
            <w:proofErr w:type="spellStart"/>
            <w:r w:rsidR="00A33F09" w:rsidRPr="00A33F09">
              <w:rPr>
                <w:rFonts w:cs="Times New Roman"/>
              </w:rPr>
              <w:t>спроведених</w:t>
            </w:r>
            <w:proofErr w:type="spellEnd"/>
            <w:r w:rsidR="00A33F09" w:rsidRPr="00A33F09">
              <w:rPr>
                <w:rFonts w:cs="Times New Roman"/>
              </w:rPr>
              <w:t xml:space="preserve"> </w:t>
            </w:r>
            <w:proofErr w:type="spellStart"/>
            <w:r w:rsidR="00A33F09" w:rsidRPr="00A33F09">
              <w:rPr>
                <w:rFonts w:cs="Times New Roman"/>
              </w:rPr>
              <w:t>консултација</w:t>
            </w:r>
            <w:proofErr w:type="spellEnd"/>
            <w:r w:rsidR="00A33F09" w:rsidRPr="00A33F09">
              <w:rPr>
                <w:rFonts w:cs="Times New Roman"/>
              </w:rPr>
              <w:t xml:space="preserve">, </w:t>
            </w:r>
            <w:proofErr w:type="spellStart"/>
            <w:r w:rsidR="00A33F09" w:rsidRPr="00A33F09">
              <w:rPr>
                <w:rFonts w:cs="Times New Roman"/>
              </w:rPr>
              <w:t>финализовати</w:t>
            </w:r>
            <w:proofErr w:type="spellEnd"/>
            <w:r w:rsidR="00A33F09" w:rsidRPr="00A33F09">
              <w:rPr>
                <w:rFonts w:cs="Times New Roman"/>
              </w:rPr>
              <w:t xml:space="preserve"> </w:t>
            </w:r>
            <w:proofErr w:type="spellStart"/>
            <w:r w:rsidR="00A33F09" w:rsidRPr="00A33F09">
              <w:rPr>
                <w:rFonts w:cs="Times New Roman"/>
              </w:rPr>
              <w:t>Извештај</w:t>
            </w:r>
            <w:proofErr w:type="spellEnd"/>
            <w:r w:rsidR="00A33F09" w:rsidRPr="00A33F09">
              <w:rPr>
                <w:rFonts w:cs="Times New Roman"/>
              </w:rPr>
              <w:t xml:space="preserve"> о </w:t>
            </w:r>
            <w:proofErr w:type="spellStart"/>
            <w:r w:rsidR="00A33F09" w:rsidRPr="00A33F09">
              <w:rPr>
                <w:rFonts w:cs="Times New Roman"/>
              </w:rPr>
              <w:t>обиму</w:t>
            </w:r>
            <w:proofErr w:type="spellEnd"/>
            <w:r w:rsidR="00A33F09">
              <w:rPr>
                <w:rFonts w:cs="Times New Roman"/>
                <w:lang w:val="sr-Cyrl-RS"/>
              </w:rPr>
              <w:t xml:space="preserve"> </w:t>
            </w:r>
            <w:proofErr w:type="spellStart"/>
            <w:r w:rsidR="00A33F09" w:rsidRPr="00A33F09">
              <w:rPr>
                <w:rFonts w:cs="Times New Roman"/>
              </w:rPr>
              <w:t>за</w:t>
            </w:r>
            <w:proofErr w:type="spellEnd"/>
            <w:r w:rsidR="00A33F09" w:rsidRPr="00A33F09">
              <w:rPr>
                <w:rFonts w:cs="Times New Roman"/>
              </w:rPr>
              <w:t xml:space="preserve"> </w:t>
            </w:r>
            <w:proofErr w:type="spellStart"/>
            <w:r w:rsidR="00A33F09" w:rsidRPr="00A33F09">
              <w:rPr>
                <w:rFonts w:cs="Times New Roman"/>
              </w:rPr>
              <w:t>магистрални</w:t>
            </w:r>
            <w:proofErr w:type="spellEnd"/>
            <w:r w:rsidR="00A33F09" w:rsidRPr="00A33F09">
              <w:rPr>
                <w:rFonts w:cs="Times New Roman"/>
              </w:rPr>
              <w:t xml:space="preserve"> </w:t>
            </w:r>
            <w:proofErr w:type="spellStart"/>
            <w:r w:rsidR="00A33F09" w:rsidRPr="00A33F09">
              <w:rPr>
                <w:rFonts w:cs="Times New Roman"/>
              </w:rPr>
              <w:t>унутрашњи</w:t>
            </w:r>
            <w:proofErr w:type="spellEnd"/>
            <w:r w:rsidR="00A33F09" w:rsidRPr="00A33F09">
              <w:rPr>
                <w:rFonts w:cs="Times New Roman"/>
              </w:rPr>
              <w:t xml:space="preserve"> </w:t>
            </w:r>
            <w:proofErr w:type="spellStart"/>
            <w:r w:rsidR="00A33F09" w:rsidRPr="00A33F09">
              <w:rPr>
                <w:rFonts w:cs="Times New Roman"/>
              </w:rPr>
              <w:t>гасовод</w:t>
            </w:r>
            <w:proofErr w:type="spellEnd"/>
            <w:r w:rsidR="00A33F09" w:rsidRPr="00A33F09">
              <w:rPr>
                <w:rFonts w:cs="Times New Roman"/>
              </w:rPr>
              <w:t xml:space="preserve"> </w:t>
            </w:r>
            <w:proofErr w:type="spellStart"/>
            <w:r w:rsidR="00A33F09" w:rsidRPr="00A33F09">
              <w:rPr>
                <w:rFonts w:cs="Times New Roman"/>
              </w:rPr>
              <w:t>високог</w:t>
            </w:r>
            <w:proofErr w:type="spellEnd"/>
            <w:r w:rsidR="00A33F09" w:rsidRPr="00A33F09">
              <w:rPr>
                <w:rFonts w:cs="Times New Roman"/>
              </w:rPr>
              <w:t xml:space="preserve"> </w:t>
            </w:r>
            <w:proofErr w:type="spellStart"/>
            <w:r w:rsidR="00A33F09" w:rsidRPr="00A33F09">
              <w:rPr>
                <w:rFonts w:cs="Times New Roman"/>
              </w:rPr>
              <w:t>притиска</w:t>
            </w:r>
            <w:proofErr w:type="spellEnd"/>
            <w:r w:rsidR="00A33F09" w:rsidRPr="00A33F09">
              <w:rPr>
                <w:rFonts w:cs="Times New Roman"/>
              </w:rPr>
              <w:t xml:space="preserve"> Трупале–</w:t>
            </w:r>
            <w:proofErr w:type="spellStart"/>
            <w:r w:rsidR="00A33F09" w:rsidRPr="00A33F09">
              <w:rPr>
                <w:rFonts w:cs="Times New Roman"/>
              </w:rPr>
              <w:t>Појате</w:t>
            </w:r>
            <w:proofErr w:type="spellEnd"/>
            <w:r w:rsidR="00A33F09" w:rsidRPr="00A33F09">
              <w:rPr>
                <w:rFonts w:cs="Times New Roman"/>
              </w:rPr>
              <w:t xml:space="preserve"> </w:t>
            </w:r>
            <w:proofErr w:type="spellStart"/>
            <w:r w:rsidR="00A33F09" w:rsidRPr="00A33F09">
              <w:rPr>
                <w:rFonts w:cs="Times New Roman"/>
              </w:rPr>
              <w:t>дужине</w:t>
            </w:r>
            <w:proofErr w:type="spellEnd"/>
            <w:r w:rsidR="00A33F09" w:rsidRPr="00A33F09">
              <w:rPr>
                <w:rFonts w:cs="Times New Roman"/>
              </w:rPr>
              <w:t xml:space="preserve"> 62 km, у </w:t>
            </w:r>
            <w:proofErr w:type="spellStart"/>
            <w:r w:rsidR="00A33F09" w:rsidRPr="00A33F09">
              <w:rPr>
                <w:rFonts w:cs="Times New Roman"/>
              </w:rPr>
              <w:t>складу</w:t>
            </w:r>
            <w:proofErr w:type="spellEnd"/>
            <w:r w:rsidR="00A33F09" w:rsidRPr="00A33F09">
              <w:rPr>
                <w:rFonts w:cs="Times New Roman"/>
              </w:rPr>
              <w:t xml:space="preserve"> </w:t>
            </w:r>
            <w:proofErr w:type="spellStart"/>
            <w:r w:rsidR="00A33F09" w:rsidRPr="00A33F09">
              <w:rPr>
                <w:rFonts w:cs="Times New Roman"/>
              </w:rPr>
              <w:t>са</w:t>
            </w:r>
            <w:proofErr w:type="spellEnd"/>
            <w:r w:rsidR="00A33F09" w:rsidRPr="00A33F09">
              <w:rPr>
                <w:rFonts w:cs="Times New Roman"/>
              </w:rPr>
              <w:t xml:space="preserve"> </w:t>
            </w:r>
            <w:proofErr w:type="spellStart"/>
            <w:r w:rsidR="00A33F09" w:rsidRPr="00A33F09">
              <w:rPr>
                <w:rFonts w:cs="Times New Roman"/>
              </w:rPr>
              <w:t>релевантним</w:t>
            </w:r>
            <w:proofErr w:type="spellEnd"/>
            <w:r w:rsidR="00A33F09" w:rsidRPr="00A33F09">
              <w:rPr>
                <w:rFonts w:cs="Times New Roman"/>
              </w:rPr>
              <w:t xml:space="preserve"> ESS </w:t>
            </w:r>
            <w:proofErr w:type="spellStart"/>
            <w:r w:rsidR="00A33F09" w:rsidRPr="00A33F09">
              <w:rPr>
                <w:rFonts w:cs="Times New Roman"/>
              </w:rPr>
              <w:t>стандардима</w:t>
            </w:r>
            <w:proofErr w:type="spellEnd"/>
            <w:r w:rsidR="00755F4A">
              <w:rPr>
                <w:rFonts w:cs="Times New Roman"/>
              </w:rPr>
              <w:t xml:space="preserve">; </w:t>
            </w:r>
            <w:proofErr w:type="spellStart"/>
            <w:r w:rsidR="00A33F09" w:rsidRPr="00A33F09">
              <w:rPr>
                <w:rFonts w:cs="Times New Roman"/>
              </w:rPr>
              <w:t>након</w:t>
            </w:r>
            <w:proofErr w:type="spellEnd"/>
            <w:r w:rsidR="00A33F09" w:rsidRPr="00A33F09">
              <w:rPr>
                <w:rFonts w:cs="Times New Roman"/>
              </w:rPr>
              <w:t xml:space="preserve"> </w:t>
            </w:r>
            <w:proofErr w:type="spellStart"/>
            <w:r w:rsidR="00A33F09" w:rsidRPr="00A33F09">
              <w:rPr>
                <w:rFonts w:cs="Times New Roman"/>
              </w:rPr>
              <w:t>тога</w:t>
            </w:r>
            <w:proofErr w:type="spellEnd"/>
            <w:r w:rsidR="00A33F09" w:rsidRPr="00A33F09">
              <w:rPr>
                <w:rFonts w:cs="Times New Roman"/>
              </w:rPr>
              <w:t xml:space="preserve"> </w:t>
            </w:r>
            <w:proofErr w:type="spellStart"/>
            <w:r w:rsidR="00A33F09" w:rsidRPr="00A33F09">
              <w:rPr>
                <w:rFonts w:cs="Times New Roman"/>
              </w:rPr>
              <w:t>га</w:t>
            </w:r>
            <w:proofErr w:type="spellEnd"/>
            <w:r w:rsidR="00A33F09" w:rsidRPr="00A33F09">
              <w:rPr>
                <w:rFonts w:cs="Times New Roman"/>
              </w:rPr>
              <w:t xml:space="preserve"> </w:t>
            </w:r>
            <w:proofErr w:type="spellStart"/>
            <w:r w:rsidR="00A33F09" w:rsidRPr="00A33F09">
              <w:rPr>
                <w:rFonts w:cs="Times New Roman"/>
              </w:rPr>
              <w:t>поново</w:t>
            </w:r>
            <w:proofErr w:type="spellEnd"/>
            <w:r w:rsidR="00A33F09" w:rsidRPr="00A33F09">
              <w:rPr>
                <w:rFonts w:cs="Times New Roman"/>
              </w:rPr>
              <w:t xml:space="preserve"> </w:t>
            </w:r>
            <w:proofErr w:type="spellStart"/>
            <w:r w:rsidR="00A33F09" w:rsidRPr="00A33F09">
              <w:rPr>
                <w:rFonts w:cs="Times New Roman"/>
              </w:rPr>
              <w:t>објавити</w:t>
            </w:r>
            <w:proofErr w:type="spellEnd"/>
            <w:r w:rsidR="00A33F09" w:rsidRPr="00A33F09">
              <w:rPr>
                <w:rFonts w:cs="Times New Roman"/>
              </w:rPr>
              <w:t xml:space="preserve"> и </w:t>
            </w:r>
            <w:proofErr w:type="spellStart"/>
            <w:r w:rsidR="00A33F09" w:rsidRPr="00A33F09">
              <w:rPr>
                <w:rFonts w:cs="Times New Roman"/>
              </w:rPr>
              <w:t>осигурати</w:t>
            </w:r>
            <w:proofErr w:type="spellEnd"/>
            <w:r w:rsidR="00A33F09" w:rsidRPr="00A33F09">
              <w:rPr>
                <w:rFonts w:cs="Times New Roman"/>
              </w:rPr>
              <w:t xml:space="preserve"> </w:t>
            </w:r>
            <w:proofErr w:type="spellStart"/>
            <w:r w:rsidR="00A33F09" w:rsidRPr="00A33F09">
              <w:rPr>
                <w:rFonts w:cs="Times New Roman"/>
              </w:rPr>
              <w:t>да</w:t>
            </w:r>
            <w:proofErr w:type="spellEnd"/>
            <w:r w:rsidR="00A33F09">
              <w:rPr>
                <w:rFonts w:cs="Times New Roman"/>
                <w:lang w:val="sr-Cyrl-RS"/>
              </w:rPr>
              <w:t xml:space="preserve"> </w:t>
            </w:r>
            <w:r w:rsidR="00755F4A">
              <w:rPr>
                <w:rFonts w:cs="Times New Roman"/>
              </w:rPr>
              <w:t xml:space="preserve">ESIA/ESMP </w:t>
            </w:r>
            <w:r w:rsidR="00A33F09" w:rsidRPr="00A33F09">
              <w:rPr>
                <w:rFonts w:cs="Times New Roman"/>
              </w:rPr>
              <w:t xml:space="preserve">у </w:t>
            </w:r>
            <w:proofErr w:type="spellStart"/>
            <w:r w:rsidR="00A33F09" w:rsidRPr="00A33F09">
              <w:rPr>
                <w:rFonts w:cs="Times New Roman"/>
              </w:rPr>
              <w:t>оквиру</w:t>
            </w:r>
            <w:proofErr w:type="spellEnd"/>
            <w:r w:rsidR="00A33F09" w:rsidRPr="00A33F09">
              <w:rPr>
                <w:rFonts w:cs="Times New Roman"/>
              </w:rPr>
              <w:t xml:space="preserve"> </w:t>
            </w:r>
            <w:proofErr w:type="spellStart"/>
            <w:r w:rsidR="00A33F09" w:rsidRPr="00A33F09">
              <w:rPr>
                <w:rFonts w:cs="Times New Roman"/>
              </w:rPr>
              <w:t>активности</w:t>
            </w:r>
            <w:proofErr w:type="spellEnd"/>
            <w:r w:rsidR="00A33F09" w:rsidRPr="00A33F09">
              <w:rPr>
                <w:rFonts w:cs="Times New Roman"/>
              </w:rPr>
              <w:t xml:space="preserve"> 2 у </w:t>
            </w:r>
            <w:proofErr w:type="spellStart"/>
            <w:r w:rsidR="00A33F09" w:rsidRPr="00A33F09">
              <w:rPr>
                <w:rFonts w:cs="Times New Roman"/>
              </w:rPr>
              <w:t>наставку</w:t>
            </w:r>
            <w:proofErr w:type="spellEnd"/>
            <w:r w:rsidR="00A33F09" w:rsidRPr="00A33F09">
              <w:rPr>
                <w:rFonts w:cs="Times New Roman"/>
              </w:rPr>
              <w:t xml:space="preserve"> </w:t>
            </w:r>
            <w:proofErr w:type="spellStart"/>
            <w:r w:rsidR="00A33F09" w:rsidRPr="00A33F09">
              <w:rPr>
                <w:rFonts w:cs="Times New Roman"/>
              </w:rPr>
              <w:t>реше</w:t>
            </w:r>
            <w:proofErr w:type="spellEnd"/>
            <w:r w:rsidR="00A33F09" w:rsidRPr="00A33F09">
              <w:rPr>
                <w:rFonts w:cs="Times New Roman"/>
              </w:rPr>
              <w:t xml:space="preserve"> </w:t>
            </w:r>
            <w:proofErr w:type="spellStart"/>
            <w:r w:rsidR="00A33F09" w:rsidRPr="00A33F09">
              <w:rPr>
                <w:rFonts w:cs="Times New Roman"/>
              </w:rPr>
              <w:t>идентификоване</w:t>
            </w:r>
            <w:proofErr w:type="spellEnd"/>
            <w:r w:rsidR="00A33F09" w:rsidRPr="00A33F09">
              <w:rPr>
                <w:rFonts w:cs="Times New Roman"/>
              </w:rPr>
              <w:t xml:space="preserve"> </w:t>
            </w:r>
            <w:proofErr w:type="spellStart"/>
            <w:r w:rsidR="00A33F09" w:rsidRPr="00A33F09">
              <w:rPr>
                <w:rFonts w:cs="Times New Roman"/>
              </w:rPr>
              <w:t>ризике</w:t>
            </w:r>
            <w:proofErr w:type="spellEnd"/>
            <w:r w:rsidRPr="00347368">
              <w:rPr>
                <w:rFonts w:cs="Times New Roman"/>
              </w:rPr>
              <w:t>.</w:t>
            </w:r>
          </w:p>
          <w:p w14:paraId="2ABB34E2" w14:textId="77777777" w:rsidR="00E011B8" w:rsidRPr="00347368" w:rsidRDefault="00E011B8" w:rsidP="00347368">
            <w:pPr>
              <w:jc w:val="left"/>
              <w:rPr>
                <w:rFonts w:cs="Times New Roman"/>
              </w:rPr>
            </w:pPr>
          </w:p>
          <w:p w14:paraId="4D3392B6" w14:textId="6A9B5706" w:rsidR="00460379" w:rsidRPr="00347368" w:rsidRDefault="0076289F" w:rsidP="00535712">
            <w:pPr>
              <w:jc w:val="left"/>
              <w:rPr>
                <w:rFonts w:cs="Times New Roman"/>
              </w:rPr>
            </w:pPr>
            <w:r w:rsidRPr="00347368">
              <w:rPr>
                <w:rFonts w:cs="Times New Roman"/>
              </w:rPr>
              <w:t xml:space="preserve">2. </w:t>
            </w:r>
            <w:proofErr w:type="spellStart"/>
            <w:r w:rsidR="00A030CA" w:rsidRPr="00A030CA">
              <w:rPr>
                <w:rFonts w:cs="Times New Roman"/>
              </w:rPr>
              <w:t>Припремити</w:t>
            </w:r>
            <w:proofErr w:type="spellEnd"/>
            <w:r w:rsidR="00A030CA" w:rsidRPr="00A030CA">
              <w:rPr>
                <w:rFonts w:cs="Times New Roman"/>
              </w:rPr>
              <w:t xml:space="preserve">, </w:t>
            </w:r>
            <w:proofErr w:type="spellStart"/>
            <w:r w:rsidR="00A030CA" w:rsidRPr="00A030CA">
              <w:rPr>
                <w:rFonts w:cs="Times New Roman"/>
              </w:rPr>
              <w:t>објавити</w:t>
            </w:r>
            <w:proofErr w:type="spellEnd"/>
            <w:r w:rsidR="00A030CA" w:rsidRPr="00A030CA">
              <w:rPr>
                <w:rFonts w:cs="Times New Roman"/>
              </w:rPr>
              <w:t xml:space="preserve">, </w:t>
            </w:r>
            <w:proofErr w:type="spellStart"/>
            <w:r w:rsidR="00A030CA" w:rsidRPr="00A030CA">
              <w:rPr>
                <w:rFonts w:cs="Times New Roman"/>
              </w:rPr>
              <w:t>спровести</w:t>
            </w:r>
            <w:proofErr w:type="spellEnd"/>
            <w:r w:rsidR="00A030CA" w:rsidRPr="00A030CA">
              <w:rPr>
                <w:rFonts w:cs="Times New Roman"/>
              </w:rPr>
              <w:t xml:space="preserve"> </w:t>
            </w:r>
            <w:proofErr w:type="spellStart"/>
            <w:r w:rsidR="00A030CA" w:rsidRPr="00A030CA">
              <w:rPr>
                <w:rFonts w:cs="Times New Roman"/>
              </w:rPr>
              <w:t>консултације</w:t>
            </w:r>
            <w:proofErr w:type="spellEnd"/>
            <w:r w:rsidR="00A030CA" w:rsidRPr="00A030CA">
              <w:rPr>
                <w:rFonts w:cs="Times New Roman"/>
              </w:rPr>
              <w:t xml:space="preserve">, </w:t>
            </w:r>
            <w:proofErr w:type="spellStart"/>
            <w:r w:rsidR="00A030CA" w:rsidRPr="00A030CA">
              <w:rPr>
                <w:rFonts w:cs="Times New Roman"/>
              </w:rPr>
              <w:t>усвојити</w:t>
            </w:r>
            <w:proofErr w:type="spellEnd"/>
            <w:r w:rsidR="00A030CA" w:rsidRPr="00A030CA">
              <w:rPr>
                <w:rFonts w:cs="Times New Roman"/>
              </w:rPr>
              <w:t xml:space="preserve"> и </w:t>
            </w:r>
            <w:proofErr w:type="spellStart"/>
            <w:r w:rsidR="00A030CA" w:rsidRPr="00A030CA">
              <w:rPr>
                <w:rFonts w:cs="Times New Roman"/>
              </w:rPr>
              <w:t>након</w:t>
            </w:r>
            <w:proofErr w:type="spellEnd"/>
            <w:r w:rsidR="00A030CA" w:rsidRPr="00A030CA">
              <w:rPr>
                <w:rFonts w:cs="Times New Roman"/>
              </w:rPr>
              <w:t xml:space="preserve"> </w:t>
            </w:r>
            <w:proofErr w:type="spellStart"/>
            <w:r w:rsidR="00A030CA" w:rsidRPr="00A030CA">
              <w:rPr>
                <w:rFonts w:cs="Times New Roman"/>
              </w:rPr>
              <w:t>тога</w:t>
            </w:r>
            <w:proofErr w:type="spellEnd"/>
            <w:r w:rsidR="00A030CA" w:rsidRPr="00A030CA">
              <w:rPr>
                <w:rFonts w:cs="Times New Roman"/>
              </w:rPr>
              <w:t xml:space="preserve"> </w:t>
            </w:r>
            <w:proofErr w:type="spellStart"/>
            <w:r w:rsidR="00A030CA" w:rsidRPr="00A030CA">
              <w:rPr>
                <w:rFonts w:cs="Times New Roman"/>
              </w:rPr>
              <w:t>спровести</w:t>
            </w:r>
            <w:proofErr w:type="spellEnd"/>
            <w:r w:rsidR="00A030CA">
              <w:rPr>
                <w:rFonts w:cs="Times New Roman"/>
                <w:lang w:val="sr-Cyrl-RS"/>
              </w:rPr>
              <w:t xml:space="preserve"> </w:t>
            </w:r>
            <w:proofErr w:type="spellStart"/>
            <w:r w:rsidR="00A030CA" w:rsidRPr="00A030CA">
              <w:rPr>
                <w:rFonts w:cs="Times New Roman"/>
              </w:rPr>
              <w:t>Студију</w:t>
            </w:r>
            <w:proofErr w:type="spellEnd"/>
            <w:r w:rsidR="00A030CA" w:rsidRPr="00A030CA">
              <w:rPr>
                <w:rFonts w:cs="Times New Roman"/>
              </w:rPr>
              <w:t xml:space="preserve"> о </w:t>
            </w:r>
            <w:proofErr w:type="spellStart"/>
            <w:r w:rsidR="00A030CA" w:rsidRPr="00A030CA">
              <w:rPr>
                <w:rFonts w:cs="Times New Roman"/>
              </w:rPr>
              <w:t>процени</w:t>
            </w:r>
            <w:proofErr w:type="spellEnd"/>
            <w:r w:rsidR="00A030CA" w:rsidRPr="00A030CA">
              <w:rPr>
                <w:rFonts w:cs="Times New Roman"/>
              </w:rPr>
              <w:t xml:space="preserve"> </w:t>
            </w:r>
            <w:proofErr w:type="spellStart"/>
            <w:r w:rsidR="00A030CA" w:rsidRPr="00A030CA">
              <w:rPr>
                <w:rFonts w:cs="Times New Roman"/>
              </w:rPr>
              <w:t>утицаја</w:t>
            </w:r>
            <w:proofErr w:type="spellEnd"/>
            <w:r w:rsidR="00A030CA" w:rsidRPr="00A030CA">
              <w:rPr>
                <w:rFonts w:cs="Times New Roman"/>
              </w:rPr>
              <w:t xml:space="preserve"> </w:t>
            </w:r>
            <w:proofErr w:type="spellStart"/>
            <w:r w:rsidR="00A030CA" w:rsidRPr="00A030CA">
              <w:rPr>
                <w:rFonts w:cs="Times New Roman"/>
              </w:rPr>
              <w:t>на</w:t>
            </w:r>
            <w:proofErr w:type="spellEnd"/>
            <w:r w:rsidR="00A030CA" w:rsidRPr="00A030CA">
              <w:rPr>
                <w:rFonts w:cs="Times New Roman"/>
              </w:rPr>
              <w:t xml:space="preserve"> </w:t>
            </w:r>
            <w:proofErr w:type="spellStart"/>
            <w:r w:rsidR="00A030CA" w:rsidRPr="00A030CA">
              <w:rPr>
                <w:rFonts w:cs="Times New Roman"/>
              </w:rPr>
              <w:t>животну</w:t>
            </w:r>
            <w:proofErr w:type="spellEnd"/>
            <w:r w:rsidR="00A030CA" w:rsidRPr="00A030CA">
              <w:rPr>
                <w:rFonts w:cs="Times New Roman"/>
              </w:rPr>
              <w:t xml:space="preserve"> </w:t>
            </w:r>
            <w:proofErr w:type="spellStart"/>
            <w:r w:rsidR="00A030CA" w:rsidRPr="00A030CA">
              <w:rPr>
                <w:rFonts w:cs="Times New Roman"/>
              </w:rPr>
              <w:t>средину</w:t>
            </w:r>
            <w:proofErr w:type="spellEnd"/>
            <w:r w:rsidR="00A030CA" w:rsidRPr="00A030CA">
              <w:rPr>
                <w:rFonts w:cs="Times New Roman"/>
              </w:rPr>
              <w:t xml:space="preserve"> </w:t>
            </w:r>
            <w:r w:rsidRPr="00347368">
              <w:rPr>
                <w:rFonts w:cs="Times New Roman"/>
              </w:rPr>
              <w:t xml:space="preserve">(ESIA), </w:t>
            </w:r>
            <w:r w:rsidR="00A030CA" w:rsidRPr="00A030CA">
              <w:rPr>
                <w:rFonts w:cs="Times New Roman"/>
              </w:rPr>
              <w:t xml:space="preserve">и </w:t>
            </w:r>
            <w:proofErr w:type="spellStart"/>
            <w:r w:rsidR="00A030CA" w:rsidRPr="00A030CA">
              <w:rPr>
                <w:rFonts w:cs="Times New Roman"/>
              </w:rPr>
              <w:t>одговарајући</w:t>
            </w:r>
            <w:proofErr w:type="spellEnd"/>
            <w:r w:rsidR="00A030CA" w:rsidRPr="00A030CA">
              <w:rPr>
                <w:rFonts w:cs="Times New Roman"/>
              </w:rPr>
              <w:t xml:space="preserve"> </w:t>
            </w:r>
            <w:proofErr w:type="spellStart"/>
            <w:r w:rsidR="00A030CA" w:rsidRPr="00A030CA">
              <w:rPr>
                <w:rFonts w:cs="Times New Roman"/>
              </w:rPr>
              <w:t>План</w:t>
            </w:r>
            <w:proofErr w:type="spellEnd"/>
            <w:r w:rsidR="00A030CA" w:rsidRPr="00A030CA">
              <w:rPr>
                <w:rFonts w:cs="Times New Roman"/>
              </w:rPr>
              <w:t xml:space="preserve"> </w:t>
            </w:r>
            <w:proofErr w:type="spellStart"/>
            <w:r w:rsidR="00A030CA" w:rsidRPr="00A030CA">
              <w:rPr>
                <w:rFonts w:cs="Times New Roman"/>
              </w:rPr>
              <w:t>управљања</w:t>
            </w:r>
            <w:proofErr w:type="spellEnd"/>
            <w:r w:rsidR="00A030CA" w:rsidRPr="00A030CA">
              <w:rPr>
                <w:rFonts w:cs="Times New Roman"/>
              </w:rPr>
              <w:t xml:space="preserve"> </w:t>
            </w:r>
            <w:proofErr w:type="spellStart"/>
            <w:r w:rsidR="00A030CA" w:rsidRPr="00A030CA">
              <w:rPr>
                <w:rFonts w:cs="Times New Roman"/>
              </w:rPr>
              <w:t>животном</w:t>
            </w:r>
            <w:proofErr w:type="spellEnd"/>
            <w:r w:rsidR="00A030CA" w:rsidRPr="00A030CA">
              <w:rPr>
                <w:rFonts w:cs="Times New Roman"/>
              </w:rPr>
              <w:t xml:space="preserve"> </w:t>
            </w:r>
            <w:proofErr w:type="spellStart"/>
            <w:r w:rsidR="00A030CA" w:rsidRPr="00A030CA">
              <w:rPr>
                <w:rFonts w:cs="Times New Roman"/>
              </w:rPr>
              <w:t>средином</w:t>
            </w:r>
            <w:proofErr w:type="spellEnd"/>
            <w:r w:rsidR="00A030CA" w:rsidRPr="00A030CA">
              <w:rPr>
                <w:rFonts w:cs="Times New Roman"/>
              </w:rPr>
              <w:t xml:space="preserve"> и </w:t>
            </w:r>
            <w:proofErr w:type="spellStart"/>
            <w:r w:rsidR="00A030CA" w:rsidRPr="00A030CA">
              <w:rPr>
                <w:rFonts w:cs="Times New Roman"/>
              </w:rPr>
              <w:t>социјалним</w:t>
            </w:r>
            <w:proofErr w:type="spellEnd"/>
            <w:r w:rsidR="00A030CA" w:rsidRPr="00A030CA">
              <w:rPr>
                <w:rFonts w:cs="Times New Roman"/>
              </w:rPr>
              <w:t xml:space="preserve"> </w:t>
            </w:r>
            <w:proofErr w:type="spellStart"/>
            <w:r w:rsidR="00A030CA" w:rsidRPr="00A030CA">
              <w:rPr>
                <w:rFonts w:cs="Times New Roman"/>
              </w:rPr>
              <w:t>питањима</w:t>
            </w:r>
            <w:proofErr w:type="spellEnd"/>
            <w:r w:rsidR="00A030CA" w:rsidRPr="00A030CA">
              <w:rPr>
                <w:rFonts w:cs="Times New Roman"/>
              </w:rPr>
              <w:t xml:space="preserve"> </w:t>
            </w:r>
            <w:r w:rsidRPr="00347368">
              <w:rPr>
                <w:rFonts w:cs="Times New Roman"/>
              </w:rPr>
              <w:t xml:space="preserve">(ESMP) </w:t>
            </w:r>
            <w:proofErr w:type="spellStart"/>
            <w:r w:rsidR="00A030CA" w:rsidRPr="00A030CA">
              <w:rPr>
                <w:rFonts w:cs="Times New Roman"/>
              </w:rPr>
              <w:t>за</w:t>
            </w:r>
            <w:proofErr w:type="spellEnd"/>
            <w:r w:rsidR="00A030CA" w:rsidRPr="00A030CA">
              <w:rPr>
                <w:rFonts w:cs="Times New Roman"/>
              </w:rPr>
              <w:t xml:space="preserve"> </w:t>
            </w:r>
            <w:proofErr w:type="spellStart"/>
            <w:r w:rsidR="00A030CA" w:rsidRPr="00A030CA">
              <w:rPr>
                <w:rFonts w:cs="Times New Roman"/>
              </w:rPr>
              <w:t>изградњу</w:t>
            </w:r>
            <w:proofErr w:type="spellEnd"/>
            <w:r w:rsidR="00A030CA" w:rsidRPr="00A030CA">
              <w:rPr>
                <w:rFonts w:cs="Times New Roman"/>
              </w:rPr>
              <w:t xml:space="preserve"> </w:t>
            </w:r>
            <w:proofErr w:type="spellStart"/>
            <w:r w:rsidR="00A030CA" w:rsidRPr="00A030CA">
              <w:rPr>
                <w:rFonts w:cs="Times New Roman"/>
              </w:rPr>
              <w:t>магистралног</w:t>
            </w:r>
            <w:proofErr w:type="spellEnd"/>
            <w:r w:rsidR="00A030CA" w:rsidRPr="00A030CA">
              <w:rPr>
                <w:rFonts w:cs="Times New Roman"/>
              </w:rPr>
              <w:t xml:space="preserve"> </w:t>
            </w:r>
            <w:proofErr w:type="spellStart"/>
            <w:r w:rsidR="00A030CA" w:rsidRPr="00A030CA">
              <w:rPr>
                <w:rFonts w:cs="Times New Roman"/>
              </w:rPr>
              <w:t>унутрашњег</w:t>
            </w:r>
            <w:proofErr w:type="spellEnd"/>
            <w:r w:rsidR="00A030CA" w:rsidRPr="00A030CA">
              <w:rPr>
                <w:rFonts w:cs="Times New Roman"/>
              </w:rPr>
              <w:t xml:space="preserve"> </w:t>
            </w:r>
            <w:proofErr w:type="spellStart"/>
            <w:r w:rsidR="00A030CA" w:rsidRPr="00A030CA">
              <w:rPr>
                <w:rFonts w:cs="Times New Roman"/>
              </w:rPr>
              <w:t>гасовода</w:t>
            </w:r>
            <w:proofErr w:type="spellEnd"/>
            <w:r w:rsidR="00A030CA" w:rsidRPr="00A030CA">
              <w:rPr>
                <w:rFonts w:cs="Times New Roman"/>
              </w:rPr>
              <w:t xml:space="preserve"> </w:t>
            </w:r>
            <w:proofErr w:type="spellStart"/>
            <w:r w:rsidR="00A030CA" w:rsidRPr="00A030CA">
              <w:rPr>
                <w:rFonts w:cs="Times New Roman"/>
              </w:rPr>
              <w:lastRenderedPageBreak/>
              <w:t>високог</w:t>
            </w:r>
            <w:proofErr w:type="spellEnd"/>
            <w:r w:rsidR="00A030CA" w:rsidRPr="00A030CA">
              <w:rPr>
                <w:rFonts w:cs="Times New Roman"/>
              </w:rPr>
              <w:t xml:space="preserve"> </w:t>
            </w:r>
            <w:proofErr w:type="spellStart"/>
            <w:r w:rsidR="00A030CA" w:rsidRPr="00A030CA">
              <w:rPr>
                <w:rFonts w:cs="Times New Roman"/>
              </w:rPr>
              <w:t>притиска</w:t>
            </w:r>
            <w:proofErr w:type="spellEnd"/>
            <w:r w:rsidR="00A030CA" w:rsidRPr="00A030CA">
              <w:rPr>
                <w:rFonts w:cs="Times New Roman"/>
              </w:rPr>
              <w:t xml:space="preserve"> Трупале–</w:t>
            </w:r>
            <w:proofErr w:type="spellStart"/>
            <w:r w:rsidR="00A030CA" w:rsidRPr="00A030CA">
              <w:rPr>
                <w:rFonts w:cs="Times New Roman"/>
              </w:rPr>
              <w:t>Појате</w:t>
            </w:r>
            <w:proofErr w:type="spellEnd"/>
            <w:r w:rsidR="00A030CA" w:rsidRPr="00A030CA">
              <w:rPr>
                <w:rFonts w:cs="Times New Roman"/>
              </w:rPr>
              <w:t xml:space="preserve"> </w:t>
            </w:r>
            <w:proofErr w:type="spellStart"/>
            <w:r w:rsidR="00A030CA" w:rsidRPr="00A030CA">
              <w:rPr>
                <w:rFonts w:cs="Times New Roman"/>
              </w:rPr>
              <w:t>дужине</w:t>
            </w:r>
            <w:proofErr w:type="spellEnd"/>
            <w:r w:rsidR="00A030CA" w:rsidRPr="00A030CA">
              <w:rPr>
                <w:rFonts w:cs="Times New Roman"/>
              </w:rPr>
              <w:t xml:space="preserve"> 62 km, </w:t>
            </w:r>
            <w:proofErr w:type="spellStart"/>
            <w:r w:rsidR="00A030CA" w:rsidRPr="00A030CA">
              <w:rPr>
                <w:rFonts w:cs="Times New Roman"/>
              </w:rPr>
              <w:t>компресорских</w:t>
            </w:r>
            <w:proofErr w:type="spellEnd"/>
            <w:r w:rsidR="00A030CA" w:rsidRPr="00A030CA">
              <w:rPr>
                <w:rFonts w:cs="Times New Roman"/>
              </w:rPr>
              <w:t xml:space="preserve"> </w:t>
            </w:r>
            <w:proofErr w:type="spellStart"/>
            <w:r w:rsidR="00A030CA" w:rsidRPr="00A030CA">
              <w:rPr>
                <w:rFonts w:cs="Times New Roman"/>
              </w:rPr>
              <w:t>станица</w:t>
            </w:r>
            <w:proofErr w:type="spellEnd"/>
            <w:r w:rsidR="00A030CA" w:rsidRPr="00A030CA">
              <w:rPr>
                <w:rFonts w:cs="Times New Roman"/>
              </w:rPr>
              <w:t xml:space="preserve">, </w:t>
            </w:r>
            <w:proofErr w:type="spellStart"/>
            <w:r w:rsidR="00A030CA" w:rsidRPr="00A030CA">
              <w:rPr>
                <w:rFonts w:cs="Times New Roman"/>
              </w:rPr>
              <w:t>блок</w:t>
            </w:r>
            <w:proofErr w:type="spellEnd"/>
            <w:r w:rsidR="00A030CA" w:rsidRPr="00A030CA">
              <w:rPr>
                <w:rFonts w:cs="Times New Roman"/>
              </w:rPr>
              <w:t xml:space="preserve"> </w:t>
            </w:r>
            <w:proofErr w:type="spellStart"/>
            <w:r w:rsidR="00A030CA" w:rsidRPr="00A030CA">
              <w:rPr>
                <w:rFonts w:cs="Times New Roman"/>
              </w:rPr>
              <w:t>вентилских</w:t>
            </w:r>
            <w:proofErr w:type="spellEnd"/>
            <w:r w:rsidR="00A030CA" w:rsidRPr="00A030CA">
              <w:rPr>
                <w:rFonts w:cs="Times New Roman"/>
              </w:rPr>
              <w:t xml:space="preserve"> и </w:t>
            </w:r>
            <w:proofErr w:type="spellStart"/>
            <w:r w:rsidR="00A030CA" w:rsidRPr="00A030CA">
              <w:rPr>
                <w:rFonts w:cs="Times New Roman"/>
              </w:rPr>
              <w:t>мерно-регулационих</w:t>
            </w:r>
            <w:proofErr w:type="spellEnd"/>
            <w:r w:rsidR="00A030CA" w:rsidRPr="00A030CA">
              <w:rPr>
                <w:rFonts w:cs="Times New Roman"/>
              </w:rPr>
              <w:t xml:space="preserve"> </w:t>
            </w:r>
            <w:proofErr w:type="spellStart"/>
            <w:r w:rsidR="00A030CA" w:rsidRPr="00A030CA">
              <w:rPr>
                <w:rFonts w:cs="Times New Roman"/>
              </w:rPr>
              <w:t>станица</w:t>
            </w:r>
            <w:proofErr w:type="spellEnd"/>
            <w:r w:rsidR="00A030CA" w:rsidRPr="00A030CA">
              <w:rPr>
                <w:rFonts w:cs="Times New Roman"/>
              </w:rPr>
              <w:t xml:space="preserve">, </w:t>
            </w:r>
            <w:proofErr w:type="spellStart"/>
            <w:r w:rsidR="00A030CA" w:rsidRPr="00A030CA">
              <w:rPr>
                <w:rFonts w:cs="Times New Roman"/>
              </w:rPr>
              <w:t>као</w:t>
            </w:r>
            <w:proofErr w:type="spellEnd"/>
            <w:r w:rsidR="00A030CA" w:rsidRPr="00A030CA">
              <w:rPr>
                <w:rFonts w:cs="Times New Roman"/>
              </w:rPr>
              <w:t xml:space="preserve"> и </w:t>
            </w:r>
            <w:proofErr w:type="spellStart"/>
            <w:r w:rsidR="00A030CA" w:rsidRPr="00A030CA">
              <w:rPr>
                <w:rFonts w:cs="Times New Roman"/>
              </w:rPr>
              <w:t>потенцијалног</w:t>
            </w:r>
            <w:proofErr w:type="spellEnd"/>
            <w:r w:rsidR="00A030CA" w:rsidRPr="00A030CA">
              <w:rPr>
                <w:rFonts w:cs="Times New Roman"/>
              </w:rPr>
              <w:t xml:space="preserve"> </w:t>
            </w:r>
            <w:proofErr w:type="spellStart"/>
            <w:r w:rsidR="00A030CA" w:rsidRPr="00A030CA">
              <w:rPr>
                <w:rFonts w:cs="Times New Roman"/>
              </w:rPr>
              <w:t>проширења</w:t>
            </w:r>
            <w:proofErr w:type="spellEnd"/>
            <w:r w:rsidR="00A030CA" w:rsidRPr="00A030CA">
              <w:rPr>
                <w:rFonts w:cs="Times New Roman"/>
              </w:rPr>
              <w:t xml:space="preserve"> </w:t>
            </w:r>
            <w:proofErr w:type="spellStart"/>
            <w:r w:rsidR="00A030CA" w:rsidRPr="00A030CA">
              <w:rPr>
                <w:rFonts w:cs="Times New Roman"/>
              </w:rPr>
              <w:t>постројења</w:t>
            </w:r>
            <w:proofErr w:type="spellEnd"/>
            <w:r w:rsidR="00A030CA" w:rsidRPr="00A030CA">
              <w:rPr>
                <w:rFonts w:cs="Times New Roman"/>
              </w:rPr>
              <w:t xml:space="preserve"> </w:t>
            </w:r>
            <w:proofErr w:type="spellStart"/>
            <w:r w:rsidR="00A030CA" w:rsidRPr="00A030CA">
              <w:rPr>
                <w:rFonts w:cs="Times New Roman"/>
              </w:rPr>
              <w:t>за</w:t>
            </w:r>
            <w:proofErr w:type="spellEnd"/>
            <w:r w:rsidR="00A030CA" w:rsidRPr="00A030CA">
              <w:rPr>
                <w:rFonts w:cs="Times New Roman"/>
              </w:rPr>
              <w:t xml:space="preserve"> </w:t>
            </w:r>
            <w:proofErr w:type="spellStart"/>
            <w:r w:rsidR="00A030CA" w:rsidRPr="00A030CA">
              <w:rPr>
                <w:rFonts w:cs="Times New Roman"/>
              </w:rPr>
              <w:t>складиштење</w:t>
            </w:r>
            <w:proofErr w:type="spellEnd"/>
            <w:r w:rsidR="00A030CA" w:rsidRPr="00A030CA">
              <w:rPr>
                <w:rFonts w:cs="Times New Roman"/>
              </w:rPr>
              <w:t xml:space="preserve"> </w:t>
            </w:r>
            <w:proofErr w:type="spellStart"/>
            <w:r w:rsidR="00A030CA" w:rsidRPr="00A030CA">
              <w:rPr>
                <w:rFonts w:cs="Times New Roman"/>
              </w:rPr>
              <w:t>гаса</w:t>
            </w:r>
            <w:proofErr w:type="spellEnd"/>
            <w:r w:rsidR="00A030CA" w:rsidRPr="00A030CA">
              <w:rPr>
                <w:rFonts w:cs="Times New Roman"/>
              </w:rPr>
              <w:t xml:space="preserve">, у </w:t>
            </w:r>
            <w:proofErr w:type="spellStart"/>
            <w:r w:rsidR="00A030CA" w:rsidRPr="00A030CA">
              <w:rPr>
                <w:rFonts w:cs="Times New Roman"/>
              </w:rPr>
              <w:t>складу</w:t>
            </w:r>
            <w:proofErr w:type="spellEnd"/>
            <w:r w:rsidR="00A030CA" w:rsidRPr="00A030CA">
              <w:rPr>
                <w:rFonts w:cs="Times New Roman"/>
              </w:rPr>
              <w:t xml:space="preserve"> </w:t>
            </w:r>
            <w:proofErr w:type="spellStart"/>
            <w:r w:rsidR="00A030CA" w:rsidRPr="00A030CA">
              <w:rPr>
                <w:rFonts w:cs="Times New Roman"/>
              </w:rPr>
              <w:t>са</w:t>
            </w:r>
            <w:proofErr w:type="spellEnd"/>
            <w:r w:rsidR="00A030CA" w:rsidRPr="00A030CA">
              <w:rPr>
                <w:rFonts w:cs="Times New Roman"/>
              </w:rPr>
              <w:t xml:space="preserve"> </w:t>
            </w:r>
            <w:proofErr w:type="spellStart"/>
            <w:r w:rsidR="00A030CA" w:rsidRPr="00A030CA">
              <w:rPr>
                <w:rFonts w:cs="Times New Roman"/>
              </w:rPr>
              <w:t>релевантним</w:t>
            </w:r>
            <w:proofErr w:type="spellEnd"/>
            <w:r w:rsidR="00A030CA" w:rsidRPr="00A030CA">
              <w:rPr>
                <w:rFonts w:cs="Times New Roman"/>
              </w:rPr>
              <w:t xml:space="preserve"> ESS </w:t>
            </w:r>
            <w:proofErr w:type="spellStart"/>
            <w:r w:rsidR="00A030CA" w:rsidRPr="00A030CA">
              <w:rPr>
                <w:rFonts w:cs="Times New Roman"/>
              </w:rPr>
              <w:t>стандардима</w:t>
            </w:r>
            <w:proofErr w:type="spellEnd"/>
            <w:r w:rsidR="00535712">
              <w:rPr>
                <w:rFonts w:cs="Times New Roman"/>
              </w:rPr>
              <w:t>.</w:t>
            </w:r>
          </w:p>
        </w:tc>
        <w:tc>
          <w:tcPr>
            <w:tcW w:w="1204" w:type="pct"/>
          </w:tcPr>
          <w:p w14:paraId="5336C358" w14:textId="77777777" w:rsidR="0076289F" w:rsidRPr="00347368" w:rsidRDefault="0076289F" w:rsidP="00347368">
            <w:pPr>
              <w:jc w:val="left"/>
              <w:rPr>
                <w:rFonts w:cs="Times New Roman"/>
              </w:rPr>
            </w:pPr>
          </w:p>
          <w:p w14:paraId="7FB716C6" w14:textId="26EAE06C" w:rsidR="0076289F" w:rsidRPr="00347368" w:rsidRDefault="0076289F" w:rsidP="00347368">
            <w:pPr>
              <w:jc w:val="left"/>
              <w:rPr>
                <w:rFonts w:cs="Times New Roman"/>
              </w:rPr>
            </w:pPr>
            <w:r w:rsidRPr="00347368">
              <w:rPr>
                <w:rFonts w:cs="Times New Roman"/>
              </w:rPr>
              <w:t xml:space="preserve">1. </w:t>
            </w:r>
            <w:proofErr w:type="spellStart"/>
            <w:r w:rsidR="00A030CA" w:rsidRPr="00A030CA">
              <w:rPr>
                <w:rFonts w:cs="Times New Roman"/>
              </w:rPr>
              <w:t>Финализовати</w:t>
            </w:r>
            <w:proofErr w:type="spellEnd"/>
            <w:r w:rsidR="00A030CA" w:rsidRPr="00A030CA">
              <w:rPr>
                <w:rFonts w:cs="Times New Roman"/>
              </w:rPr>
              <w:t xml:space="preserve"> и </w:t>
            </w:r>
            <w:proofErr w:type="spellStart"/>
            <w:r w:rsidR="00A030CA" w:rsidRPr="00A030CA">
              <w:rPr>
                <w:rFonts w:cs="Times New Roman"/>
              </w:rPr>
              <w:t>поново</w:t>
            </w:r>
            <w:proofErr w:type="spellEnd"/>
            <w:r w:rsidR="00A030CA" w:rsidRPr="00A030CA">
              <w:rPr>
                <w:rFonts w:cs="Times New Roman"/>
              </w:rPr>
              <w:t xml:space="preserve"> </w:t>
            </w:r>
            <w:proofErr w:type="spellStart"/>
            <w:r w:rsidR="00A030CA" w:rsidRPr="00A030CA">
              <w:rPr>
                <w:rFonts w:cs="Times New Roman"/>
              </w:rPr>
              <w:t>објавити</w:t>
            </w:r>
            <w:proofErr w:type="spellEnd"/>
            <w:r w:rsidR="00A030CA" w:rsidRPr="00A030CA">
              <w:rPr>
                <w:rFonts w:cs="Times New Roman"/>
              </w:rPr>
              <w:t xml:space="preserve"> </w:t>
            </w:r>
            <w:proofErr w:type="spellStart"/>
            <w:r w:rsidR="00A030CA" w:rsidRPr="00A030CA">
              <w:rPr>
                <w:rFonts w:cs="Times New Roman"/>
              </w:rPr>
              <w:t>пре</w:t>
            </w:r>
            <w:proofErr w:type="spellEnd"/>
            <w:r w:rsidR="00A030CA" w:rsidRPr="00A030CA">
              <w:rPr>
                <w:rFonts w:cs="Times New Roman"/>
              </w:rPr>
              <w:t xml:space="preserve"> </w:t>
            </w:r>
            <w:proofErr w:type="spellStart"/>
            <w:r w:rsidR="00A030CA" w:rsidRPr="00A030CA">
              <w:rPr>
                <w:rFonts w:cs="Times New Roman"/>
              </w:rPr>
              <w:t>преговора</w:t>
            </w:r>
            <w:proofErr w:type="spellEnd"/>
            <w:r w:rsidR="00A030CA" w:rsidRPr="00A030CA">
              <w:rPr>
                <w:rFonts w:cs="Times New Roman"/>
              </w:rPr>
              <w:t xml:space="preserve">, а </w:t>
            </w:r>
            <w:proofErr w:type="spellStart"/>
            <w:r w:rsidR="00A030CA" w:rsidRPr="00A030CA">
              <w:rPr>
                <w:rFonts w:cs="Times New Roman"/>
              </w:rPr>
              <w:t>након</w:t>
            </w:r>
            <w:proofErr w:type="spellEnd"/>
            <w:r w:rsidR="00A030CA" w:rsidRPr="00A030CA">
              <w:rPr>
                <w:rFonts w:cs="Times New Roman"/>
              </w:rPr>
              <w:t xml:space="preserve"> </w:t>
            </w:r>
            <w:proofErr w:type="spellStart"/>
            <w:r w:rsidR="00A030CA" w:rsidRPr="00A030CA">
              <w:rPr>
                <w:rFonts w:cs="Times New Roman"/>
              </w:rPr>
              <w:t>тога</w:t>
            </w:r>
            <w:proofErr w:type="spellEnd"/>
            <w:r w:rsidR="00A030CA" w:rsidRPr="00A030CA">
              <w:rPr>
                <w:rFonts w:cs="Times New Roman"/>
              </w:rPr>
              <w:t xml:space="preserve"> </w:t>
            </w:r>
            <w:proofErr w:type="spellStart"/>
            <w:r w:rsidR="00A030CA" w:rsidRPr="00A030CA">
              <w:rPr>
                <w:rFonts w:cs="Times New Roman"/>
              </w:rPr>
              <w:t>спровести</w:t>
            </w:r>
            <w:proofErr w:type="spellEnd"/>
            <w:r w:rsidR="00515978" w:rsidRPr="00347368">
              <w:rPr>
                <w:rFonts w:cs="Times New Roman"/>
              </w:rPr>
              <w:t>.</w:t>
            </w:r>
          </w:p>
          <w:p w14:paraId="3E26B5D4" w14:textId="77777777" w:rsidR="0076289F" w:rsidRDefault="0076289F" w:rsidP="00347368">
            <w:pPr>
              <w:jc w:val="left"/>
              <w:rPr>
                <w:rFonts w:cs="Times New Roman"/>
              </w:rPr>
            </w:pPr>
          </w:p>
          <w:p w14:paraId="16B81E63" w14:textId="77777777" w:rsidR="00E011B8" w:rsidRPr="00347368" w:rsidRDefault="00E011B8" w:rsidP="00347368">
            <w:pPr>
              <w:jc w:val="left"/>
              <w:rPr>
                <w:rFonts w:cs="Times New Roman"/>
              </w:rPr>
            </w:pPr>
          </w:p>
          <w:p w14:paraId="4E902935" w14:textId="71182F48" w:rsidR="00CB77F6" w:rsidRPr="00347368" w:rsidRDefault="0033700A" w:rsidP="00347368">
            <w:pPr>
              <w:jc w:val="left"/>
              <w:rPr>
                <w:rFonts w:cs="Times New Roman"/>
              </w:rPr>
            </w:pPr>
            <w:r w:rsidRPr="00347368">
              <w:rPr>
                <w:rFonts w:cs="Times New Roman"/>
              </w:rPr>
              <w:t xml:space="preserve">2. </w:t>
            </w:r>
            <w:proofErr w:type="spellStart"/>
            <w:r w:rsidR="00A030CA" w:rsidRPr="00A030CA">
              <w:rPr>
                <w:rFonts w:cs="Times New Roman"/>
              </w:rPr>
              <w:t>Припремити</w:t>
            </w:r>
            <w:proofErr w:type="spellEnd"/>
            <w:r w:rsidR="00A030CA" w:rsidRPr="00A030CA">
              <w:rPr>
                <w:rFonts w:cs="Times New Roman"/>
              </w:rPr>
              <w:t xml:space="preserve">, </w:t>
            </w:r>
            <w:proofErr w:type="spellStart"/>
            <w:r w:rsidR="00A030CA" w:rsidRPr="00A030CA">
              <w:rPr>
                <w:rFonts w:cs="Times New Roman"/>
              </w:rPr>
              <w:t>објавити</w:t>
            </w:r>
            <w:proofErr w:type="spellEnd"/>
            <w:r w:rsidR="00A030CA" w:rsidRPr="00A030CA">
              <w:rPr>
                <w:rFonts w:cs="Times New Roman"/>
              </w:rPr>
              <w:t xml:space="preserve"> и </w:t>
            </w:r>
            <w:proofErr w:type="spellStart"/>
            <w:r w:rsidR="00A030CA" w:rsidRPr="00A030CA">
              <w:rPr>
                <w:rFonts w:cs="Times New Roman"/>
              </w:rPr>
              <w:t>спровести</w:t>
            </w:r>
            <w:proofErr w:type="spellEnd"/>
            <w:r w:rsidR="00A030CA" w:rsidRPr="00A030CA">
              <w:rPr>
                <w:rFonts w:cs="Times New Roman"/>
              </w:rPr>
              <w:t xml:space="preserve"> </w:t>
            </w:r>
            <w:proofErr w:type="spellStart"/>
            <w:r w:rsidR="00A030CA" w:rsidRPr="00A030CA">
              <w:rPr>
                <w:rFonts w:cs="Times New Roman"/>
              </w:rPr>
              <w:t>консултације</w:t>
            </w:r>
            <w:proofErr w:type="spellEnd"/>
            <w:r w:rsidR="00A030CA" w:rsidRPr="00A030CA">
              <w:rPr>
                <w:rFonts w:cs="Times New Roman"/>
              </w:rPr>
              <w:t xml:space="preserve"> о ESIA и ESMP </w:t>
            </w:r>
            <w:proofErr w:type="spellStart"/>
            <w:r w:rsidR="00A030CA" w:rsidRPr="00A030CA">
              <w:rPr>
                <w:rFonts w:cs="Times New Roman"/>
              </w:rPr>
              <w:t>пре</w:t>
            </w:r>
            <w:proofErr w:type="spellEnd"/>
            <w:r w:rsidR="00A030CA" w:rsidRPr="00A030CA">
              <w:rPr>
                <w:rFonts w:cs="Times New Roman"/>
              </w:rPr>
              <w:t xml:space="preserve"> </w:t>
            </w:r>
            <w:proofErr w:type="spellStart"/>
            <w:r w:rsidR="00A030CA" w:rsidRPr="00A030CA">
              <w:rPr>
                <w:rFonts w:cs="Times New Roman"/>
              </w:rPr>
              <w:t>покретања</w:t>
            </w:r>
            <w:proofErr w:type="spellEnd"/>
            <w:r w:rsidR="00A030CA" w:rsidRPr="00A030CA">
              <w:rPr>
                <w:rFonts w:cs="Times New Roman"/>
              </w:rPr>
              <w:t xml:space="preserve"> </w:t>
            </w:r>
            <w:proofErr w:type="spellStart"/>
            <w:r w:rsidR="00A030CA" w:rsidRPr="00A030CA">
              <w:rPr>
                <w:rFonts w:cs="Times New Roman"/>
              </w:rPr>
              <w:t>тендерског</w:t>
            </w:r>
            <w:proofErr w:type="spellEnd"/>
            <w:r w:rsidR="00A030CA" w:rsidRPr="00A030CA">
              <w:rPr>
                <w:rFonts w:cs="Times New Roman"/>
              </w:rPr>
              <w:t xml:space="preserve"> </w:t>
            </w:r>
            <w:proofErr w:type="spellStart"/>
            <w:r w:rsidR="00A030CA" w:rsidRPr="00A030CA">
              <w:rPr>
                <w:rFonts w:cs="Times New Roman"/>
              </w:rPr>
              <w:t>поступка</w:t>
            </w:r>
            <w:proofErr w:type="spellEnd"/>
            <w:r w:rsidR="00A030CA" w:rsidRPr="00A030CA">
              <w:rPr>
                <w:rFonts w:cs="Times New Roman"/>
              </w:rPr>
              <w:t xml:space="preserve"> </w:t>
            </w:r>
            <w:proofErr w:type="spellStart"/>
            <w:r w:rsidR="00A030CA" w:rsidRPr="00A030CA">
              <w:rPr>
                <w:rFonts w:cs="Times New Roman"/>
              </w:rPr>
              <w:t>за</w:t>
            </w:r>
            <w:proofErr w:type="spellEnd"/>
            <w:r w:rsidR="00A030CA" w:rsidRPr="00A030CA">
              <w:rPr>
                <w:rFonts w:cs="Times New Roman"/>
              </w:rPr>
              <w:t xml:space="preserve"> </w:t>
            </w:r>
            <w:proofErr w:type="spellStart"/>
            <w:r w:rsidR="00A030CA" w:rsidRPr="00A030CA">
              <w:rPr>
                <w:rFonts w:cs="Times New Roman"/>
              </w:rPr>
              <w:t>радове</w:t>
            </w:r>
            <w:proofErr w:type="spellEnd"/>
            <w:r w:rsidR="00A030CA" w:rsidRPr="00A030CA">
              <w:rPr>
                <w:rFonts w:cs="Times New Roman"/>
              </w:rPr>
              <w:t xml:space="preserve">, а </w:t>
            </w:r>
            <w:proofErr w:type="spellStart"/>
            <w:r w:rsidR="00A030CA" w:rsidRPr="00A030CA">
              <w:rPr>
                <w:rFonts w:cs="Times New Roman"/>
              </w:rPr>
              <w:t>након</w:t>
            </w:r>
            <w:proofErr w:type="spellEnd"/>
            <w:r w:rsidR="00A030CA" w:rsidRPr="00A030CA">
              <w:rPr>
                <w:rFonts w:cs="Times New Roman"/>
              </w:rPr>
              <w:t xml:space="preserve"> </w:t>
            </w:r>
            <w:proofErr w:type="spellStart"/>
            <w:r w:rsidR="00A030CA" w:rsidRPr="00A030CA">
              <w:rPr>
                <w:rFonts w:cs="Times New Roman"/>
              </w:rPr>
              <w:t>тога</w:t>
            </w:r>
            <w:proofErr w:type="spellEnd"/>
            <w:r w:rsidR="00A030CA" w:rsidRPr="00A030CA">
              <w:rPr>
                <w:rFonts w:cs="Times New Roman"/>
              </w:rPr>
              <w:t xml:space="preserve"> </w:t>
            </w:r>
            <w:proofErr w:type="spellStart"/>
            <w:r w:rsidR="00A030CA" w:rsidRPr="00A030CA">
              <w:rPr>
                <w:rFonts w:cs="Times New Roman"/>
              </w:rPr>
              <w:lastRenderedPageBreak/>
              <w:t>спроводити</w:t>
            </w:r>
            <w:proofErr w:type="spellEnd"/>
            <w:r w:rsidR="00A030CA" w:rsidRPr="00A030CA">
              <w:rPr>
                <w:rFonts w:cs="Times New Roman"/>
              </w:rPr>
              <w:t xml:space="preserve"> ESIA и ESMP </w:t>
            </w:r>
            <w:proofErr w:type="spellStart"/>
            <w:r w:rsidR="00A030CA" w:rsidRPr="00A030CA">
              <w:rPr>
                <w:rFonts w:cs="Times New Roman"/>
              </w:rPr>
              <w:t>током</w:t>
            </w:r>
            <w:proofErr w:type="spellEnd"/>
            <w:r w:rsidR="00A030CA" w:rsidRPr="00A030CA">
              <w:rPr>
                <w:rFonts w:cs="Times New Roman"/>
              </w:rPr>
              <w:t xml:space="preserve"> </w:t>
            </w:r>
            <w:proofErr w:type="spellStart"/>
            <w:r w:rsidR="00A030CA" w:rsidRPr="00A030CA">
              <w:rPr>
                <w:rFonts w:cs="Times New Roman"/>
              </w:rPr>
              <w:t>читавог</w:t>
            </w:r>
            <w:proofErr w:type="spellEnd"/>
            <w:r w:rsidR="00A030CA" w:rsidRPr="00A030CA">
              <w:rPr>
                <w:rFonts w:cs="Times New Roman"/>
              </w:rPr>
              <w:t xml:space="preserve"> </w:t>
            </w:r>
            <w:proofErr w:type="spellStart"/>
            <w:r w:rsidR="00A030CA" w:rsidRPr="00A030CA">
              <w:rPr>
                <w:rFonts w:cs="Times New Roman"/>
              </w:rPr>
              <w:t>периода</w:t>
            </w:r>
            <w:proofErr w:type="spellEnd"/>
            <w:r w:rsidR="00A030CA" w:rsidRPr="00A030CA">
              <w:rPr>
                <w:rFonts w:cs="Times New Roman"/>
              </w:rPr>
              <w:t xml:space="preserve"> </w:t>
            </w:r>
            <w:proofErr w:type="spellStart"/>
            <w:r w:rsidR="00A030CA" w:rsidRPr="00A030CA">
              <w:rPr>
                <w:rFonts w:cs="Times New Roman"/>
              </w:rPr>
              <w:t>имплементације</w:t>
            </w:r>
            <w:proofErr w:type="spellEnd"/>
            <w:r w:rsidR="00A030CA" w:rsidRPr="00A030CA">
              <w:rPr>
                <w:rFonts w:cs="Times New Roman"/>
              </w:rPr>
              <w:t xml:space="preserve"> Пројекта</w:t>
            </w:r>
            <w:r w:rsidR="1E9FCC0C" w:rsidRPr="00347368">
              <w:rPr>
                <w:rFonts w:cs="Times New Roman"/>
              </w:rPr>
              <w:t>.</w:t>
            </w:r>
          </w:p>
        </w:tc>
        <w:tc>
          <w:tcPr>
            <w:tcW w:w="733" w:type="pct"/>
          </w:tcPr>
          <w:p w14:paraId="61B509C2" w14:textId="77777777" w:rsidR="00D1171F" w:rsidRPr="00347368" w:rsidRDefault="00D1171F" w:rsidP="00347368">
            <w:pPr>
              <w:jc w:val="left"/>
              <w:rPr>
                <w:rFonts w:cs="Times New Roman"/>
              </w:rPr>
            </w:pPr>
          </w:p>
          <w:p w14:paraId="0B89AEF9" w14:textId="43AE71DC" w:rsidR="002476F1" w:rsidRPr="00AA4ED3" w:rsidRDefault="00AA4ED3" w:rsidP="00347368">
            <w:pPr>
              <w:jc w:val="left"/>
              <w:rPr>
                <w:rFonts w:cs="Times New Roman"/>
                <w:lang w:val="sr-Cyrl-RS"/>
              </w:rPr>
            </w:pPr>
            <w:r>
              <w:rPr>
                <w:rFonts w:cs="Times New Roman"/>
                <w:lang w:val="sr-Cyrl-RS"/>
              </w:rPr>
              <w:t>МРЕ</w:t>
            </w:r>
          </w:p>
        </w:tc>
      </w:tr>
      <w:tr w:rsidR="00625796" w:rsidRPr="00347368" w14:paraId="1EAE2F28" w14:textId="77777777" w:rsidTr="009D7F44">
        <w:tc>
          <w:tcPr>
            <w:tcW w:w="268" w:type="pct"/>
          </w:tcPr>
          <w:p w14:paraId="721C89B4" w14:textId="4F27DF26" w:rsidR="00DD0717" w:rsidRPr="00347368" w:rsidRDefault="00DD0717" w:rsidP="00347368">
            <w:pPr>
              <w:jc w:val="left"/>
              <w:rPr>
                <w:rFonts w:cs="Times New Roman"/>
              </w:rPr>
            </w:pPr>
            <w:r w:rsidRPr="00347368">
              <w:rPr>
                <w:rFonts w:cs="Times New Roman"/>
              </w:rPr>
              <w:t>1.2.</w:t>
            </w:r>
          </w:p>
        </w:tc>
        <w:tc>
          <w:tcPr>
            <w:tcW w:w="2795" w:type="pct"/>
          </w:tcPr>
          <w:p w14:paraId="4BDBA305" w14:textId="58B26178" w:rsidR="00DD0717" w:rsidRPr="00347368" w:rsidRDefault="00745528" w:rsidP="00347368">
            <w:pPr>
              <w:jc w:val="left"/>
              <w:rPr>
                <w:rFonts w:cs="Times New Roman"/>
                <w:b/>
                <w:bCs/>
                <w:color w:val="4472C4" w:themeColor="accent1"/>
              </w:rPr>
            </w:pPr>
            <w:r w:rsidRPr="00745528">
              <w:rPr>
                <w:rFonts w:cs="Times New Roman"/>
                <w:b/>
                <w:bCs/>
                <w:color w:val="4472C4" w:themeColor="accent1"/>
              </w:rPr>
              <w:t>УПРАВЉАЊЕ ИЗВОЂАЧИМА РАДОВА</w:t>
            </w:r>
          </w:p>
          <w:p w14:paraId="4409CE8F" w14:textId="2674D173" w:rsidR="00DD0717" w:rsidRPr="00347368" w:rsidRDefault="00745528" w:rsidP="00347368">
            <w:pPr>
              <w:jc w:val="left"/>
              <w:rPr>
                <w:rFonts w:cs="Times New Roman"/>
              </w:rPr>
            </w:pPr>
            <w:proofErr w:type="spellStart"/>
            <w:r w:rsidRPr="00745528">
              <w:rPr>
                <w:rFonts w:cs="Times New Roman"/>
              </w:rPr>
              <w:t>Укључити</w:t>
            </w:r>
            <w:proofErr w:type="spellEnd"/>
            <w:r w:rsidRPr="00745528">
              <w:rPr>
                <w:rFonts w:cs="Times New Roman"/>
              </w:rPr>
              <w:t xml:space="preserve"> </w:t>
            </w:r>
            <w:proofErr w:type="spellStart"/>
            <w:r w:rsidRPr="00745528">
              <w:rPr>
                <w:rFonts w:cs="Times New Roman"/>
              </w:rPr>
              <w:t>релевантне</w:t>
            </w:r>
            <w:proofErr w:type="spellEnd"/>
            <w:r w:rsidRPr="00745528">
              <w:rPr>
                <w:rFonts w:cs="Times New Roman"/>
              </w:rPr>
              <w:t xml:space="preserve"> </w:t>
            </w:r>
            <w:proofErr w:type="spellStart"/>
            <w:r w:rsidRPr="00745528">
              <w:rPr>
                <w:rFonts w:cs="Times New Roman"/>
              </w:rPr>
              <w:t>аспекте</w:t>
            </w:r>
            <w:proofErr w:type="spellEnd"/>
            <w:r w:rsidRPr="00745528">
              <w:rPr>
                <w:rFonts w:cs="Times New Roman"/>
              </w:rPr>
              <w:t xml:space="preserve"> ESCP-а, </w:t>
            </w:r>
            <w:proofErr w:type="spellStart"/>
            <w:r w:rsidRPr="00745528">
              <w:rPr>
                <w:rFonts w:cs="Times New Roman"/>
              </w:rPr>
              <w:t>укључујући</w:t>
            </w:r>
            <w:proofErr w:type="spellEnd"/>
            <w:r w:rsidRPr="00745528">
              <w:rPr>
                <w:rFonts w:cs="Times New Roman"/>
              </w:rPr>
              <w:t xml:space="preserve"> ESIA/ESMP, </w:t>
            </w:r>
            <w:proofErr w:type="spellStart"/>
            <w:r w:rsidRPr="00745528">
              <w:rPr>
                <w:rFonts w:cs="Times New Roman"/>
              </w:rPr>
              <w:t>Процедуре</w:t>
            </w:r>
            <w:proofErr w:type="spellEnd"/>
            <w:r w:rsidRPr="00745528">
              <w:rPr>
                <w:rFonts w:cs="Times New Roman"/>
              </w:rPr>
              <w:t xml:space="preserve"> </w:t>
            </w:r>
            <w:proofErr w:type="spellStart"/>
            <w:r w:rsidRPr="00745528">
              <w:rPr>
                <w:rFonts w:cs="Times New Roman"/>
              </w:rPr>
              <w:t>управљања</w:t>
            </w:r>
            <w:proofErr w:type="spellEnd"/>
            <w:r w:rsidRPr="00745528">
              <w:rPr>
                <w:rFonts w:cs="Times New Roman"/>
              </w:rPr>
              <w:t xml:space="preserve"> </w:t>
            </w:r>
            <w:proofErr w:type="spellStart"/>
            <w:r w:rsidRPr="00745528">
              <w:rPr>
                <w:rFonts w:cs="Times New Roman"/>
              </w:rPr>
              <w:t>радом</w:t>
            </w:r>
            <w:proofErr w:type="spellEnd"/>
            <w:r w:rsidRPr="00745528">
              <w:rPr>
                <w:rFonts w:cs="Times New Roman"/>
              </w:rPr>
              <w:t xml:space="preserve"> </w:t>
            </w:r>
            <w:r w:rsidR="00DD0717" w:rsidRPr="00347368">
              <w:rPr>
                <w:rFonts w:cs="Times New Roman"/>
              </w:rPr>
              <w:t xml:space="preserve">(LMP), </w:t>
            </w:r>
            <w:proofErr w:type="spellStart"/>
            <w:r w:rsidRPr="00745528">
              <w:rPr>
                <w:rFonts w:cs="Times New Roman"/>
              </w:rPr>
              <w:t>План</w:t>
            </w:r>
            <w:proofErr w:type="spellEnd"/>
            <w:r w:rsidRPr="00745528">
              <w:rPr>
                <w:rFonts w:cs="Times New Roman"/>
              </w:rPr>
              <w:t xml:space="preserve"> </w:t>
            </w:r>
            <w:proofErr w:type="spellStart"/>
            <w:r w:rsidRPr="00745528">
              <w:rPr>
                <w:rFonts w:cs="Times New Roman"/>
              </w:rPr>
              <w:t>управљања</w:t>
            </w:r>
            <w:proofErr w:type="spellEnd"/>
            <w:r w:rsidRPr="00745528">
              <w:rPr>
                <w:rFonts w:cs="Times New Roman"/>
              </w:rPr>
              <w:t xml:space="preserve"> </w:t>
            </w:r>
            <w:proofErr w:type="spellStart"/>
            <w:r w:rsidRPr="00745528">
              <w:rPr>
                <w:rFonts w:cs="Times New Roman"/>
              </w:rPr>
              <w:t>безбедношћу</w:t>
            </w:r>
            <w:proofErr w:type="spellEnd"/>
            <w:r w:rsidRPr="00745528">
              <w:rPr>
                <w:rFonts w:cs="Times New Roman"/>
              </w:rPr>
              <w:t xml:space="preserve">, </w:t>
            </w:r>
            <w:proofErr w:type="spellStart"/>
            <w:r w:rsidRPr="00745528">
              <w:rPr>
                <w:rFonts w:cs="Times New Roman"/>
              </w:rPr>
              <w:t>Акциони</w:t>
            </w:r>
            <w:proofErr w:type="spellEnd"/>
            <w:r w:rsidRPr="00745528">
              <w:rPr>
                <w:rFonts w:cs="Times New Roman"/>
              </w:rPr>
              <w:t xml:space="preserve"> </w:t>
            </w:r>
            <w:proofErr w:type="spellStart"/>
            <w:r w:rsidRPr="00745528">
              <w:rPr>
                <w:rFonts w:cs="Times New Roman"/>
              </w:rPr>
              <w:t>план</w:t>
            </w:r>
            <w:proofErr w:type="spellEnd"/>
            <w:r w:rsidRPr="00745528">
              <w:rPr>
                <w:rFonts w:cs="Times New Roman"/>
              </w:rPr>
              <w:t xml:space="preserve"> </w:t>
            </w:r>
            <w:proofErr w:type="spellStart"/>
            <w:r w:rsidRPr="00745528">
              <w:rPr>
                <w:rFonts w:cs="Times New Roman"/>
              </w:rPr>
              <w:t>за</w:t>
            </w:r>
            <w:proofErr w:type="spellEnd"/>
            <w:r>
              <w:rPr>
                <w:rFonts w:cs="Times New Roman"/>
                <w:lang w:val="sr-Cyrl-RS"/>
              </w:rPr>
              <w:t xml:space="preserve"> </w:t>
            </w:r>
            <w:r w:rsidR="00DD0717" w:rsidRPr="00347368">
              <w:rPr>
                <w:rFonts w:cs="Times New Roman"/>
              </w:rPr>
              <w:t xml:space="preserve">SEA/SH, SEP, </w:t>
            </w:r>
            <w:r w:rsidRPr="00745528">
              <w:rPr>
                <w:rFonts w:cs="Times New Roman"/>
              </w:rPr>
              <w:t xml:space="preserve">и </w:t>
            </w:r>
            <w:proofErr w:type="spellStart"/>
            <w:r w:rsidRPr="00745528">
              <w:rPr>
                <w:rFonts w:cs="Times New Roman"/>
              </w:rPr>
              <w:t>Оквир</w:t>
            </w:r>
            <w:proofErr w:type="spellEnd"/>
            <w:r w:rsidRPr="00745528">
              <w:rPr>
                <w:rFonts w:cs="Times New Roman"/>
              </w:rPr>
              <w:t xml:space="preserve"> </w:t>
            </w:r>
            <w:proofErr w:type="spellStart"/>
            <w:r w:rsidRPr="00745528">
              <w:rPr>
                <w:rFonts w:cs="Times New Roman"/>
              </w:rPr>
              <w:t>политике</w:t>
            </w:r>
            <w:proofErr w:type="spellEnd"/>
            <w:r w:rsidRPr="00745528">
              <w:rPr>
                <w:rFonts w:cs="Times New Roman"/>
              </w:rPr>
              <w:t xml:space="preserve"> </w:t>
            </w:r>
            <w:r w:rsidR="00842D45">
              <w:rPr>
                <w:rFonts w:cs="Times New Roman"/>
                <w:lang w:val="sr-Cyrl-CS"/>
              </w:rPr>
              <w:t>експропријације</w:t>
            </w:r>
            <w:r w:rsidRPr="00745528">
              <w:rPr>
                <w:rFonts w:cs="Times New Roman"/>
              </w:rPr>
              <w:t xml:space="preserve"> </w:t>
            </w:r>
            <w:r w:rsidR="00251236" w:rsidRPr="00347368">
              <w:rPr>
                <w:rFonts w:cs="Times New Roman"/>
              </w:rPr>
              <w:t xml:space="preserve">(RPF) </w:t>
            </w:r>
            <w:r w:rsidRPr="00745528">
              <w:rPr>
                <w:rFonts w:cs="Times New Roman"/>
              </w:rPr>
              <w:t xml:space="preserve">у E&amp;S </w:t>
            </w:r>
            <w:proofErr w:type="spellStart"/>
            <w:r w:rsidRPr="00745528">
              <w:rPr>
                <w:rFonts w:cs="Times New Roman"/>
              </w:rPr>
              <w:t>спецификације</w:t>
            </w:r>
            <w:proofErr w:type="spellEnd"/>
            <w:r w:rsidRPr="00745528">
              <w:rPr>
                <w:rFonts w:cs="Times New Roman"/>
              </w:rPr>
              <w:t xml:space="preserve"> </w:t>
            </w:r>
            <w:proofErr w:type="spellStart"/>
            <w:r w:rsidRPr="00745528">
              <w:rPr>
                <w:rFonts w:cs="Times New Roman"/>
              </w:rPr>
              <w:t>документације</w:t>
            </w:r>
            <w:proofErr w:type="spellEnd"/>
            <w:r w:rsidRPr="00745528">
              <w:rPr>
                <w:rFonts w:cs="Times New Roman"/>
              </w:rPr>
              <w:t xml:space="preserve"> </w:t>
            </w:r>
            <w:proofErr w:type="spellStart"/>
            <w:r w:rsidRPr="00745528">
              <w:rPr>
                <w:rFonts w:cs="Times New Roman"/>
              </w:rPr>
              <w:t>за</w:t>
            </w:r>
            <w:proofErr w:type="spellEnd"/>
            <w:r w:rsidRPr="00745528">
              <w:rPr>
                <w:rFonts w:cs="Times New Roman"/>
              </w:rPr>
              <w:t xml:space="preserve"> </w:t>
            </w:r>
            <w:proofErr w:type="spellStart"/>
            <w:r w:rsidRPr="00745528">
              <w:rPr>
                <w:rFonts w:cs="Times New Roman"/>
              </w:rPr>
              <w:t>набавке</w:t>
            </w:r>
            <w:proofErr w:type="spellEnd"/>
            <w:r w:rsidRPr="00745528">
              <w:rPr>
                <w:rFonts w:cs="Times New Roman"/>
              </w:rPr>
              <w:t xml:space="preserve"> и </w:t>
            </w:r>
            <w:proofErr w:type="spellStart"/>
            <w:r w:rsidRPr="00745528">
              <w:rPr>
                <w:rFonts w:cs="Times New Roman"/>
              </w:rPr>
              <w:t>уговоре</w:t>
            </w:r>
            <w:proofErr w:type="spellEnd"/>
            <w:r w:rsidRPr="00745528">
              <w:rPr>
                <w:rFonts w:cs="Times New Roman"/>
              </w:rPr>
              <w:t xml:space="preserve"> </w:t>
            </w:r>
            <w:proofErr w:type="spellStart"/>
            <w:r w:rsidRPr="00745528">
              <w:rPr>
                <w:rFonts w:cs="Times New Roman"/>
              </w:rPr>
              <w:t>са</w:t>
            </w:r>
            <w:proofErr w:type="spellEnd"/>
            <w:r w:rsidRPr="00745528">
              <w:rPr>
                <w:rFonts w:cs="Times New Roman"/>
              </w:rPr>
              <w:t xml:space="preserve"> </w:t>
            </w:r>
            <w:proofErr w:type="spellStart"/>
            <w:r w:rsidRPr="00745528">
              <w:rPr>
                <w:rFonts w:cs="Times New Roman"/>
              </w:rPr>
              <w:t>извођачима</w:t>
            </w:r>
            <w:proofErr w:type="spellEnd"/>
            <w:r w:rsidRPr="00745528">
              <w:rPr>
                <w:rFonts w:cs="Times New Roman"/>
              </w:rPr>
              <w:t xml:space="preserve"> </w:t>
            </w:r>
            <w:proofErr w:type="spellStart"/>
            <w:r w:rsidRPr="00745528">
              <w:rPr>
                <w:rFonts w:cs="Times New Roman"/>
              </w:rPr>
              <w:t>радова</w:t>
            </w:r>
            <w:proofErr w:type="spellEnd"/>
            <w:r w:rsidRPr="00745528">
              <w:rPr>
                <w:rFonts w:cs="Times New Roman"/>
              </w:rPr>
              <w:t xml:space="preserve"> и </w:t>
            </w:r>
            <w:proofErr w:type="spellStart"/>
            <w:r w:rsidRPr="00745528">
              <w:rPr>
                <w:rFonts w:cs="Times New Roman"/>
              </w:rPr>
              <w:t>надзорним</w:t>
            </w:r>
            <w:proofErr w:type="spellEnd"/>
            <w:r w:rsidRPr="00745528">
              <w:rPr>
                <w:rFonts w:cs="Times New Roman"/>
              </w:rPr>
              <w:t xml:space="preserve"> </w:t>
            </w:r>
            <w:proofErr w:type="spellStart"/>
            <w:r w:rsidRPr="00745528">
              <w:rPr>
                <w:rFonts w:cs="Times New Roman"/>
              </w:rPr>
              <w:t>фирмама</w:t>
            </w:r>
            <w:proofErr w:type="spellEnd"/>
            <w:r w:rsidRPr="00745528">
              <w:rPr>
                <w:rFonts w:cs="Times New Roman"/>
              </w:rPr>
              <w:t xml:space="preserve">. </w:t>
            </w:r>
            <w:r>
              <w:rPr>
                <w:rFonts w:cs="Times New Roman"/>
                <w:lang w:val="sr-Cyrl-RS"/>
              </w:rPr>
              <w:t>Потом</w:t>
            </w:r>
            <w:r w:rsidRPr="00745528">
              <w:rPr>
                <w:rFonts w:cs="Times New Roman"/>
              </w:rPr>
              <w:t xml:space="preserve"> </w:t>
            </w:r>
            <w:proofErr w:type="spellStart"/>
            <w:r w:rsidRPr="00745528">
              <w:rPr>
                <w:rFonts w:cs="Times New Roman"/>
              </w:rPr>
              <w:t>осигурати</w:t>
            </w:r>
            <w:proofErr w:type="spellEnd"/>
            <w:r w:rsidRPr="00745528">
              <w:rPr>
                <w:rFonts w:cs="Times New Roman"/>
              </w:rPr>
              <w:t xml:space="preserve"> </w:t>
            </w:r>
            <w:proofErr w:type="spellStart"/>
            <w:r w:rsidRPr="00745528">
              <w:rPr>
                <w:rFonts w:cs="Times New Roman"/>
              </w:rPr>
              <w:t>да</w:t>
            </w:r>
            <w:proofErr w:type="spellEnd"/>
            <w:r w:rsidRPr="00745528">
              <w:rPr>
                <w:rFonts w:cs="Times New Roman"/>
              </w:rPr>
              <w:t xml:space="preserve"> </w:t>
            </w:r>
            <w:proofErr w:type="spellStart"/>
            <w:r w:rsidRPr="00745528">
              <w:rPr>
                <w:rFonts w:cs="Times New Roman"/>
              </w:rPr>
              <w:t>се</w:t>
            </w:r>
            <w:proofErr w:type="spellEnd"/>
            <w:r w:rsidRPr="00745528">
              <w:rPr>
                <w:rFonts w:cs="Times New Roman"/>
              </w:rPr>
              <w:t xml:space="preserve"> </w:t>
            </w:r>
            <w:proofErr w:type="spellStart"/>
            <w:r w:rsidRPr="00745528">
              <w:rPr>
                <w:rFonts w:cs="Times New Roman"/>
              </w:rPr>
              <w:t>извођачи</w:t>
            </w:r>
            <w:proofErr w:type="spellEnd"/>
            <w:r w:rsidRPr="00745528">
              <w:rPr>
                <w:rFonts w:cs="Times New Roman"/>
              </w:rPr>
              <w:t xml:space="preserve"> </w:t>
            </w:r>
            <w:proofErr w:type="spellStart"/>
            <w:r w:rsidRPr="00745528">
              <w:rPr>
                <w:rFonts w:cs="Times New Roman"/>
              </w:rPr>
              <w:t>радова</w:t>
            </w:r>
            <w:proofErr w:type="spellEnd"/>
            <w:r w:rsidRPr="00745528">
              <w:rPr>
                <w:rFonts w:cs="Times New Roman"/>
              </w:rPr>
              <w:t xml:space="preserve"> и </w:t>
            </w:r>
            <w:proofErr w:type="spellStart"/>
            <w:r w:rsidRPr="00745528">
              <w:rPr>
                <w:rFonts w:cs="Times New Roman"/>
              </w:rPr>
              <w:t>надзорне</w:t>
            </w:r>
            <w:proofErr w:type="spellEnd"/>
            <w:r w:rsidRPr="00745528">
              <w:rPr>
                <w:rFonts w:cs="Times New Roman"/>
              </w:rPr>
              <w:t xml:space="preserve"> </w:t>
            </w:r>
            <w:proofErr w:type="spellStart"/>
            <w:r w:rsidRPr="00745528">
              <w:rPr>
                <w:rFonts w:cs="Times New Roman"/>
              </w:rPr>
              <w:t>фирме</w:t>
            </w:r>
            <w:proofErr w:type="spellEnd"/>
            <w:r w:rsidRPr="00745528">
              <w:rPr>
                <w:rFonts w:cs="Times New Roman"/>
              </w:rPr>
              <w:t xml:space="preserve"> </w:t>
            </w:r>
            <w:proofErr w:type="spellStart"/>
            <w:r w:rsidRPr="00745528">
              <w:rPr>
                <w:rFonts w:cs="Times New Roman"/>
              </w:rPr>
              <w:t>придржавају</w:t>
            </w:r>
            <w:proofErr w:type="spellEnd"/>
            <w:r w:rsidRPr="00745528">
              <w:rPr>
                <w:rFonts w:cs="Times New Roman"/>
              </w:rPr>
              <w:t xml:space="preserve">, </w:t>
            </w:r>
            <w:proofErr w:type="spellStart"/>
            <w:r w:rsidRPr="00745528">
              <w:rPr>
                <w:rFonts w:cs="Times New Roman"/>
              </w:rPr>
              <w:t>као</w:t>
            </w:r>
            <w:proofErr w:type="spellEnd"/>
            <w:r w:rsidRPr="00745528">
              <w:rPr>
                <w:rFonts w:cs="Times New Roman"/>
              </w:rPr>
              <w:t xml:space="preserve"> и </w:t>
            </w:r>
            <w:proofErr w:type="spellStart"/>
            <w:r w:rsidRPr="00745528">
              <w:rPr>
                <w:rFonts w:cs="Times New Roman"/>
              </w:rPr>
              <w:t>да</w:t>
            </w:r>
            <w:proofErr w:type="spellEnd"/>
            <w:r w:rsidRPr="00745528">
              <w:rPr>
                <w:rFonts w:cs="Times New Roman"/>
              </w:rPr>
              <w:t xml:space="preserve"> </w:t>
            </w:r>
            <w:proofErr w:type="spellStart"/>
            <w:r w:rsidRPr="00745528">
              <w:rPr>
                <w:rFonts w:cs="Times New Roman"/>
              </w:rPr>
              <w:t>захтевају</w:t>
            </w:r>
            <w:proofErr w:type="spellEnd"/>
            <w:r w:rsidRPr="00745528">
              <w:rPr>
                <w:rFonts w:cs="Times New Roman"/>
              </w:rPr>
              <w:t xml:space="preserve"> </w:t>
            </w:r>
            <w:proofErr w:type="spellStart"/>
            <w:r w:rsidRPr="00745528">
              <w:rPr>
                <w:rFonts w:cs="Times New Roman"/>
              </w:rPr>
              <w:t>од</w:t>
            </w:r>
            <w:proofErr w:type="spellEnd"/>
            <w:r w:rsidRPr="00745528">
              <w:rPr>
                <w:rFonts w:cs="Times New Roman"/>
              </w:rPr>
              <w:t xml:space="preserve"> </w:t>
            </w:r>
            <w:proofErr w:type="spellStart"/>
            <w:r w:rsidRPr="00745528">
              <w:rPr>
                <w:rFonts w:cs="Times New Roman"/>
              </w:rPr>
              <w:t>својих</w:t>
            </w:r>
            <w:proofErr w:type="spellEnd"/>
            <w:r w:rsidRPr="00745528">
              <w:rPr>
                <w:rFonts w:cs="Times New Roman"/>
              </w:rPr>
              <w:t xml:space="preserve"> </w:t>
            </w:r>
            <w:proofErr w:type="spellStart"/>
            <w:r w:rsidRPr="00745528">
              <w:rPr>
                <w:rFonts w:cs="Times New Roman"/>
              </w:rPr>
              <w:t>подизвођача</w:t>
            </w:r>
            <w:proofErr w:type="spellEnd"/>
            <w:r w:rsidRPr="00745528">
              <w:rPr>
                <w:rFonts w:cs="Times New Roman"/>
              </w:rPr>
              <w:t xml:space="preserve"> </w:t>
            </w:r>
            <w:proofErr w:type="spellStart"/>
            <w:r w:rsidRPr="00745528">
              <w:rPr>
                <w:rFonts w:cs="Times New Roman"/>
              </w:rPr>
              <w:t>да</w:t>
            </w:r>
            <w:proofErr w:type="spellEnd"/>
            <w:r w:rsidRPr="00745528">
              <w:rPr>
                <w:rFonts w:cs="Times New Roman"/>
              </w:rPr>
              <w:t xml:space="preserve"> </w:t>
            </w:r>
            <w:proofErr w:type="spellStart"/>
            <w:r w:rsidRPr="00745528">
              <w:rPr>
                <w:rFonts w:cs="Times New Roman"/>
              </w:rPr>
              <w:t>се</w:t>
            </w:r>
            <w:proofErr w:type="spellEnd"/>
            <w:r w:rsidRPr="00745528">
              <w:rPr>
                <w:rFonts w:cs="Times New Roman"/>
              </w:rPr>
              <w:t xml:space="preserve"> </w:t>
            </w:r>
            <w:proofErr w:type="spellStart"/>
            <w:r w:rsidRPr="00745528">
              <w:rPr>
                <w:rFonts w:cs="Times New Roman"/>
              </w:rPr>
              <w:t>придржавају</w:t>
            </w:r>
            <w:proofErr w:type="spellEnd"/>
            <w:r w:rsidRPr="00745528">
              <w:rPr>
                <w:rFonts w:cs="Times New Roman"/>
              </w:rPr>
              <w:t xml:space="preserve"> E&amp;S </w:t>
            </w:r>
            <w:proofErr w:type="spellStart"/>
            <w:r w:rsidRPr="00745528">
              <w:rPr>
                <w:rFonts w:cs="Times New Roman"/>
              </w:rPr>
              <w:t>спецификација</w:t>
            </w:r>
            <w:proofErr w:type="spellEnd"/>
            <w:r w:rsidRPr="00745528">
              <w:rPr>
                <w:rFonts w:cs="Times New Roman"/>
              </w:rPr>
              <w:t xml:space="preserve"> </w:t>
            </w:r>
            <w:proofErr w:type="spellStart"/>
            <w:r w:rsidRPr="00745528">
              <w:rPr>
                <w:rFonts w:cs="Times New Roman"/>
              </w:rPr>
              <w:t>из</w:t>
            </w:r>
            <w:proofErr w:type="spellEnd"/>
            <w:r w:rsidRPr="00745528">
              <w:rPr>
                <w:rFonts w:cs="Times New Roman"/>
              </w:rPr>
              <w:t xml:space="preserve"> </w:t>
            </w:r>
            <w:proofErr w:type="spellStart"/>
            <w:r w:rsidRPr="00745528">
              <w:rPr>
                <w:rFonts w:cs="Times New Roman"/>
              </w:rPr>
              <w:t>својих</w:t>
            </w:r>
            <w:proofErr w:type="spellEnd"/>
            <w:r w:rsidRPr="00745528">
              <w:rPr>
                <w:rFonts w:cs="Times New Roman"/>
              </w:rPr>
              <w:t xml:space="preserve"> </w:t>
            </w:r>
            <w:proofErr w:type="spellStart"/>
            <w:r w:rsidRPr="00745528">
              <w:rPr>
                <w:rFonts w:cs="Times New Roman"/>
              </w:rPr>
              <w:t>одговарајућих</w:t>
            </w:r>
            <w:proofErr w:type="spellEnd"/>
            <w:r w:rsidRPr="00745528">
              <w:rPr>
                <w:rFonts w:cs="Times New Roman"/>
              </w:rPr>
              <w:t xml:space="preserve"> </w:t>
            </w:r>
            <w:proofErr w:type="spellStart"/>
            <w:r w:rsidRPr="00745528">
              <w:rPr>
                <w:rFonts w:cs="Times New Roman"/>
              </w:rPr>
              <w:t>уговора</w:t>
            </w:r>
            <w:proofErr w:type="spellEnd"/>
            <w:r w:rsidRPr="00745528">
              <w:rPr>
                <w:rFonts w:cs="Times New Roman"/>
              </w:rPr>
              <w:t xml:space="preserve">. </w:t>
            </w:r>
            <w:proofErr w:type="spellStart"/>
            <w:r w:rsidRPr="00745528">
              <w:rPr>
                <w:rFonts w:cs="Times New Roman"/>
              </w:rPr>
              <w:t>Доставити</w:t>
            </w:r>
            <w:proofErr w:type="spellEnd"/>
            <w:r w:rsidRPr="00745528">
              <w:rPr>
                <w:rFonts w:cs="Times New Roman"/>
              </w:rPr>
              <w:t xml:space="preserve"> </w:t>
            </w:r>
            <w:proofErr w:type="spellStart"/>
            <w:r w:rsidRPr="00745528">
              <w:rPr>
                <w:rFonts w:cs="Times New Roman"/>
              </w:rPr>
              <w:t>Банци</w:t>
            </w:r>
            <w:proofErr w:type="spellEnd"/>
            <w:r w:rsidRPr="00745528">
              <w:rPr>
                <w:rFonts w:cs="Times New Roman"/>
              </w:rPr>
              <w:t xml:space="preserve"> </w:t>
            </w:r>
            <w:proofErr w:type="spellStart"/>
            <w:r w:rsidRPr="00745528">
              <w:rPr>
                <w:rFonts w:cs="Times New Roman"/>
              </w:rPr>
              <w:t>копије</w:t>
            </w:r>
            <w:proofErr w:type="spellEnd"/>
            <w:r w:rsidRPr="00745528">
              <w:rPr>
                <w:rFonts w:cs="Times New Roman"/>
              </w:rPr>
              <w:t xml:space="preserve"> </w:t>
            </w:r>
            <w:proofErr w:type="spellStart"/>
            <w:r w:rsidRPr="00745528">
              <w:rPr>
                <w:rFonts w:cs="Times New Roman"/>
              </w:rPr>
              <w:t>релевантних</w:t>
            </w:r>
            <w:proofErr w:type="spellEnd"/>
            <w:r w:rsidRPr="00745528">
              <w:rPr>
                <w:rFonts w:cs="Times New Roman"/>
              </w:rPr>
              <w:t xml:space="preserve"> </w:t>
            </w:r>
            <w:proofErr w:type="spellStart"/>
            <w:r w:rsidRPr="00745528">
              <w:rPr>
                <w:rFonts w:cs="Times New Roman"/>
              </w:rPr>
              <w:t>уговора</w:t>
            </w:r>
            <w:proofErr w:type="spellEnd"/>
            <w:r w:rsidRPr="00745528">
              <w:rPr>
                <w:rFonts w:cs="Times New Roman"/>
              </w:rPr>
              <w:t xml:space="preserve"> </w:t>
            </w:r>
            <w:proofErr w:type="spellStart"/>
            <w:r w:rsidRPr="00745528">
              <w:rPr>
                <w:rFonts w:cs="Times New Roman"/>
              </w:rPr>
              <w:t>са</w:t>
            </w:r>
            <w:proofErr w:type="spellEnd"/>
            <w:r w:rsidRPr="00745528">
              <w:rPr>
                <w:rFonts w:cs="Times New Roman"/>
              </w:rPr>
              <w:t xml:space="preserve"> </w:t>
            </w:r>
            <w:proofErr w:type="spellStart"/>
            <w:r w:rsidRPr="00745528">
              <w:rPr>
                <w:rFonts w:cs="Times New Roman"/>
              </w:rPr>
              <w:t>извођачима</w:t>
            </w:r>
            <w:proofErr w:type="spellEnd"/>
            <w:r w:rsidRPr="00745528">
              <w:rPr>
                <w:rFonts w:cs="Times New Roman"/>
              </w:rPr>
              <w:t>/</w:t>
            </w:r>
            <w:proofErr w:type="spellStart"/>
            <w:r w:rsidRPr="00745528">
              <w:rPr>
                <w:rFonts w:cs="Times New Roman"/>
              </w:rPr>
              <w:t>подизвођач</w:t>
            </w:r>
            <w:proofErr w:type="spellEnd"/>
            <w:r>
              <w:rPr>
                <w:rFonts w:cs="Times New Roman"/>
                <w:lang w:val="sr-Cyrl-RS"/>
              </w:rPr>
              <w:t>им</w:t>
            </w:r>
            <w:r w:rsidRPr="00745528">
              <w:rPr>
                <w:rFonts w:cs="Times New Roman"/>
              </w:rPr>
              <w:t xml:space="preserve">а и </w:t>
            </w:r>
            <w:proofErr w:type="spellStart"/>
            <w:r w:rsidRPr="00745528">
              <w:rPr>
                <w:rFonts w:cs="Times New Roman"/>
              </w:rPr>
              <w:t>надзорним</w:t>
            </w:r>
            <w:proofErr w:type="spellEnd"/>
            <w:r w:rsidRPr="00745528">
              <w:rPr>
                <w:rFonts w:cs="Times New Roman"/>
              </w:rPr>
              <w:t xml:space="preserve"> </w:t>
            </w:r>
            <w:proofErr w:type="spellStart"/>
            <w:r w:rsidRPr="00745528">
              <w:rPr>
                <w:rFonts w:cs="Times New Roman"/>
              </w:rPr>
              <w:t>фирмама</w:t>
            </w:r>
            <w:proofErr w:type="spellEnd"/>
            <w:r w:rsidR="00DD0717" w:rsidRPr="00347368">
              <w:rPr>
                <w:rFonts w:cs="Times New Roman"/>
              </w:rPr>
              <w:t>.</w:t>
            </w:r>
          </w:p>
        </w:tc>
        <w:tc>
          <w:tcPr>
            <w:tcW w:w="1204" w:type="pct"/>
          </w:tcPr>
          <w:p w14:paraId="5CF7EC10" w14:textId="303BFA8C" w:rsidR="00DD0717" w:rsidRPr="00347368" w:rsidRDefault="00DD0717" w:rsidP="00347368">
            <w:pPr>
              <w:jc w:val="left"/>
              <w:rPr>
                <w:rFonts w:cs="Times New Roman"/>
              </w:rPr>
            </w:pPr>
          </w:p>
          <w:p w14:paraId="0C277C21" w14:textId="5D2CE89C" w:rsidR="00037EC8" w:rsidRPr="00347368" w:rsidRDefault="00366FCD" w:rsidP="00347368">
            <w:pPr>
              <w:keepLines/>
              <w:widowControl w:val="0"/>
              <w:jc w:val="left"/>
              <w:rPr>
                <w:rFonts w:eastAsia="Times New Roman" w:cstheme="minorHAnsi"/>
                <w:bCs/>
                <w:iCs/>
              </w:rPr>
            </w:pPr>
            <w:proofErr w:type="spellStart"/>
            <w:r w:rsidRPr="00366FCD">
              <w:rPr>
                <w:rFonts w:eastAsia="Times New Roman" w:cstheme="minorHAnsi"/>
                <w:bCs/>
                <w:iCs/>
              </w:rPr>
              <w:t>Као</w:t>
            </w:r>
            <w:proofErr w:type="spellEnd"/>
            <w:r w:rsidRPr="00366FCD">
              <w:rPr>
                <w:rFonts w:eastAsia="Times New Roman" w:cstheme="minorHAnsi"/>
                <w:bCs/>
                <w:iCs/>
              </w:rPr>
              <w:t xml:space="preserve"> </w:t>
            </w:r>
            <w:proofErr w:type="spellStart"/>
            <w:r w:rsidRPr="00366FCD">
              <w:rPr>
                <w:rFonts w:eastAsia="Times New Roman" w:cstheme="minorHAnsi"/>
                <w:bCs/>
                <w:iCs/>
              </w:rPr>
              <w:t>део</w:t>
            </w:r>
            <w:proofErr w:type="spellEnd"/>
            <w:r w:rsidRPr="00366FCD">
              <w:rPr>
                <w:rFonts w:eastAsia="Times New Roman" w:cstheme="minorHAnsi"/>
                <w:bCs/>
                <w:iCs/>
              </w:rPr>
              <w:t xml:space="preserve"> </w:t>
            </w:r>
            <w:proofErr w:type="spellStart"/>
            <w:r w:rsidRPr="00366FCD">
              <w:rPr>
                <w:rFonts w:eastAsia="Times New Roman" w:cstheme="minorHAnsi"/>
                <w:bCs/>
                <w:iCs/>
              </w:rPr>
              <w:t>припреме</w:t>
            </w:r>
            <w:proofErr w:type="spellEnd"/>
            <w:r w:rsidRPr="00366FCD">
              <w:rPr>
                <w:rFonts w:eastAsia="Times New Roman" w:cstheme="minorHAnsi"/>
                <w:bCs/>
                <w:iCs/>
              </w:rPr>
              <w:t xml:space="preserve"> </w:t>
            </w:r>
            <w:proofErr w:type="spellStart"/>
            <w:r w:rsidRPr="00366FCD">
              <w:rPr>
                <w:rFonts w:eastAsia="Times New Roman" w:cstheme="minorHAnsi"/>
                <w:bCs/>
                <w:iCs/>
              </w:rPr>
              <w:t>документације</w:t>
            </w:r>
            <w:proofErr w:type="spellEnd"/>
            <w:r w:rsidRPr="00366FCD">
              <w:rPr>
                <w:rFonts w:eastAsia="Times New Roman" w:cstheme="minorHAnsi"/>
                <w:bCs/>
                <w:iCs/>
              </w:rPr>
              <w:t xml:space="preserve"> </w:t>
            </w:r>
            <w:proofErr w:type="spellStart"/>
            <w:r w:rsidRPr="00366FCD">
              <w:rPr>
                <w:rFonts w:eastAsia="Times New Roman" w:cstheme="minorHAnsi"/>
                <w:bCs/>
                <w:iCs/>
              </w:rPr>
              <w:t>за</w:t>
            </w:r>
            <w:proofErr w:type="spellEnd"/>
            <w:r w:rsidRPr="00366FCD">
              <w:rPr>
                <w:rFonts w:eastAsia="Times New Roman" w:cstheme="minorHAnsi"/>
                <w:bCs/>
                <w:iCs/>
              </w:rPr>
              <w:t xml:space="preserve"> </w:t>
            </w:r>
            <w:proofErr w:type="spellStart"/>
            <w:r w:rsidRPr="00366FCD">
              <w:rPr>
                <w:rFonts w:eastAsia="Times New Roman" w:cstheme="minorHAnsi"/>
                <w:bCs/>
                <w:iCs/>
              </w:rPr>
              <w:t>набавке</w:t>
            </w:r>
            <w:proofErr w:type="spellEnd"/>
            <w:r w:rsidRPr="00366FCD">
              <w:rPr>
                <w:rFonts w:eastAsia="Times New Roman" w:cstheme="minorHAnsi"/>
                <w:bCs/>
                <w:iCs/>
              </w:rPr>
              <w:t xml:space="preserve"> и </w:t>
            </w:r>
            <w:proofErr w:type="spellStart"/>
            <w:r w:rsidRPr="00366FCD">
              <w:rPr>
                <w:rFonts w:eastAsia="Times New Roman" w:cstheme="minorHAnsi"/>
                <w:bCs/>
                <w:iCs/>
              </w:rPr>
              <w:t>одговарајућих</w:t>
            </w:r>
            <w:proofErr w:type="spellEnd"/>
            <w:r w:rsidRPr="00366FCD">
              <w:rPr>
                <w:rFonts w:eastAsia="Times New Roman" w:cstheme="minorHAnsi"/>
                <w:bCs/>
                <w:iCs/>
              </w:rPr>
              <w:t xml:space="preserve"> </w:t>
            </w:r>
            <w:proofErr w:type="spellStart"/>
            <w:r w:rsidRPr="00366FCD">
              <w:rPr>
                <w:rFonts w:eastAsia="Times New Roman" w:cstheme="minorHAnsi"/>
                <w:bCs/>
                <w:iCs/>
              </w:rPr>
              <w:t>уговора</w:t>
            </w:r>
            <w:proofErr w:type="spellEnd"/>
            <w:r w:rsidR="00037EC8" w:rsidRPr="00347368">
              <w:rPr>
                <w:rFonts w:eastAsia="Times New Roman" w:cstheme="minorHAnsi"/>
                <w:bCs/>
                <w:iCs/>
              </w:rPr>
              <w:t xml:space="preserve">. </w:t>
            </w:r>
          </w:p>
          <w:p w14:paraId="73E9D330" w14:textId="77777777" w:rsidR="005E0279" w:rsidRPr="00347368" w:rsidRDefault="005E0279" w:rsidP="00347368">
            <w:pPr>
              <w:keepLines/>
              <w:widowControl w:val="0"/>
              <w:jc w:val="left"/>
              <w:rPr>
                <w:rFonts w:eastAsia="Times New Roman" w:cstheme="minorHAnsi"/>
                <w:bCs/>
                <w:iCs/>
              </w:rPr>
            </w:pPr>
          </w:p>
          <w:p w14:paraId="682BAEDC" w14:textId="517C40B2" w:rsidR="005E0279" w:rsidRPr="00347368" w:rsidRDefault="00ED5334" w:rsidP="00347368">
            <w:pPr>
              <w:jc w:val="left"/>
              <w:rPr>
                <w:rFonts w:eastAsia="Times New Roman" w:cstheme="minorHAnsi"/>
                <w:bCs/>
                <w:iCs/>
              </w:rPr>
            </w:pPr>
            <w:r>
              <w:rPr>
                <w:rFonts w:eastAsia="Times New Roman" w:cstheme="minorHAnsi"/>
                <w:bCs/>
                <w:iCs/>
                <w:lang w:val="sr-Cyrl-RS"/>
              </w:rPr>
              <w:t>Н</w:t>
            </w:r>
            <w:proofErr w:type="spellStart"/>
            <w:r w:rsidRPr="00ED5334">
              <w:rPr>
                <w:rFonts w:eastAsia="Times New Roman" w:cstheme="minorHAnsi"/>
                <w:bCs/>
                <w:iCs/>
              </w:rPr>
              <w:t>ад</w:t>
            </w:r>
            <w:proofErr w:type="spellEnd"/>
            <w:r>
              <w:rPr>
                <w:rFonts w:eastAsia="Times New Roman" w:cstheme="minorHAnsi"/>
                <w:bCs/>
                <w:iCs/>
                <w:lang w:val="sr-Cyrl-RS"/>
              </w:rPr>
              <w:t>гледати</w:t>
            </w:r>
            <w:r w:rsidRPr="00ED5334">
              <w:rPr>
                <w:rFonts w:eastAsia="Times New Roman" w:cstheme="minorHAnsi"/>
                <w:bCs/>
                <w:iCs/>
              </w:rPr>
              <w:t xml:space="preserve"> </w:t>
            </w:r>
            <w:proofErr w:type="spellStart"/>
            <w:r w:rsidRPr="00ED5334">
              <w:rPr>
                <w:rFonts w:eastAsia="Times New Roman" w:cstheme="minorHAnsi"/>
                <w:bCs/>
                <w:iCs/>
              </w:rPr>
              <w:t>извођач</w:t>
            </w:r>
            <w:proofErr w:type="spellEnd"/>
            <w:r>
              <w:rPr>
                <w:rFonts w:eastAsia="Times New Roman" w:cstheme="minorHAnsi"/>
                <w:bCs/>
                <w:iCs/>
                <w:lang w:val="sr-Cyrl-RS"/>
              </w:rPr>
              <w:t>е</w:t>
            </w:r>
            <w:r w:rsidRPr="00ED5334">
              <w:rPr>
                <w:rFonts w:eastAsia="Times New Roman" w:cstheme="minorHAnsi"/>
                <w:bCs/>
                <w:iCs/>
              </w:rPr>
              <w:t xml:space="preserve"> </w:t>
            </w:r>
            <w:proofErr w:type="spellStart"/>
            <w:r w:rsidRPr="00ED5334">
              <w:rPr>
                <w:rFonts w:eastAsia="Times New Roman" w:cstheme="minorHAnsi"/>
                <w:bCs/>
                <w:iCs/>
              </w:rPr>
              <w:t>током</w:t>
            </w:r>
            <w:proofErr w:type="spellEnd"/>
            <w:r w:rsidRPr="00ED5334">
              <w:rPr>
                <w:rFonts w:eastAsia="Times New Roman" w:cstheme="minorHAnsi"/>
                <w:bCs/>
                <w:iCs/>
              </w:rPr>
              <w:t xml:space="preserve"> </w:t>
            </w:r>
            <w:proofErr w:type="spellStart"/>
            <w:r w:rsidRPr="00ED5334">
              <w:rPr>
                <w:rFonts w:eastAsia="Times New Roman" w:cstheme="minorHAnsi"/>
                <w:bCs/>
                <w:iCs/>
              </w:rPr>
              <w:t>читавог</w:t>
            </w:r>
            <w:proofErr w:type="spellEnd"/>
            <w:r w:rsidRPr="00ED5334">
              <w:rPr>
                <w:rFonts w:eastAsia="Times New Roman" w:cstheme="minorHAnsi"/>
                <w:bCs/>
                <w:iCs/>
              </w:rPr>
              <w:t xml:space="preserve"> </w:t>
            </w:r>
            <w:proofErr w:type="spellStart"/>
            <w:r w:rsidRPr="00ED5334">
              <w:rPr>
                <w:rFonts w:eastAsia="Times New Roman" w:cstheme="minorHAnsi"/>
                <w:bCs/>
                <w:iCs/>
              </w:rPr>
              <w:t>периода</w:t>
            </w:r>
            <w:proofErr w:type="spellEnd"/>
            <w:r w:rsidRPr="00ED5334">
              <w:rPr>
                <w:rFonts w:eastAsia="Times New Roman" w:cstheme="minorHAnsi"/>
                <w:bCs/>
                <w:iCs/>
              </w:rPr>
              <w:t xml:space="preserve"> </w:t>
            </w:r>
            <w:proofErr w:type="spellStart"/>
            <w:r w:rsidRPr="00ED5334">
              <w:rPr>
                <w:rFonts w:eastAsia="Times New Roman" w:cstheme="minorHAnsi"/>
                <w:bCs/>
                <w:iCs/>
              </w:rPr>
              <w:t>имплементације</w:t>
            </w:r>
            <w:proofErr w:type="spellEnd"/>
            <w:r w:rsidRPr="00ED5334">
              <w:rPr>
                <w:rFonts w:eastAsia="Times New Roman" w:cstheme="minorHAnsi"/>
                <w:bCs/>
                <w:iCs/>
              </w:rPr>
              <w:t xml:space="preserve"> Пројекта</w:t>
            </w:r>
            <w:r w:rsidR="00037EC8" w:rsidRPr="00347368">
              <w:rPr>
                <w:rFonts w:eastAsia="Times New Roman" w:cstheme="minorHAnsi"/>
                <w:bCs/>
                <w:iCs/>
              </w:rPr>
              <w:t>.</w:t>
            </w:r>
          </w:p>
          <w:p w14:paraId="5380C934" w14:textId="6361975E" w:rsidR="00037EC8" w:rsidRPr="00347368" w:rsidRDefault="00ED5334" w:rsidP="00347368">
            <w:pPr>
              <w:jc w:val="left"/>
              <w:rPr>
                <w:rFonts w:cs="Times New Roman"/>
              </w:rPr>
            </w:pPr>
            <w:proofErr w:type="spellStart"/>
            <w:r w:rsidRPr="00ED5334">
              <w:rPr>
                <w:rFonts w:eastAsia="Times New Roman" w:cstheme="minorHAnsi"/>
                <w:bCs/>
                <w:iCs/>
              </w:rPr>
              <w:t>Копије</w:t>
            </w:r>
            <w:proofErr w:type="spellEnd"/>
            <w:r w:rsidRPr="00ED5334">
              <w:rPr>
                <w:rFonts w:eastAsia="Times New Roman" w:cstheme="minorHAnsi"/>
                <w:bCs/>
                <w:iCs/>
              </w:rPr>
              <w:t xml:space="preserve"> </w:t>
            </w:r>
            <w:proofErr w:type="spellStart"/>
            <w:r w:rsidRPr="00ED5334">
              <w:rPr>
                <w:rFonts w:eastAsia="Times New Roman" w:cstheme="minorHAnsi"/>
                <w:bCs/>
                <w:iCs/>
              </w:rPr>
              <w:t>релевантних</w:t>
            </w:r>
            <w:proofErr w:type="spellEnd"/>
            <w:r w:rsidRPr="00ED5334">
              <w:rPr>
                <w:rFonts w:eastAsia="Times New Roman" w:cstheme="minorHAnsi"/>
                <w:bCs/>
                <w:iCs/>
              </w:rPr>
              <w:t xml:space="preserve"> </w:t>
            </w:r>
            <w:proofErr w:type="spellStart"/>
            <w:r w:rsidRPr="00ED5334">
              <w:rPr>
                <w:rFonts w:eastAsia="Times New Roman" w:cstheme="minorHAnsi"/>
                <w:bCs/>
                <w:iCs/>
              </w:rPr>
              <w:t>уговора</w:t>
            </w:r>
            <w:proofErr w:type="spellEnd"/>
            <w:r w:rsidRPr="00ED5334">
              <w:rPr>
                <w:rFonts w:eastAsia="Times New Roman" w:cstheme="minorHAnsi"/>
                <w:bCs/>
                <w:iCs/>
              </w:rPr>
              <w:t xml:space="preserve"> </w:t>
            </w:r>
            <w:proofErr w:type="spellStart"/>
            <w:r w:rsidRPr="00ED5334">
              <w:rPr>
                <w:rFonts w:eastAsia="Times New Roman" w:cstheme="minorHAnsi"/>
                <w:bCs/>
                <w:iCs/>
              </w:rPr>
              <w:t>достављају</w:t>
            </w:r>
            <w:proofErr w:type="spellEnd"/>
            <w:r w:rsidRPr="00ED5334">
              <w:rPr>
                <w:rFonts w:eastAsia="Times New Roman" w:cstheme="minorHAnsi"/>
                <w:bCs/>
                <w:iCs/>
              </w:rPr>
              <w:t xml:space="preserve"> </w:t>
            </w:r>
            <w:proofErr w:type="spellStart"/>
            <w:r w:rsidRPr="00ED5334">
              <w:rPr>
                <w:rFonts w:eastAsia="Times New Roman" w:cstheme="minorHAnsi"/>
                <w:bCs/>
                <w:iCs/>
              </w:rPr>
              <w:t>се</w:t>
            </w:r>
            <w:proofErr w:type="spellEnd"/>
            <w:r w:rsidRPr="00ED5334">
              <w:rPr>
                <w:rFonts w:eastAsia="Times New Roman" w:cstheme="minorHAnsi"/>
                <w:bCs/>
                <w:iCs/>
              </w:rPr>
              <w:t xml:space="preserve"> </w:t>
            </w:r>
            <w:proofErr w:type="spellStart"/>
            <w:r w:rsidRPr="00ED5334">
              <w:rPr>
                <w:rFonts w:eastAsia="Times New Roman" w:cstheme="minorHAnsi"/>
                <w:bCs/>
                <w:iCs/>
              </w:rPr>
              <w:t>Банци</w:t>
            </w:r>
            <w:proofErr w:type="spellEnd"/>
            <w:r w:rsidRPr="00ED5334">
              <w:rPr>
                <w:rFonts w:eastAsia="Times New Roman" w:cstheme="minorHAnsi"/>
                <w:bCs/>
                <w:iCs/>
              </w:rPr>
              <w:t xml:space="preserve"> </w:t>
            </w:r>
            <w:proofErr w:type="spellStart"/>
            <w:r w:rsidRPr="00ED5334">
              <w:rPr>
                <w:rFonts w:eastAsia="Times New Roman" w:cstheme="minorHAnsi"/>
                <w:bCs/>
                <w:iCs/>
              </w:rPr>
              <w:t>на</w:t>
            </w:r>
            <w:proofErr w:type="spellEnd"/>
            <w:r w:rsidRPr="00ED5334">
              <w:rPr>
                <w:rFonts w:eastAsia="Times New Roman" w:cstheme="minorHAnsi"/>
                <w:bCs/>
                <w:iCs/>
              </w:rPr>
              <w:t xml:space="preserve"> </w:t>
            </w:r>
            <w:proofErr w:type="spellStart"/>
            <w:r w:rsidRPr="00ED5334">
              <w:rPr>
                <w:rFonts w:eastAsia="Times New Roman" w:cstheme="minorHAnsi"/>
                <w:bCs/>
                <w:iCs/>
              </w:rPr>
              <w:t>захтев</w:t>
            </w:r>
            <w:proofErr w:type="spellEnd"/>
            <w:r w:rsidR="00037EC8" w:rsidRPr="00347368">
              <w:rPr>
                <w:rFonts w:eastAsia="Times New Roman" w:cstheme="minorHAnsi"/>
                <w:bCs/>
                <w:iCs/>
              </w:rPr>
              <w:t>.</w:t>
            </w:r>
          </w:p>
        </w:tc>
        <w:tc>
          <w:tcPr>
            <w:tcW w:w="733" w:type="pct"/>
          </w:tcPr>
          <w:p w14:paraId="662ECB5B" w14:textId="77777777" w:rsidR="00933E14" w:rsidRPr="00347368" w:rsidRDefault="00933E14" w:rsidP="00347368">
            <w:pPr>
              <w:jc w:val="left"/>
              <w:rPr>
                <w:rFonts w:cs="Times New Roman"/>
              </w:rPr>
            </w:pPr>
          </w:p>
          <w:p w14:paraId="0EB3B187" w14:textId="2590345D" w:rsidR="00DD0717" w:rsidRPr="00745528" w:rsidRDefault="00745528" w:rsidP="00347368">
            <w:pPr>
              <w:jc w:val="left"/>
              <w:rPr>
                <w:rFonts w:cs="Times New Roman"/>
                <w:lang w:val="sr-Cyrl-RS"/>
              </w:rPr>
            </w:pPr>
            <w:r>
              <w:rPr>
                <w:rFonts w:cs="Times New Roman"/>
                <w:lang w:val="sr-Cyrl-RS"/>
              </w:rPr>
              <w:t>МРЕ</w:t>
            </w:r>
          </w:p>
        </w:tc>
      </w:tr>
      <w:tr w:rsidR="00625796" w:rsidRPr="00347368" w14:paraId="7FDFE229" w14:textId="77777777" w:rsidTr="009D7F44">
        <w:tc>
          <w:tcPr>
            <w:tcW w:w="268" w:type="pct"/>
          </w:tcPr>
          <w:p w14:paraId="6FB9535B" w14:textId="2748B96E" w:rsidR="0099453C" w:rsidRPr="00347368" w:rsidRDefault="00BF029D" w:rsidP="00347368">
            <w:pPr>
              <w:jc w:val="left"/>
              <w:rPr>
                <w:rFonts w:cs="Times New Roman"/>
              </w:rPr>
            </w:pPr>
            <w:r w:rsidRPr="00347368">
              <w:rPr>
                <w:rFonts w:cs="Times New Roman"/>
              </w:rPr>
              <w:t>1.3</w:t>
            </w:r>
          </w:p>
        </w:tc>
        <w:tc>
          <w:tcPr>
            <w:tcW w:w="2795" w:type="pct"/>
          </w:tcPr>
          <w:p w14:paraId="5B7408D9" w14:textId="38B33F05" w:rsidR="00DD0717" w:rsidRPr="00347368" w:rsidRDefault="000B1C52" w:rsidP="00347368">
            <w:pPr>
              <w:keepLines/>
              <w:widowControl w:val="0"/>
              <w:rPr>
                <w:rFonts w:cstheme="minorHAnsi"/>
                <w:b/>
                <w:color w:val="4472C4" w:themeColor="accent1"/>
              </w:rPr>
            </w:pPr>
            <w:r w:rsidRPr="000B1C52">
              <w:rPr>
                <w:rFonts w:cstheme="minorHAnsi"/>
                <w:b/>
                <w:color w:val="4472C4" w:themeColor="accent1"/>
              </w:rPr>
              <w:t>ТЕХНИЧКА ПОМОЋ</w:t>
            </w:r>
            <w:r w:rsidR="00DD0717" w:rsidRPr="00347368">
              <w:rPr>
                <w:rFonts w:cstheme="minorHAnsi"/>
                <w:b/>
                <w:color w:val="4472C4" w:themeColor="accent1"/>
              </w:rPr>
              <w:t xml:space="preserve"> </w:t>
            </w:r>
          </w:p>
          <w:p w14:paraId="39DBEE4F" w14:textId="733087E6" w:rsidR="00DD0717" w:rsidRPr="00347368" w:rsidRDefault="000B1C52" w:rsidP="00347368">
            <w:pPr>
              <w:jc w:val="left"/>
              <w:rPr>
                <w:rFonts w:cs="Times New Roman"/>
              </w:rPr>
            </w:pPr>
            <w:proofErr w:type="spellStart"/>
            <w:r w:rsidRPr="000B1C52">
              <w:rPr>
                <w:rFonts w:cs="Times New Roman"/>
              </w:rPr>
              <w:t>Спровести</w:t>
            </w:r>
            <w:proofErr w:type="spellEnd"/>
            <w:r w:rsidRPr="000B1C52">
              <w:rPr>
                <w:rFonts w:cs="Times New Roman"/>
              </w:rPr>
              <w:t xml:space="preserve"> </w:t>
            </w:r>
            <w:proofErr w:type="spellStart"/>
            <w:r w:rsidRPr="000B1C52">
              <w:rPr>
                <w:rFonts w:cs="Times New Roman"/>
              </w:rPr>
              <w:t>консултантске</w:t>
            </w:r>
            <w:proofErr w:type="spellEnd"/>
            <w:r w:rsidRPr="000B1C52">
              <w:rPr>
                <w:rFonts w:cs="Times New Roman"/>
              </w:rPr>
              <w:t xml:space="preserve"> </w:t>
            </w:r>
            <w:proofErr w:type="spellStart"/>
            <w:r w:rsidRPr="000B1C52">
              <w:rPr>
                <w:rFonts w:cs="Times New Roman"/>
              </w:rPr>
              <w:t>услуге</w:t>
            </w:r>
            <w:proofErr w:type="spellEnd"/>
            <w:r w:rsidRPr="000B1C52">
              <w:rPr>
                <w:rFonts w:cs="Times New Roman"/>
              </w:rPr>
              <w:t xml:space="preserve">, </w:t>
            </w:r>
            <w:proofErr w:type="spellStart"/>
            <w:r w:rsidRPr="000B1C52">
              <w:rPr>
                <w:rFonts w:cs="Times New Roman"/>
              </w:rPr>
              <w:t>студије</w:t>
            </w:r>
            <w:proofErr w:type="spellEnd"/>
            <w:r w:rsidRPr="000B1C52">
              <w:rPr>
                <w:rFonts w:cs="Times New Roman"/>
              </w:rPr>
              <w:t xml:space="preserve"> (</w:t>
            </w:r>
            <w:proofErr w:type="spellStart"/>
            <w:r w:rsidRPr="000B1C52">
              <w:rPr>
                <w:rFonts w:cs="Times New Roman"/>
              </w:rPr>
              <w:t>укључујући</w:t>
            </w:r>
            <w:proofErr w:type="spellEnd"/>
            <w:r w:rsidRPr="000B1C52">
              <w:rPr>
                <w:rFonts w:cs="Times New Roman"/>
              </w:rPr>
              <w:t xml:space="preserve"> </w:t>
            </w:r>
            <w:proofErr w:type="spellStart"/>
            <w:r w:rsidRPr="000B1C52">
              <w:rPr>
                <w:rFonts w:cs="Times New Roman"/>
              </w:rPr>
              <w:t>студије</w:t>
            </w:r>
            <w:proofErr w:type="spellEnd"/>
            <w:r w:rsidRPr="000B1C52">
              <w:rPr>
                <w:rFonts w:cs="Times New Roman"/>
              </w:rPr>
              <w:t xml:space="preserve"> </w:t>
            </w:r>
            <w:proofErr w:type="spellStart"/>
            <w:r w:rsidRPr="000B1C52">
              <w:rPr>
                <w:rFonts w:cs="Times New Roman"/>
              </w:rPr>
              <w:t>изводљивости</w:t>
            </w:r>
            <w:proofErr w:type="spellEnd"/>
            <w:r w:rsidRPr="000B1C52">
              <w:rPr>
                <w:rFonts w:cs="Times New Roman"/>
              </w:rPr>
              <w:t xml:space="preserve">, </w:t>
            </w:r>
            <w:proofErr w:type="spellStart"/>
            <w:r w:rsidRPr="000B1C52">
              <w:rPr>
                <w:rFonts w:cs="Times New Roman"/>
              </w:rPr>
              <w:t>уколико</w:t>
            </w:r>
            <w:proofErr w:type="spellEnd"/>
            <w:r w:rsidRPr="000B1C52">
              <w:rPr>
                <w:rFonts w:cs="Times New Roman"/>
              </w:rPr>
              <w:t xml:space="preserve"> </w:t>
            </w:r>
            <w:proofErr w:type="spellStart"/>
            <w:r w:rsidRPr="000B1C52">
              <w:rPr>
                <w:rFonts w:cs="Times New Roman"/>
              </w:rPr>
              <w:t>је</w:t>
            </w:r>
            <w:proofErr w:type="spellEnd"/>
            <w:r w:rsidRPr="000B1C52">
              <w:rPr>
                <w:rFonts w:cs="Times New Roman"/>
              </w:rPr>
              <w:t xml:space="preserve"> </w:t>
            </w:r>
            <w:proofErr w:type="spellStart"/>
            <w:r w:rsidRPr="000B1C52">
              <w:rPr>
                <w:rFonts w:cs="Times New Roman"/>
              </w:rPr>
              <w:t>примењиво</w:t>
            </w:r>
            <w:proofErr w:type="spellEnd"/>
            <w:r w:rsidRPr="000B1C52">
              <w:rPr>
                <w:rFonts w:cs="Times New Roman"/>
              </w:rPr>
              <w:t xml:space="preserve">), </w:t>
            </w:r>
            <w:proofErr w:type="spellStart"/>
            <w:r w:rsidRPr="000B1C52">
              <w:rPr>
                <w:rFonts w:cs="Times New Roman"/>
              </w:rPr>
              <w:t>изградњу</w:t>
            </w:r>
            <w:proofErr w:type="spellEnd"/>
            <w:r w:rsidRPr="000B1C52">
              <w:rPr>
                <w:rFonts w:cs="Times New Roman"/>
              </w:rPr>
              <w:t xml:space="preserve"> </w:t>
            </w:r>
            <w:proofErr w:type="spellStart"/>
            <w:r w:rsidRPr="000B1C52">
              <w:rPr>
                <w:rFonts w:cs="Times New Roman"/>
              </w:rPr>
              <w:t>капацитета</w:t>
            </w:r>
            <w:proofErr w:type="spellEnd"/>
            <w:r w:rsidRPr="000B1C52">
              <w:rPr>
                <w:rFonts w:cs="Times New Roman"/>
              </w:rPr>
              <w:t xml:space="preserve">, </w:t>
            </w:r>
            <w:proofErr w:type="spellStart"/>
            <w:r w:rsidRPr="000B1C52">
              <w:rPr>
                <w:rFonts w:cs="Times New Roman"/>
              </w:rPr>
              <w:t>обуку</w:t>
            </w:r>
            <w:proofErr w:type="spellEnd"/>
            <w:r w:rsidRPr="000B1C52">
              <w:rPr>
                <w:rFonts w:cs="Times New Roman"/>
              </w:rPr>
              <w:t xml:space="preserve"> и </w:t>
            </w:r>
            <w:proofErr w:type="spellStart"/>
            <w:r w:rsidRPr="000B1C52">
              <w:rPr>
                <w:rFonts w:cs="Times New Roman"/>
              </w:rPr>
              <w:t>све</w:t>
            </w:r>
            <w:proofErr w:type="spellEnd"/>
            <w:r w:rsidRPr="000B1C52">
              <w:rPr>
                <w:rFonts w:cs="Times New Roman"/>
              </w:rPr>
              <w:t xml:space="preserve"> </w:t>
            </w:r>
            <w:proofErr w:type="spellStart"/>
            <w:r w:rsidRPr="000B1C52">
              <w:rPr>
                <w:rFonts w:cs="Times New Roman"/>
              </w:rPr>
              <w:t>друге</w:t>
            </w:r>
            <w:proofErr w:type="spellEnd"/>
            <w:r w:rsidRPr="000B1C52">
              <w:rPr>
                <w:rFonts w:cs="Times New Roman"/>
              </w:rPr>
              <w:t xml:space="preserve"> </w:t>
            </w:r>
            <w:proofErr w:type="spellStart"/>
            <w:r w:rsidRPr="000B1C52">
              <w:rPr>
                <w:rFonts w:cs="Times New Roman"/>
              </w:rPr>
              <w:t>активности</w:t>
            </w:r>
            <w:proofErr w:type="spellEnd"/>
            <w:r w:rsidRPr="000B1C52">
              <w:rPr>
                <w:rFonts w:cs="Times New Roman"/>
              </w:rPr>
              <w:t xml:space="preserve"> </w:t>
            </w:r>
            <w:proofErr w:type="spellStart"/>
            <w:r w:rsidRPr="000B1C52">
              <w:rPr>
                <w:rFonts w:cs="Times New Roman"/>
              </w:rPr>
              <w:t>техничке</w:t>
            </w:r>
            <w:proofErr w:type="spellEnd"/>
            <w:r w:rsidRPr="000B1C52">
              <w:rPr>
                <w:rFonts w:cs="Times New Roman"/>
              </w:rPr>
              <w:t xml:space="preserve"> </w:t>
            </w:r>
            <w:proofErr w:type="spellStart"/>
            <w:r w:rsidRPr="000B1C52">
              <w:rPr>
                <w:rFonts w:cs="Times New Roman"/>
              </w:rPr>
              <w:t>помоћи</w:t>
            </w:r>
            <w:proofErr w:type="spellEnd"/>
            <w:r w:rsidRPr="000B1C52">
              <w:rPr>
                <w:rFonts w:cs="Times New Roman"/>
              </w:rPr>
              <w:t xml:space="preserve"> у </w:t>
            </w:r>
            <w:proofErr w:type="spellStart"/>
            <w:r w:rsidRPr="000B1C52">
              <w:rPr>
                <w:rFonts w:cs="Times New Roman"/>
              </w:rPr>
              <w:t>оквиру</w:t>
            </w:r>
            <w:proofErr w:type="spellEnd"/>
            <w:r w:rsidRPr="000B1C52">
              <w:rPr>
                <w:rFonts w:cs="Times New Roman"/>
              </w:rPr>
              <w:t xml:space="preserve"> </w:t>
            </w:r>
            <w:proofErr w:type="spellStart"/>
            <w:r w:rsidRPr="000B1C52">
              <w:rPr>
                <w:rFonts w:cs="Times New Roman"/>
              </w:rPr>
              <w:t>Пројекта</w:t>
            </w:r>
            <w:proofErr w:type="spellEnd"/>
            <w:r w:rsidRPr="000B1C52">
              <w:rPr>
                <w:rFonts w:cs="Times New Roman"/>
              </w:rPr>
              <w:t xml:space="preserve"> у </w:t>
            </w:r>
            <w:proofErr w:type="spellStart"/>
            <w:r w:rsidRPr="000B1C52">
              <w:rPr>
                <w:rFonts w:cs="Times New Roman"/>
              </w:rPr>
              <w:t>складу</w:t>
            </w:r>
            <w:proofErr w:type="spellEnd"/>
            <w:r w:rsidRPr="000B1C52">
              <w:rPr>
                <w:rFonts w:cs="Times New Roman"/>
              </w:rPr>
              <w:t xml:space="preserve"> </w:t>
            </w:r>
            <w:proofErr w:type="spellStart"/>
            <w:r w:rsidRPr="000B1C52">
              <w:rPr>
                <w:rFonts w:cs="Times New Roman"/>
              </w:rPr>
              <w:t>са</w:t>
            </w:r>
            <w:proofErr w:type="spellEnd"/>
            <w:r w:rsidRPr="000B1C52">
              <w:rPr>
                <w:rFonts w:cs="Times New Roman"/>
              </w:rPr>
              <w:t xml:space="preserve"> </w:t>
            </w:r>
            <w:proofErr w:type="spellStart"/>
            <w:r w:rsidRPr="000B1C52">
              <w:rPr>
                <w:rFonts w:cs="Times New Roman"/>
              </w:rPr>
              <w:t>пројектним</w:t>
            </w:r>
            <w:proofErr w:type="spellEnd"/>
            <w:r w:rsidRPr="000B1C52">
              <w:rPr>
                <w:rFonts w:cs="Times New Roman"/>
              </w:rPr>
              <w:t xml:space="preserve"> </w:t>
            </w:r>
            <w:proofErr w:type="spellStart"/>
            <w:r w:rsidRPr="000B1C52">
              <w:rPr>
                <w:rFonts w:cs="Times New Roman"/>
              </w:rPr>
              <w:t>задацима</w:t>
            </w:r>
            <w:proofErr w:type="spellEnd"/>
            <w:r w:rsidRPr="000B1C52">
              <w:rPr>
                <w:rFonts w:cs="Times New Roman"/>
              </w:rPr>
              <w:t xml:space="preserve"> </w:t>
            </w:r>
            <w:proofErr w:type="spellStart"/>
            <w:r w:rsidRPr="000B1C52">
              <w:rPr>
                <w:rFonts w:cs="Times New Roman"/>
              </w:rPr>
              <w:t>прихватљивим</w:t>
            </w:r>
            <w:proofErr w:type="spellEnd"/>
            <w:r w:rsidRPr="000B1C52">
              <w:rPr>
                <w:rFonts w:cs="Times New Roman"/>
              </w:rPr>
              <w:t xml:space="preserve"> </w:t>
            </w:r>
            <w:proofErr w:type="spellStart"/>
            <w:r w:rsidRPr="000B1C52">
              <w:rPr>
                <w:rFonts w:cs="Times New Roman"/>
              </w:rPr>
              <w:t>за</w:t>
            </w:r>
            <w:proofErr w:type="spellEnd"/>
            <w:r w:rsidRPr="000B1C52">
              <w:rPr>
                <w:rFonts w:cs="Times New Roman"/>
              </w:rPr>
              <w:t xml:space="preserve"> </w:t>
            </w:r>
            <w:proofErr w:type="spellStart"/>
            <w:r w:rsidRPr="000B1C52">
              <w:rPr>
                <w:rFonts w:cs="Times New Roman"/>
              </w:rPr>
              <w:t>Банку</w:t>
            </w:r>
            <w:proofErr w:type="spellEnd"/>
            <w:r w:rsidRPr="000B1C52">
              <w:rPr>
                <w:rFonts w:cs="Times New Roman"/>
              </w:rPr>
              <w:t xml:space="preserve"> </w:t>
            </w:r>
            <w:proofErr w:type="spellStart"/>
            <w:r w:rsidRPr="000B1C52">
              <w:rPr>
                <w:rFonts w:cs="Times New Roman"/>
              </w:rPr>
              <w:t>који</w:t>
            </w:r>
            <w:proofErr w:type="spellEnd"/>
            <w:r w:rsidRPr="000B1C52">
              <w:rPr>
                <w:rFonts w:cs="Times New Roman"/>
              </w:rPr>
              <w:t xml:space="preserve"> </w:t>
            </w:r>
            <w:proofErr w:type="spellStart"/>
            <w:r w:rsidRPr="000B1C52">
              <w:rPr>
                <w:rFonts w:cs="Times New Roman"/>
              </w:rPr>
              <w:t>су</w:t>
            </w:r>
            <w:proofErr w:type="spellEnd"/>
            <w:r w:rsidRPr="000B1C52">
              <w:rPr>
                <w:rFonts w:cs="Times New Roman"/>
              </w:rPr>
              <w:t xml:space="preserve"> </w:t>
            </w:r>
            <w:proofErr w:type="spellStart"/>
            <w:r w:rsidRPr="000B1C52">
              <w:rPr>
                <w:rFonts w:cs="Times New Roman"/>
              </w:rPr>
              <w:t>усклађени</w:t>
            </w:r>
            <w:proofErr w:type="spellEnd"/>
            <w:r w:rsidRPr="000B1C52">
              <w:rPr>
                <w:rFonts w:cs="Times New Roman"/>
              </w:rPr>
              <w:t xml:space="preserve"> </w:t>
            </w:r>
            <w:proofErr w:type="spellStart"/>
            <w:r w:rsidRPr="000B1C52">
              <w:rPr>
                <w:rFonts w:cs="Times New Roman"/>
              </w:rPr>
              <w:t>са</w:t>
            </w:r>
            <w:proofErr w:type="spellEnd"/>
            <w:r w:rsidRPr="000B1C52">
              <w:rPr>
                <w:rFonts w:cs="Times New Roman"/>
              </w:rPr>
              <w:t xml:space="preserve"> ESS </w:t>
            </w:r>
            <w:proofErr w:type="spellStart"/>
            <w:r w:rsidRPr="000B1C52">
              <w:rPr>
                <w:rFonts w:cs="Times New Roman"/>
              </w:rPr>
              <w:t>стандардима</w:t>
            </w:r>
            <w:proofErr w:type="spellEnd"/>
            <w:r w:rsidR="00DD0717" w:rsidRPr="00347368">
              <w:rPr>
                <w:rFonts w:cs="Times New Roman"/>
              </w:rPr>
              <w:t xml:space="preserve">. </w:t>
            </w:r>
            <w:r>
              <w:rPr>
                <w:rFonts w:cs="Times New Roman"/>
                <w:lang w:val="sr-Cyrl-RS"/>
              </w:rPr>
              <w:t xml:space="preserve">Потом </w:t>
            </w:r>
            <w:proofErr w:type="spellStart"/>
            <w:r w:rsidRPr="000B1C52">
              <w:rPr>
                <w:rFonts w:cs="Times New Roman"/>
              </w:rPr>
              <w:t>припремити</w:t>
            </w:r>
            <w:proofErr w:type="spellEnd"/>
            <w:r w:rsidRPr="000B1C52">
              <w:rPr>
                <w:rFonts w:cs="Times New Roman"/>
              </w:rPr>
              <w:t xml:space="preserve"> и </w:t>
            </w:r>
            <w:proofErr w:type="spellStart"/>
            <w:r w:rsidRPr="000B1C52">
              <w:rPr>
                <w:rFonts w:cs="Times New Roman"/>
              </w:rPr>
              <w:t>финализовати</w:t>
            </w:r>
            <w:proofErr w:type="spellEnd"/>
            <w:r w:rsidRPr="000B1C52">
              <w:rPr>
                <w:rFonts w:cs="Times New Roman"/>
              </w:rPr>
              <w:t xml:space="preserve"> </w:t>
            </w:r>
            <w:proofErr w:type="spellStart"/>
            <w:r w:rsidRPr="000B1C52">
              <w:rPr>
                <w:rFonts w:cs="Times New Roman"/>
              </w:rPr>
              <w:t>резултате</w:t>
            </w:r>
            <w:proofErr w:type="spellEnd"/>
            <w:r w:rsidRPr="000B1C52">
              <w:rPr>
                <w:rFonts w:cs="Times New Roman"/>
              </w:rPr>
              <w:t xml:space="preserve"> </w:t>
            </w:r>
            <w:proofErr w:type="spellStart"/>
            <w:r w:rsidRPr="000B1C52">
              <w:rPr>
                <w:rFonts w:cs="Times New Roman"/>
              </w:rPr>
              <w:t>таквих</w:t>
            </w:r>
            <w:proofErr w:type="spellEnd"/>
            <w:r w:rsidRPr="000B1C52">
              <w:rPr>
                <w:rFonts w:cs="Times New Roman"/>
              </w:rPr>
              <w:t xml:space="preserve"> </w:t>
            </w:r>
            <w:proofErr w:type="spellStart"/>
            <w:r w:rsidRPr="000B1C52">
              <w:rPr>
                <w:rFonts w:cs="Times New Roman"/>
              </w:rPr>
              <w:t>активности</w:t>
            </w:r>
            <w:proofErr w:type="spellEnd"/>
            <w:r w:rsidRPr="000B1C52">
              <w:rPr>
                <w:rFonts w:cs="Times New Roman"/>
              </w:rPr>
              <w:t xml:space="preserve"> у </w:t>
            </w:r>
            <w:proofErr w:type="spellStart"/>
            <w:r w:rsidRPr="000B1C52">
              <w:rPr>
                <w:rFonts w:cs="Times New Roman"/>
              </w:rPr>
              <w:t>складу</w:t>
            </w:r>
            <w:proofErr w:type="spellEnd"/>
            <w:r w:rsidRPr="000B1C52">
              <w:rPr>
                <w:rFonts w:cs="Times New Roman"/>
              </w:rPr>
              <w:t xml:space="preserve"> </w:t>
            </w:r>
            <w:proofErr w:type="spellStart"/>
            <w:r w:rsidRPr="000B1C52">
              <w:rPr>
                <w:rFonts w:cs="Times New Roman"/>
              </w:rPr>
              <w:t>са</w:t>
            </w:r>
            <w:proofErr w:type="spellEnd"/>
            <w:r w:rsidRPr="000B1C52">
              <w:rPr>
                <w:rFonts w:cs="Times New Roman"/>
              </w:rPr>
              <w:t xml:space="preserve"> </w:t>
            </w:r>
            <w:proofErr w:type="spellStart"/>
            <w:r w:rsidRPr="000B1C52">
              <w:rPr>
                <w:rFonts w:cs="Times New Roman"/>
              </w:rPr>
              <w:t>пројектним</w:t>
            </w:r>
            <w:proofErr w:type="spellEnd"/>
            <w:r w:rsidRPr="000B1C52">
              <w:rPr>
                <w:rFonts w:cs="Times New Roman"/>
              </w:rPr>
              <w:t xml:space="preserve"> </w:t>
            </w:r>
            <w:proofErr w:type="spellStart"/>
            <w:r w:rsidRPr="000B1C52">
              <w:rPr>
                <w:rFonts w:cs="Times New Roman"/>
              </w:rPr>
              <w:t>задацима</w:t>
            </w:r>
            <w:proofErr w:type="spellEnd"/>
            <w:r w:rsidR="00DD0717" w:rsidRPr="00347368">
              <w:rPr>
                <w:rFonts w:cs="Times New Roman"/>
              </w:rPr>
              <w:t xml:space="preserve">.  </w:t>
            </w:r>
            <w:proofErr w:type="spellStart"/>
            <w:r w:rsidRPr="000B1C52">
              <w:rPr>
                <w:rFonts w:cs="Times New Roman"/>
              </w:rPr>
              <w:t>Активности</w:t>
            </w:r>
            <w:proofErr w:type="spellEnd"/>
            <w:r w:rsidRPr="000B1C52">
              <w:rPr>
                <w:rFonts w:cs="Times New Roman"/>
              </w:rPr>
              <w:t xml:space="preserve"> </w:t>
            </w:r>
            <w:proofErr w:type="spellStart"/>
            <w:r w:rsidRPr="000B1C52">
              <w:rPr>
                <w:rFonts w:cs="Times New Roman"/>
              </w:rPr>
              <w:t>укључују</w:t>
            </w:r>
            <w:proofErr w:type="spellEnd"/>
            <w:r w:rsidRPr="000B1C52">
              <w:rPr>
                <w:rFonts w:cs="Times New Roman"/>
              </w:rPr>
              <w:t xml:space="preserve">, </w:t>
            </w:r>
            <w:proofErr w:type="spellStart"/>
            <w:r w:rsidRPr="000B1C52">
              <w:rPr>
                <w:rFonts w:cs="Times New Roman"/>
              </w:rPr>
              <w:t>али</w:t>
            </w:r>
            <w:proofErr w:type="spellEnd"/>
            <w:r w:rsidRPr="000B1C52">
              <w:rPr>
                <w:rFonts w:cs="Times New Roman"/>
              </w:rPr>
              <w:t xml:space="preserve"> </w:t>
            </w:r>
            <w:proofErr w:type="spellStart"/>
            <w:r w:rsidRPr="000B1C52">
              <w:rPr>
                <w:rFonts w:cs="Times New Roman"/>
              </w:rPr>
              <w:t>нису</w:t>
            </w:r>
            <w:proofErr w:type="spellEnd"/>
            <w:r w:rsidRPr="000B1C52">
              <w:rPr>
                <w:rFonts w:cs="Times New Roman"/>
              </w:rPr>
              <w:t xml:space="preserve"> </w:t>
            </w:r>
            <w:proofErr w:type="spellStart"/>
            <w:r w:rsidRPr="000B1C52">
              <w:rPr>
                <w:rFonts w:cs="Times New Roman"/>
              </w:rPr>
              <w:t>ограничене</w:t>
            </w:r>
            <w:proofErr w:type="spellEnd"/>
            <w:r w:rsidRPr="000B1C52">
              <w:rPr>
                <w:rFonts w:cs="Times New Roman"/>
              </w:rPr>
              <w:t xml:space="preserve"> </w:t>
            </w:r>
            <w:proofErr w:type="spellStart"/>
            <w:r w:rsidRPr="000B1C52">
              <w:rPr>
                <w:rFonts w:cs="Times New Roman"/>
              </w:rPr>
              <w:t>на</w:t>
            </w:r>
            <w:proofErr w:type="spellEnd"/>
            <w:r w:rsidR="00DD0717" w:rsidRPr="00347368">
              <w:rPr>
                <w:rFonts w:cs="Times New Roman"/>
              </w:rPr>
              <w:t>:</w:t>
            </w:r>
          </w:p>
          <w:p w14:paraId="45521BAC" w14:textId="77777777" w:rsidR="00DD0717" w:rsidRPr="00347368" w:rsidRDefault="00DD0717" w:rsidP="00347368">
            <w:pPr>
              <w:jc w:val="left"/>
              <w:rPr>
                <w:rFonts w:cs="Times New Roman"/>
              </w:rPr>
            </w:pPr>
          </w:p>
          <w:p w14:paraId="79FC808E" w14:textId="77E1F088" w:rsidR="00DD0717" w:rsidRPr="00347368" w:rsidRDefault="00BB142B" w:rsidP="00347368">
            <w:pPr>
              <w:pStyle w:val="Pasussalistom"/>
              <w:numPr>
                <w:ilvl w:val="0"/>
                <w:numId w:val="23"/>
              </w:numPr>
              <w:ind w:left="322" w:hanging="322"/>
              <w:jc w:val="left"/>
              <w:rPr>
                <w:rFonts w:cs="Times New Roman"/>
              </w:rPr>
            </w:pPr>
            <w:proofErr w:type="spellStart"/>
            <w:r w:rsidRPr="00BB142B">
              <w:rPr>
                <w:rFonts w:cs="Times New Roman"/>
              </w:rPr>
              <w:t>Техничку</w:t>
            </w:r>
            <w:proofErr w:type="spellEnd"/>
            <w:r w:rsidRPr="00BB142B">
              <w:rPr>
                <w:rFonts w:cs="Times New Roman"/>
              </w:rPr>
              <w:t xml:space="preserve"> </w:t>
            </w:r>
            <w:proofErr w:type="spellStart"/>
            <w:r w:rsidRPr="00BB142B">
              <w:rPr>
                <w:rFonts w:cs="Times New Roman"/>
              </w:rPr>
              <w:t>помоћ</w:t>
            </w:r>
            <w:proofErr w:type="spellEnd"/>
            <w:r w:rsidRPr="00BB142B">
              <w:rPr>
                <w:rFonts w:cs="Times New Roman"/>
              </w:rPr>
              <w:t xml:space="preserve"> </w:t>
            </w:r>
            <w:proofErr w:type="spellStart"/>
            <w:r w:rsidRPr="00BB142B">
              <w:rPr>
                <w:rFonts w:cs="Times New Roman"/>
              </w:rPr>
              <w:t>за</w:t>
            </w:r>
            <w:proofErr w:type="spellEnd"/>
            <w:r w:rsidRPr="00BB142B">
              <w:rPr>
                <w:rFonts w:cs="Times New Roman"/>
              </w:rPr>
              <w:t xml:space="preserve"> </w:t>
            </w:r>
            <w:proofErr w:type="spellStart"/>
            <w:r w:rsidRPr="00BB142B">
              <w:rPr>
                <w:rFonts w:cs="Times New Roman"/>
              </w:rPr>
              <w:t>подршку</w:t>
            </w:r>
            <w:proofErr w:type="spellEnd"/>
            <w:r w:rsidRPr="00BB142B">
              <w:rPr>
                <w:rFonts w:cs="Times New Roman"/>
              </w:rPr>
              <w:t xml:space="preserve"> </w:t>
            </w:r>
            <w:proofErr w:type="spellStart"/>
            <w:r w:rsidRPr="00BB142B">
              <w:rPr>
                <w:rFonts w:cs="Times New Roman"/>
              </w:rPr>
              <w:t>јачању</w:t>
            </w:r>
            <w:proofErr w:type="spellEnd"/>
            <w:r w:rsidRPr="00BB142B">
              <w:rPr>
                <w:rFonts w:cs="Times New Roman"/>
              </w:rPr>
              <w:t xml:space="preserve"> </w:t>
            </w:r>
            <w:proofErr w:type="spellStart"/>
            <w:r w:rsidRPr="00BB142B">
              <w:rPr>
                <w:rFonts w:cs="Times New Roman"/>
              </w:rPr>
              <w:t>регулаторних</w:t>
            </w:r>
            <w:proofErr w:type="spellEnd"/>
            <w:r w:rsidRPr="00BB142B">
              <w:rPr>
                <w:rFonts w:cs="Times New Roman"/>
              </w:rPr>
              <w:t xml:space="preserve"> </w:t>
            </w:r>
            <w:proofErr w:type="spellStart"/>
            <w:r w:rsidRPr="00BB142B">
              <w:rPr>
                <w:rFonts w:cs="Times New Roman"/>
              </w:rPr>
              <w:t>капацитета</w:t>
            </w:r>
            <w:proofErr w:type="spellEnd"/>
          </w:p>
          <w:p w14:paraId="66DCB714" w14:textId="5AE26F34" w:rsidR="00DD0717" w:rsidRPr="00347368" w:rsidRDefault="00BB142B" w:rsidP="00347368">
            <w:pPr>
              <w:pStyle w:val="Pasussalistom"/>
              <w:numPr>
                <w:ilvl w:val="0"/>
                <w:numId w:val="23"/>
              </w:numPr>
              <w:ind w:left="322" w:hanging="322"/>
              <w:jc w:val="left"/>
              <w:rPr>
                <w:rFonts w:cs="Times New Roman"/>
              </w:rPr>
            </w:pPr>
            <w:proofErr w:type="spellStart"/>
            <w:r w:rsidRPr="00BB142B">
              <w:rPr>
                <w:rFonts w:cs="Times New Roman"/>
              </w:rPr>
              <w:t>Саветодавну</w:t>
            </w:r>
            <w:proofErr w:type="spellEnd"/>
            <w:r w:rsidRPr="00BB142B">
              <w:rPr>
                <w:rFonts w:cs="Times New Roman"/>
              </w:rPr>
              <w:t xml:space="preserve"> </w:t>
            </w:r>
            <w:proofErr w:type="spellStart"/>
            <w:r w:rsidRPr="00BB142B">
              <w:rPr>
                <w:rFonts w:cs="Times New Roman"/>
              </w:rPr>
              <w:t>подршку</w:t>
            </w:r>
            <w:proofErr w:type="spellEnd"/>
            <w:r w:rsidRPr="00BB142B">
              <w:rPr>
                <w:rFonts w:cs="Times New Roman"/>
              </w:rPr>
              <w:t xml:space="preserve"> </w:t>
            </w:r>
            <w:proofErr w:type="spellStart"/>
            <w:r w:rsidRPr="00BB142B">
              <w:rPr>
                <w:rFonts w:cs="Times New Roman"/>
              </w:rPr>
              <w:t>за</w:t>
            </w:r>
            <w:proofErr w:type="spellEnd"/>
            <w:r w:rsidRPr="00BB142B">
              <w:rPr>
                <w:rFonts w:cs="Times New Roman"/>
              </w:rPr>
              <w:t xml:space="preserve"> </w:t>
            </w:r>
            <w:proofErr w:type="spellStart"/>
            <w:r w:rsidRPr="00BB142B">
              <w:rPr>
                <w:rFonts w:cs="Times New Roman"/>
              </w:rPr>
              <w:t>сектор</w:t>
            </w:r>
            <w:proofErr w:type="spellEnd"/>
            <w:r w:rsidRPr="00BB142B">
              <w:rPr>
                <w:rFonts w:cs="Times New Roman"/>
              </w:rPr>
              <w:t xml:space="preserve"> и </w:t>
            </w:r>
            <w:proofErr w:type="spellStart"/>
            <w:r w:rsidRPr="00BB142B">
              <w:rPr>
                <w:rFonts w:cs="Times New Roman"/>
              </w:rPr>
              <w:t>Србијагас</w:t>
            </w:r>
            <w:proofErr w:type="spellEnd"/>
            <w:r w:rsidRPr="00BB142B">
              <w:rPr>
                <w:rFonts w:cs="Times New Roman"/>
              </w:rPr>
              <w:t xml:space="preserve"> у </w:t>
            </w:r>
            <w:proofErr w:type="spellStart"/>
            <w:r w:rsidRPr="00BB142B">
              <w:rPr>
                <w:rFonts w:cs="Times New Roman"/>
              </w:rPr>
              <w:t>вези</w:t>
            </w:r>
            <w:proofErr w:type="spellEnd"/>
            <w:r w:rsidRPr="00BB142B">
              <w:rPr>
                <w:rFonts w:cs="Times New Roman"/>
              </w:rPr>
              <w:t xml:space="preserve"> </w:t>
            </w:r>
            <w:proofErr w:type="spellStart"/>
            <w:r w:rsidRPr="00BB142B">
              <w:rPr>
                <w:rFonts w:cs="Times New Roman"/>
              </w:rPr>
              <w:t>са</w:t>
            </w:r>
            <w:proofErr w:type="spellEnd"/>
            <w:r w:rsidRPr="00BB142B">
              <w:rPr>
                <w:rFonts w:cs="Times New Roman"/>
              </w:rPr>
              <w:t xml:space="preserve"> </w:t>
            </w:r>
            <w:proofErr w:type="spellStart"/>
            <w:r w:rsidRPr="00BB142B">
              <w:rPr>
                <w:rFonts w:cs="Times New Roman"/>
              </w:rPr>
              <w:t>реформама</w:t>
            </w:r>
            <w:proofErr w:type="spellEnd"/>
            <w:r w:rsidRPr="00BB142B">
              <w:rPr>
                <w:rFonts w:cs="Times New Roman"/>
              </w:rPr>
              <w:t xml:space="preserve"> </w:t>
            </w:r>
            <w:proofErr w:type="spellStart"/>
            <w:r w:rsidRPr="00BB142B">
              <w:rPr>
                <w:rFonts w:cs="Times New Roman"/>
              </w:rPr>
              <w:t>сектора</w:t>
            </w:r>
            <w:proofErr w:type="spellEnd"/>
            <w:r w:rsidRPr="00BB142B">
              <w:rPr>
                <w:rFonts w:cs="Times New Roman"/>
              </w:rPr>
              <w:t xml:space="preserve"> и </w:t>
            </w:r>
            <w:proofErr w:type="spellStart"/>
            <w:r w:rsidRPr="00BB142B">
              <w:rPr>
                <w:rFonts w:cs="Times New Roman"/>
              </w:rPr>
              <w:t>финансијском</w:t>
            </w:r>
            <w:proofErr w:type="spellEnd"/>
            <w:r w:rsidRPr="00BB142B">
              <w:rPr>
                <w:rFonts w:cs="Times New Roman"/>
              </w:rPr>
              <w:t xml:space="preserve"> </w:t>
            </w:r>
            <w:proofErr w:type="spellStart"/>
            <w:r w:rsidRPr="00BB142B">
              <w:rPr>
                <w:rFonts w:cs="Times New Roman"/>
              </w:rPr>
              <w:t>одрживошћу</w:t>
            </w:r>
            <w:proofErr w:type="spellEnd"/>
            <w:r w:rsidR="00DD0717" w:rsidRPr="00347368">
              <w:rPr>
                <w:rFonts w:cs="Times New Roman"/>
              </w:rPr>
              <w:t>.</w:t>
            </w:r>
          </w:p>
          <w:p w14:paraId="33BFB907" w14:textId="15066906" w:rsidR="0099453C" w:rsidRPr="00347368" w:rsidRDefault="00BB142B" w:rsidP="00347368">
            <w:pPr>
              <w:pStyle w:val="Pasussalistom"/>
              <w:numPr>
                <w:ilvl w:val="0"/>
                <w:numId w:val="23"/>
              </w:numPr>
              <w:ind w:left="322" w:hanging="322"/>
              <w:jc w:val="left"/>
              <w:rPr>
                <w:rFonts w:cs="Times New Roman"/>
              </w:rPr>
            </w:pPr>
            <w:proofErr w:type="spellStart"/>
            <w:r w:rsidRPr="00BB142B">
              <w:rPr>
                <w:rFonts w:cs="Times New Roman"/>
              </w:rPr>
              <w:t>Инжењеринг</w:t>
            </w:r>
            <w:proofErr w:type="spellEnd"/>
            <w:r w:rsidRPr="00BB142B">
              <w:rPr>
                <w:rFonts w:cs="Times New Roman"/>
              </w:rPr>
              <w:t xml:space="preserve">, </w:t>
            </w:r>
            <w:proofErr w:type="spellStart"/>
            <w:r w:rsidRPr="00BB142B">
              <w:rPr>
                <w:rFonts w:cs="Times New Roman"/>
              </w:rPr>
              <w:t>пројектовање</w:t>
            </w:r>
            <w:proofErr w:type="spellEnd"/>
            <w:r w:rsidRPr="00BB142B">
              <w:rPr>
                <w:rFonts w:cs="Times New Roman"/>
              </w:rPr>
              <w:t xml:space="preserve">, </w:t>
            </w:r>
            <w:proofErr w:type="spellStart"/>
            <w:r w:rsidRPr="00BB142B">
              <w:rPr>
                <w:rFonts w:cs="Times New Roman"/>
              </w:rPr>
              <w:t>изводљивост</w:t>
            </w:r>
            <w:proofErr w:type="spellEnd"/>
            <w:r w:rsidRPr="00BB142B">
              <w:rPr>
                <w:rFonts w:cs="Times New Roman"/>
              </w:rPr>
              <w:t xml:space="preserve">, </w:t>
            </w:r>
            <w:proofErr w:type="spellStart"/>
            <w:r w:rsidRPr="00BB142B">
              <w:rPr>
                <w:rFonts w:cs="Times New Roman"/>
              </w:rPr>
              <w:t>као</w:t>
            </w:r>
            <w:proofErr w:type="spellEnd"/>
            <w:r w:rsidRPr="00BB142B">
              <w:rPr>
                <w:rFonts w:cs="Times New Roman"/>
              </w:rPr>
              <w:t xml:space="preserve"> и E&amp;S </w:t>
            </w:r>
            <w:proofErr w:type="spellStart"/>
            <w:r w:rsidRPr="00BB142B">
              <w:rPr>
                <w:rFonts w:cs="Times New Roman"/>
              </w:rPr>
              <w:t>процене</w:t>
            </w:r>
            <w:proofErr w:type="spellEnd"/>
            <w:r w:rsidRPr="00BB142B">
              <w:rPr>
                <w:rFonts w:cs="Times New Roman"/>
              </w:rPr>
              <w:t xml:space="preserve"> и </w:t>
            </w:r>
            <w:proofErr w:type="spellStart"/>
            <w:r w:rsidRPr="00BB142B">
              <w:rPr>
                <w:rFonts w:cs="Times New Roman"/>
              </w:rPr>
              <w:t>планове</w:t>
            </w:r>
            <w:proofErr w:type="spellEnd"/>
            <w:r w:rsidRPr="00BB142B">
              <w:rPr>
                <w:rFonts w:cs="Times New Roman"/>
              </w:rPr>
              <w:t xml:space="preserve"> </w:t>
            </w:r>
            <w:proofErr w:type="spellStart"/>
            <w:r w:rsidRPr="00BB142B">
              <w:rPr>
                <w:rFonts w:cs="Times New Roman"/>
              </w:rPr>
              <w:t>који</w:t>
            </w:r>
            <w:proofErr w:type="spellEnd"/>
            <w:r w:rsidRPr="00BB142B">
              <w:rPr>
                <w:rFonts w:cs="Times New Roman"/>
              </w:rPr>
              <w:t xml:space="preserve"> </w:t>
            </w:r>
            <w:proofErr w:type="spellStart"/>
            <w:r w:rsidRPr="00BB142B">
              <w:rPr>
                <w:rFonts w:cs="Times New Roman"/>
              </w:rPr>
              <w:t>су</w:t>
            </w:r>
            <w:proofErr w:type="spellEnd"/>
            <w:r w:rsidRPr="00BB142B">
              <w:rPr>
                <w:rFonts w:cs="Times New Roman"/>
              </w:rPr>
              <w:t xml:space="preserve"> </w:t>
            </w:r>
            <w:proofErr w:type="spellStart"/>
            <w:r w:rsidRPr="00BB142B">
              <w:rPr>
                <w:rFonts w:cs="Times New Roman"/>
              </w:rPr>
              <w:t>потребни</w:t>
            </w:r>
            <w:proofErr w:type="spellEnd"/>
            <w:r w:rsidRPr="00BB142B">
              <w:rPr>
                <w:rFonts w:cs="Times New Roman"/>
              </w:rPr>
              <w:t xml:space="preserve"> </w:t>
            </w:r>
            <w:proofErr w:type="spellStart"/>
            <w:r w:rsidRPr="00BB142B">
              <w:rPr>
                <w:rFonts w:cs="Times New Roman"/>
              </w:rPr>
              <w:t>да</w:t>
            </w:r>
            <w:proofErr w:type="spellEnd"/>
            <w:r w:rsidRPr="00BB142B">
              <w:rPr>
                <w:rFonts w:cs="Times New Roman"/>
              </w:rPr>
              <w:t xml:space="preserve"> </w:t>
            </w:r>
            <w:proofErr w:type="spellStart"/>
            <w:r w:rsidRPr="00BB142B">
              <w:rPr>
                <w:rFonts w:cs="Times New Roman"/>
              </w:rPr>
              <w:t>се</w:t>
            </w:r>
            <w:proofErr w:type="spellEnd"/>
            <w:r w:rsidRPr="00BB142B">
              <w:rPr>
                <w:rFonts w:cs="Times New Roman"/>
              </w:rPr>
              <w:t xml:space="preserve"> </w:t>
            </w:r>
            <w:proofErr w:type="spellStart"/>
            <w:r w:rsidRPr="00BB142B">
              <w:rPr>
                <w:rFonts w:cs="Times New Roman"/>
              </w:rPr>
              <w:t>планиране</w:t>
            </w:r>
            <w:proofErr w:type="spellEnd"/>
            <w:r w:rsidRPr="00BB142B">
              <w:rPr>
                <w:rFonts w:cs="Times New Roman"/>
              </w:rPr>
              <w:t xml:space="preserve"> </w:t>
            </w:r>
            <w:proofErr w:type="spellStart"/>
            <w:r w:rsidRPr="00BB142B">
              <w:rPr>
                <w:rFonts w:cs="Times New Roman"/>
              </w:rPr>
              <w:t>инвестиције</w:t>
            </w:r>
            <w:proofErr w:type="spellEnd"/>
            <w:r w:rsidRPr="00BB142B">
              <w:rPr>
                <w:rFonts w:cs="Times New Roman"/>
              </w:rPr>
              <w:t xml:space="preserve"> </w:t>
            </w:r>
            <w:proofErr w:type="spellStart"/>
            <w:r w:rsidRPr="00BB142B">
              <w:rPr>
                <w:rFonts w:cs="Times New Roman"/>
              </w:rPr>
              <w:t>за</w:t>
            </w:r>
            <w:proofErr w:type="spellEnd"/>
            <w:r w:rsidRPr="00BB142B">
              <w:rPr>
                <w:rFonts w:cs="Times New Roman"/>
              </w:rPr>
              <w:t xml:space="preserve"> </w:t>
            </w:r>
            <w:proofErr w:type="spellStart"/>
            <w:r w:rsidRPr="00BB142B">
              <w:rPr>
                <w:rFonts w:cs="Times New Roman"/>
              </w:rPr>
              <w:t>гасовод</w:t>
            </w:r>
            <w:proofErr w:type="spellEnd"/>
            <w:r w:rsidRPr="00BB142B">
              <w:rPr>
                <w:rFonts w:cs="Times New Roman"/>
              </w:rPr>
              <w:t xml:space="preserve"> и </w:t>
            </w:r>
            <w:proofErr w:type="spellStart"/>
            <w:r w:rsidRPr="00BB142B">
              <w:rPr>
                <w:rFonts w:cs="Times New Roman"/>
              </w:rPr>
              <w:t>припремне</w:t>
            </w:r>
            <w:proofErr w:type="spellEnd"/>
            <w:r w:rsidRPr="00BB142B">
              <w:rPr>
                <w:rFonts w:cs="Times New Roman"/>
              </w:rPr>
              <w:t xml:space="preserve"> </w:t>
            </w:r>
            <w:proofErr w:type="spellStart"/>
            <w:r w:rsidRPr="00BB142B">
              <w:rPr>
                <w:rFonts w:cs="Times New Roman"/>
              </w:rPr>
              <w:t>студије</w:t>
            </w:r>
            <w:proofErr w:type="spellEnd"/>
            <w:r w:rsidRPr="00BB142B">
              <w:rPr>
                <w:rFonts w:cs="Times New Roman"/>
              </w:rPr>
              <w:t xml:space="preserve"> </w:t>
            </w:r>
            <w:proofErr w:type="spellStart"/>
            <w:r w:rsidRPr="00BB142B">
              <w:rPr>
                <w:rFonts w:cs="Times New Roman"/>
              </w:rPr>
              <w:t>складишта</w:t>
            </w:r>
            <w:proofErr w:type="spellEnd"/>
            <w:r w:rsidRPr="00BB142B">
              <w:rPr>
                <w:rFonts w:cs="Times New Roman"/>
              </w:rPr>
              <w:t xml:space="preserve"> </w:t>
            </w:r>
            <w:proofErr w:type="spellStart"/>
            <w:r w:rsidRPr="00BB142B">
              <w:rPr>
                <w:rFonts w:cs="Times New Roman"/>
              </w:rPr>
              <w:t>за</w:t>
            </w:r>
            <w:proofErr w:type="spellEnd"/>
            <w:r w:rsidRPr="00BB142B">
              <w:rPr>
                <w:rFonts w:cs="Times New Roman"/>
              </w:rPr>
              <w:t xml:space="preserve"> </w:t>
            </w:r>
            <w:proofErr w:type="spellStart"/>
            <w:r w:rsidRPr="00BB142B">
              <w:rPr>
                <w:rFonts w:cs="Times New Roman"/>
              </w:rPr>
              <w:t>Фазе</w:t>
            </w:r>
            <w:proofErr w:type="spellEnd"/>
            <w:r w:rsidRPr="00BB142B">
              <w:rPr>
                <w:rFonts w:cs="Times New Roman"/>
              </w:rPr>
              <w:t xml:space="preserve"> 2 и 3 </w:t>
            </w:r>
            <w:proofErr w:type="spellStart"/>
            <w:r w:rsidRPr="00BB142B">
              <w:rPr>
                <w:rFonts w:cs="Times New Roman"/>
              </w:rPr>
              <w:t>програма</w:t>
            </w:r>
            <w:proofErr w:type="spellEnd"/>
            <w:r w:rsidRPr="00BB142B">
              <w:rPr>
                <w:rFonts w:cs="Times New Roman"/>
              </w:rPr>
              <w:t xml:space="preserve"> </w:t>
            </w:r>
            <w:proofErr w:type="spellStart"/>
            <w:r w:rsidRPr="00BB142B">
              <w:rPr>
                <w:rFonts w:cs="Times New Roman"/>
              </w:rPr>
              <w:t>Вишефазног</w:t>
            </w:r>
            <w:proofErr w:type="spellEnd"/>
            <w:r w:rsidRPr="00BB142B">
              <w:rPr>
                <w:rFonts w:cs="Times New Roman"/>
              </w:rPr>
              <w:t xml:space="preserve"> </w:t>
            </w:r>
            <w:proofErr w:type="spellStart"/>
            <w:r w:rsidRPr="00BB142B">
              <w:rPr>
                <w:rFonts w:cs="Times New Roman"/>
              </w:rPr>
              <w:t>програмског</w:t>
            </w:r>
            <w:proofErr w:type="spellEnd"/>
            <w:r w:rsidRPr="00BB142B">
              <w:rPr>
                <w:rFonts w:cs="Times New Roman"/>
              </w:rPr>
              <w:t xml:space="preserve"> </w:t>
            </w:r>
            <w:proofErr w:type="spellStart"/>
            <w:r w:rsidRPr="00BB142B">
              <w:rPr>
                <w:rFonts w:cs="Times New Roman"/>
              </w:rPr>
              <w:t>приступа</w:t>
            </w:r>
            <w:proofErr w:type="spellEnd"/>
            <w:r w:rsidRPr="00BB142B">
              <w:rPr>
                <w:rFonts w:cs="Times New Roman"/>
              </w:rPr>
              <w:t xml:space="preserve"> </w:t>
            </w:r>
            <w:r w:rsidR="009306C2" w:rsidRPr="00347368">
              <w:rPr>
                <w:rFonts w:cs="Times New Roman"/>
              </w:rPr>
              <w:t xml:space="preserve">(MPA) </w:t>
            </w:r>
            <w:proofErr w:type="spellStart"/>
            <w:r w:rsidRPr="00BB142B">
              <w:rPr>
                <w:rFonts w:cs="Times New Roman"/>
              </w:rPr>
              <w:t>доведу</w:t>
            </w:r>
            <w:proofErr w:type="spellEnd"/>
            <w:r w:rsidRPr="00BB142B">
              <w:rPr>
                <w:rFonts w:cs="Times New Roman"/>
              </w:rPr>
              <w:t xml:space="preserve"> </w:t>
            </w:r>
            <w:proofErr w:type="spellStart"/>
            <w:r w:rsidRPr="00BB142B">
              <w:rPr>
                <w:rFonts w:cs="Times New Roman"/>
              </w:rPr>
              <w:t>до</w:t>
            </w:r>
            <w:proofErr w:type="spellEnd"/>
            <w:r w:rsidRPr="00BB142B">
              <w:rPr>
                <w:rFonts w:cs="Times New Roman"/>
              </w:rPr>
              <w:t xml:space="preserve"> </w:t>
            </w:r>
            <w:proofErr w:type="spellStart"/>
            <w:r w:rsidRPr="00BB142B">
              <w:rPr>
                <w:rFonts w:cs="Times New Roman"/>
              </w:rPr>
              <w:t>стандарда</w:t>
            </w:r>
            <w:proofErr w:type="spellEnd"/>
            <w:r w:rsidRPr="00BB142B">
              <w:rPr>
                <w:rFonts w:cs="Times New Roman"/>
              </w:rPr>
              <w:t xml:space="preserve"> </w:t>
            </w:r>
            <w:proofErr w:type="spellStart"/>
            <w:r w:rsidRPr="00BB142B">
              <w:rPr>
                <w:rFonts w:cs="Times New Roman"/>
              </w:rPr>
              <w:t>спремности</w:t>
            </w:r>
            <w:proofErr w:type="spellEnd"/>
            <w:r w:rsidRPr="00BB142B">
              <w:rPr>
                <w:rFonts w:cs="Times New Roman"/>
              </w:rPr>
              <w:t xml:space="preserve"> </w:t>
            </w:r>
            <w:proofErr w:type="spellStart"/>
            <w:r w:rsidRPr="00BB142B">
              <w:rPr>
                <w:rFonts w:cs="Times New Roman"/>
              </w:rPr>
              <w:t>за</w:t>
            </w:r>
            <w:proofErr w:type="spellEnd"/>
            <w:r w:rsidRPr="00BB142B">
              <w:rPr>
                <w:rFonts w:cs="Times New Roman"/>
              </w:rPr>
              <w:t xml:space="preserve"> </w:t>
            </w:r>
            <w:proofErr w:type="spellStart"/>
            <w:r w:rsidRPr="00BB142B">
              <w:rPr>
                <w:rFonts w:cs="Times New Roman"/>
              </w:rPr>
              <w:t>изградњу</w:t>
            </w:r>
            <w:proofErr w:type="spellEnd"/>
            <w:r w:rsidR="00DD0717" w:rsidRPr="00347368">
              <w:rPr>
                <w:rFonts w:cs="Times New Roman"/>
              </w:rPr>
              <w:t>.</w:t>
            </w:r>
          </w:p>
        </w:tc>
        <w:tc>
          <w:tcPr>
            <w:tcW w:w="1204" w:type="pct"/>
          </w:tcPr>
          <w:p w14:paraId="5A33B748" w14:textId="77777777" w:rsidR="00BF5ADA" w:rsidRPr="00347368" w:rsidRDefault="00BF5ADA" w:rsidP="00347368">
            <w:pPr>
              <w:jc w:val="left"/>
              <w:rPr>
                <w:rFonts w:cs="Times New Roman"/>
              </w:rPr>
            </w:pPr>
          </w:p>
          <w:p w14:paraId="5D2A1BD5" w14:textId="64F72657" w:rsidR="0099453C" w:rsidRPr="00347368" w:rsidRDefault="000B1C52" w:rsidP="00347368">
            <w:pPr>
              <w:jc w:val="left"/>
              <w:rPr>
                <w:rFonts w:cs="Times New Roman"/>
              </w:rPr>
            </w:pPr>
            <w:proofErr w:type="spellStart"/>
            <w:r w:rsidRPr="000B1C52">
              <w:rPr>
                <w:rFonts w:cs="Times New Roman"/>
              </w:rPr>
              <w:t>Током</w:t>
            </w:r>
            <w:proofErr w:type="spellEnd"/>
            <w:r w:rsidRPr="000B1C52">
              <w:rPr>
                <w:rFonts w:cs="Times New Roman"/>
              </w:rPr>
              <w:t xml:space="preserve"> </w:t>
            </w:r>
            <w:proofErr w:type="spellStart"/>
            <w:r w:rsidRPr="000B1C52">
              <w:rPr>
                <w:rFonts w:cs="Times New Roman"/>
              </w:rPr>
              <w:t>читавог</w:t>
            </w:r>
            <w:proofErr w:type="spellEnd"/>
            <w:r w:rsidRPr="000B1C52">
              <w:rPr>
                <w:rFonts w:cs="Times New Roman"/>
              </w:rPr>
              <w:t xml:space="preserve"> </w:t>
            </w:r>
            <w:proofErr w:type="spellStart"/>
            <w:r w:rsidRPr="000B1C52">
              <w:rPr>
                <w:rFonts w:cs="Times New Roman"/>
              </w:rPr>
              <w:t>периода</w:t>
            </w:r>
            <w:proofErr w:type="spellEnd"/>
            <w:r w:rsidRPr="000B1C52">
              <w:rPr>
                <w:rFonts w:cs="Times New Roman"/>
              </w:rPr>
              <w:t xml:space="preserve"> </w:t>
            </w:r>
            <w:proofErr w:type="spellStart"/>
            <w:r w:rsidRPr="000B1C52">
              <w:rPr>
                <w:rFonts w:cs="Times New Roman"/>
              </w:rPr>
              <w:t>имплементације</w:t>
            </w:r>
            <w:proofErr w:type="spellEnd"/>
            <w:r w:rsidRPr="000B1C52">
              <w:rPr>
                <w:rFonts w:cs="Times New Roman"/>
              </w:rPr>
              <w:t xml:space="preserve"> Пројекта</w:t>
            </w:r>
            <w:r w:rsidR="00DD0717" w:rsidRPr="00347368">
              <w:rPr>
                <w:rFonts w:cs="Times New Roman"/>
              </w:rPr>
              <w:t xml:space="preserve">.  </w:t>
            </w:r>
          </w:p>
        </w:tc>
        <w:tc>
          <w:tcPr>
            <w:tcW w:w="733" w:type="pct"/>
          </w:tcPr>
          <w:p w14:paraId="4BADDEE6" w14:textId="77777777" w:rsidR="00BF5ADA" w:rsidRPr="00347368" w:rsidRDefault="00BF5ADA" w:rsidP="00347368">
            <w:pPr>
              <w:jc w:val="left"/>
              <w:rPr>
                <w:rFonts w:cs="Times New Roman"/>
              </w:rPr>
            </w:pPr>
          </w:p>
          <w:p w14:paraId="337A8F80" w14:textId="4296EAF3" w:rsidR="0099453C" w:rsidRPr="00745528" w:rsidRDefault="00745528" w:rsidP="00347368">
            <w:pPr>
              <w:jc w:val="left"/>
              <w:rPr>
                <w:rFonts w:cs="Times New Roman"/>
                <w:lang w:val="sr-Cyrl-RS"/>
              </w:rPr>
            </w:pPr>
            <w:r>
              <w:rPr>
                <w:rFonts w:cs="Times New Roman"/>
                <w:lang w:val="sr-Cyrl-RS"/>
              </w:rPr>
              <w:t>МРЕ</w:t>
            </w:r>
          </w:p>
        </w:tc>
      </w:tr>
      <w:tr w:rsidR="00625796" w:rsidRPr="00347368" w14:paraId="45F0B5F4" w14:textId="77777777" w:rsidTr="009D7F44">
        <w:tc>
          <w:tcPr>
            <w:tcW w:w="268" w:type="pct"/>
          </w:tcPr>
          <w:p w14:paraId="452E4697" w14:textId="0A0498F4" w:rsidR="00DD0717" w:rsidRPr="00347368" w:rsidRDefault="00DD0717" w:rsidP="00347368">
            <w:pPr>
              <w:jc w:val="left"/>
              <w:rPr>
                <w:rFonts w:cs="Times New Roman"/>
              </w:rPr>
            </w:pPr>
            <w:r w:rsidRPr="00347368">
              <w:rPr>
                <w:rFonts w:cstheme="minorHAnsi"/>
              </w:rPr>
              <w:lastRenderedPageBreak/>
              <w:t>1.4</w:t>
            </w:r>
          </w:p>
        </w:tc>
        <w:tc>
          <w:tcPr>
            <w:tcW w:w="2795" w:type="pct"/>
          </w:tcPr>
          <w:p w14:paraId="0478AEF8" w14:textId="22BCE992" w:rsidR="00DD0717" w:rsidRPr="00347368" w:rsidRDefault="00660188" w:rsidP="00347368">
            <w:pPr>
              <w:keepLines/>
              <w:widowControl w:val="0"/>
              <w:jc w:val="left"/>
              <w:rPr>
                <w:rFonts w:cstheme="minorHAnsi"/>
                <w:b/>
                <w:color w:val="4472C4" w:themeColor="accent1"/>
              </w:rPr>
            </w:pPr>
            <w:r w:rsidRPr="00660188">
              <w:rPr>
                <w:rFonts w:cstheme="minorHAnsi"/>
                <w:b/>
                <w:color w:val="4472C4" w:themeColor="accent1"/>
              </w:rPr>
              <w:t>ФИНАНСИРАЊЕ ХИТНОГ РЕАГОВАЊА У ВАНРЕДНИМ СИТУАЦИЈАМА (CERC)</w:t>
            </w:r>
          </w:p>
          <w:p w14:paraId="68373167" w14:textId="22B14428" w:rsidR="00DD0717" w:rsidRPr="00347368" w:rsidRDefault="0EA260F5" w:rsidP="00347368">
            <w:pPr>
              <w:jc w:val="left"/>
              <w:rPr>
                <w:rFonts w:eastAsia="Aptos" w:cs="Aptos"/>
              </w:rPr>
            </w:pPr>
            <w:r w:rsidRPr="00347368">
              <w:rPr>
                <w:rFonts w:eastAsia="Aptos" w:cs="Aptos"/>
              </w:rPr>
              <w:t xml:space="preserve">1. </w:t>
            </w:r>
            <w:proofErr w:type="spellStart"/>
            <w:r w:rsidR="00660188" w:rsidRPr="00660188">
              <w:rPr>
                <w:rFonts w:eastAsia="Aptos" w:cs="Aptos"/>
              </w:rPr>
              <w:t>Осигурати</w:t>
            </w:r>
            <w:proofErr w:type="spellEnd"/>
            <w:r w:rsidR="00660188" w:rsidRPr="00660188">
              <w:rPr>
                <w:rFonts w:eastAsia="Aptos" w:cs="Aptos"/>
              </w:rPr>
              <w:t xml:space="preserve"> </w:t>
            </w:r>
            <w:proofErr w:type="spellStart"/>
            <w:r w:rsidR="00660188" w:rsidRPr="00660188">
              <w:rPr>
                <w:rFonts w:eastAsia="Aptos" w:cs="Aptos"/>
              </w:rPr>
              <w:t>да</w:t>
            </w:r>
            <w:proofErr w:type="spellEnd"/>
            <w:r w:rsidR="00660188" w:rsidRPr="00660188">
              <w:rPr>
                <w:rFonts w:eastAsia="Aptos" w:cs="Aptos"/>
              </w:rPr>
              <w:t xml:space="preserve"> CERC </w:t>
            </w:r>
            <w:proofErr w:type="spellStart"/>
            <w:r w:rsidR="00660188" w:rsidRPr="00660188">
              <w:rPr>
                <w:rFonts w:eastAsia="Aptos" w:cs="Aptos"/>
              </w:rPr>
              <w:t>Приручник</w:t>
            </w:r>
            <w:proofErr w:type="spellEnd"/>
            <w:r w:rsidR="00660188" w:rsidRPr="00660188">
              <w:rPr>
                <w:rFonts w:eastAsia="Aptos" w:cs="Aptos"/>
              </w:rPr>
              <w:t xml:space="preserve"> </w:t>
            </w:r>
            <w:proofErr w:type="spellStart"/>
            <w:r w:rsidR="00660188" w:rsidRPr="00660188">
              <w:rPr>
                <w:rFonts w:eastAsia="Aptos" w:cs="Aptos"/>
              </w:rPr>
              <w:t>укључује</w:t>
            </w:r>
            <w:proofErr w:type="spellEnd"/>
            <w:r w:rsidR="00660188" w:rsidRPr="00660188">
              <w:rPr>
                <w:rFonts w:eastAsia="Aptos" w:cs="Aptos"/>
              </w:rPr>
              <w:t xml:space="preserve"> </w:t>
            </w:r>
            <w:proofErr w:type="spellStart"/>
            <w:r w:rsidR="00660188" w:rsidRPr="00660188">
              <w:rPr>
                <w:rFonts w:eastAsia="Aptos" w:cs="Aptos"/>
              </w:rPr>
              <w:t>опис</w:t>
            </w:r>
            <w:proofErr w:type="spellEnd"/>
            <w:r w:rsidR="00660188" w:rsidRPr="00660188">
              <w:rPr>
                <w:rFonts w:eastAsia="Aptos" w:cs="Aptos"/>
              </w:rPr>
              <w:t xml:space="preserve"> </w:t>
            </w:r>
            <w:proofErr w:type="spellStart"/>
            <w:r w:rsidR="00660188" w:rsidRPr="00660188">
              <w:rPr>
                <w:rFonts w:eastAsia="Aptos" w:cs="Aptos"/>
              </w:rPr>
              <w:t>аранжмана</w:t>
            </w:r>
            <w:proofErr w:type="spellEnd"/>
            <w:r w:rsidR="00660188" w:rsidRPr="00660188">
              <w:rPr>
                <w:rFonts w:eastAsia="Aptos" w:cs="Aptos"/>
              </w:rPr>
              <w:t xml:space="preserve"> </w:t>
            </w:r>
            <w:proofErr w:type="spellStart"/>
            <w:r w:rsidR="00660188" w:rsidRPr="00660188">
              <w:rPr>
                <w:rFonts w:eastAsia="Aptos" w:cs="Aptos"/>
              </w:rPr>
              <w:t>за</w:t>
            </w:r>
            <w:proofErr w:type="spellEnd"/>
            <w:r w:rsidR="00660188" w:rsidRPr="00660188">
              <w:rPr>
                <w:rFonts w:eastAsia="Aptos" w:cs="Aptos"/>
              </w:rPr>
              <w:t xml:space="preserve"> E&amp;S </w:t>
            </w:r>
            <w:proofErr w:type="spellStart"/>
            <w:r w:rsidR="00660188" w:rsidRPr="00660188">
              <w:rPr>
                <w:rFonts w:eastAsia="Aptos" w:cs="Aptos"/>
              </w:rPr>
              <w:t>процену</w:t>
            </w:r>
            <w:proofErr w:type="spellEnd"/>
            <w:r w:rsidR="00660188" w:rsidRPr="00660188">
              <w:rPr>
                <w:rFonts w:eastAsia="Aptos" w:cs="Aptos"/>
              </w:rPr>
              <w:t xml:space="preserve"> и </w:t>
            </w:r>
            <w:proofErr w:type="spellStart"/>
            <w:r w:rsidR="00660188" w:rsidRPr="00660188">
              <w:rPr>
                <w:rFonts w:eastAsia="Aptos" w:cs="Aptos"/>
              </w:rPr>
              <w:t>управљање</w:t>
            </w:r>
            <w:proofErr w:type="spellEnd"/>
            <w:r w:rsidR="00660188" w:rsidRPr="00660188">
              <w:rPr>
                <w:rFonts w:eastAsia="Aptos" w:cs="Aptos"/>
              </w:rPr>
              <w:t xml:space="preserve">, </w:t>
            </w:r>
            <w:proofErr w:type="spellStart"/>
            <w:r w:rsidR="00660188" w:rsidRPr="00660188">
              <w:rPr>
                <w:rFonts w:eastAsia="Aptos" w:cs="Aptos"/>
              </w:rPr>
              <w:t>укључујући</w:t>
            </w:r>
            <w:proofErr w:type="spellEnd"/>
            <w:r w:rsidR="00660188" w:rsidRPr="00660188">
              <w:rPr>
                <w:rFonts w:eastAsia="Aptos" w:cs="Aptos"/>
              </w:rPr>
              <w:t xml:space="preserve"> CERC-ESMF </w:t>
            </w:r>
            <w:proofErr w:type="spellStart"/>
            <w:r w:rsidR="00660188" w:rsidRPr="00660188">
              <w:rPr>
                <w:rFonts w:eastAsia="Aptos" w:cs="Aptos"/>
              </w:rPr>
              <w:t>који</w:t>
            </w:r>
            <w:proofErr w:type="spellEnd"/>
            <w:r w:rsidR="00660188" w:rsidRPr="00660188">
              <w:rPr>
                <w:rFonts w:eastAsia="Aptos" w:cs="Aptos"/>
              </w:rPr>
              <w:t xml:space="preserve"> </w:t>
            </w:r>
            <w:proofErr w:type="spellStart"/>
            <w:r w:rsidR="00660188" w:rsidRPr="00660188">
              <w:rPr>
                <w:rFonts w:eastAsia="Aptos" w:cs="Aptos"/>
              </w:rPr>
              <w:t>ће</w:t>
            </w:r>
            <w:proofErr w:type="spellEnd"/>
            <w:r w:rsidR="00660188" w:rsidRPr="00660188">
              <w:rPr>
                <w:rFonts w:eastAsia="Aptos" w:cs="Aptos"/>
              </w:rPr>
              <w:t xml:space="preserve"> </w:t>
            </w:r>
            <w:proofErr w:type="spellStart"/>
            <w:r w:rsidR="00660188" w:rsidRPr="00660188">
              <w:rPr>
                <w:rFonts w:eastAsia="Aptos" w:cs="Aptos"/>
              </w:rPr>
              <w:t>бити</w:t>
            </w:r>
            <w:proofErr w:type="spellEnd"/>
            <w:r w:rsidR="00660188" w:rsidRPr="00660188">
              <w:rPr>
                <w:rFonts w:eastAsia="Aptos" w:cs="Aptos"/>
              </w:rPr>
              <w:t xml:space="preserve"> </w:t>
            </w:r>
            <w:proofErr w:type="spellStart"/>
            <w:r w:rsidR="00660188" w:rsidRPr="00660188">
              <w:rPr>
                <w:rFonts w:eastAsia="Aptos" w:cs="Aptos"/>
              </w:rPr>
              <w:t>укључен</w:t>
            </w:r>
            <w:proofErr w:type="spellEnd"/>
            <w:r w:rsidR="00660188" w:rsidRPr="00660188">
              <w:rPr>
                <w:rFonts w:eastAsia="Aptos" w:cs="Aptos"/>
              </w:rPr>
              <w:t xml:space="preserve"> у CERC </w:t>
            </w:r>
            <w:proofErr w:type="spellStart"/>
            <w:r w:rsidR="00660188" w:rsidRPr="00660188">
              <w:rPr>
                <w:rFonts w:eastAsia="Aptos" w:cs="Aptos"/>
              </w:rPr>
              <w:t>Приручник</w:t>
            </w:r>
            <w:proofErr w:type="spellEnd"/>
            <w:r w:rsidR="00660188" w:rsidRPr="00660188">
              <w:rPr>
                <w:rFonts w:eastAsia="Aptos" w:cs="Aptos"/>
              </w:rPr>
              <w:t xml:space="preserve">, </w:t>
            </w:r>
            <w:proofErr w:type="spellStart"/>
            <w:r w:rsidR="00660188" w:rsidRPr="00660188">
              <w:rPr>
                <w:rFonts w:eastAsia="Aptos" w:cs="Aptos"/>
              </w:rPr>
              <w:t>за</w:t>
            </w:r>
            <w:proofErr w:type="spellEnd"/>
            <w:r w:rsidR="00660188" w:rsidRPr="00660188">
              <w:rPr>
                <w:rFonts w:eastAsia="Aptos" w:cs="Aptos"/>
              </w:rPr>
              <w:t xml:space="preserve"> </w:t>
            </w:r>
            <w:proofErr w:type="spellStart"/>
            <w:r w:rsidR="00660188" w:rsidRPr="00660188">
              <w:rPr>
                <w:rFonts w:eastAsia="Aptos" w:cs="Aptos"/>
              </w:rPr>
              <w:t>спровођење</w:t>
            </w:r>
            <w:proofErr w:type="spellEnd"/>
            <w:r w:rsidR="00660188" w:rsidRPr="00660188">
              <w:rPr>
                <w:rFonts w:eastAsia="Aptos" w:cs="Aptos"/>
              </w:rPr>
              <w:t xml:space="preserve"> CERC </w:t>
            </w:r>
            <w:proofErr w:type="spellStart"/>
            <w:r w:rsidR="00660188" w:rsidRPr="00660188">
              <w:rPr>
                <w:rFonts w:eastAsia="Aptos" w:cs="Aptos"/>
              </w:rPr>
              <w:t>компоненте</w:t>
            </w:r>
            <w:proofErr w:type="spellEnd"/>
            <w:r w:rsidR="00660188" w:rsidRPr="00660188">
              <w:rPr>
                <w:rFonts w:eastAsia="Aptos" w:cs="Aptos"/>
              </w:rPr>
              <w:t xml:space="preserve">, у </w:t>
            </w:r>
            <w:proofErr w:type="spellStart"/>
            <w:r w:rsidR="00660188" w:rsidRPr="00660188">
              <w:rPr>
                <w:rFonts w:eastAsia="Aptos" w:cs="Aptos"/>
              </w:rPr>
              <w:t>складу</w:t>
            </w:r>
            <w:proofErr w:type="spellEnd"/>
            <w:r w:rsidR="00660188" w:rsidRPr="00660188">
              <w:rPr>
                <w:rFonts w:eastAsia="Aptos" w:cs="Aptos"/>
              </w:rPr>
              <w:t xml:space="preserve"> </w:t>
            </w:r>
            <w:proofErr w:type="spellStart"/>
            <w:r w:rsidR="00660188" w:rsidRPr="00660188">
              <w:rPr>
                <w:rFonts w:eastAsia="Aptos" w:cs="Aptos"/>
              </w:rPr>
              <w:t>са</w:t>
            </w:r>
            <w:proofErr w:type="spellEnd"/>
            <w:r w:rsidR="00660188" w:rsidRPr="00660188">
              <w:rPr>
                <w:rFonts w:eastAsia="Aptos" w:cs="Aptos"/>
              </w:rPr>
              <w:t xml:space="preserve"> ESS </w:t>
            </w:r>
            <w:proofErr w:type="spellStart"/>
            <w:r w:rsidR="00660188" w:rsidRPr="00660188">
              <w:rPr>
                <w:rFonts w:eastAsia="Aptos" w:cs="Aptos"/>
              </w:rPr>
              <w:t>стандардима</w:t>
            </w:r>
            <w:proofErr w:type="spellEnd"/>
            <w:r w:rsidRPr="00347368">
              <w:rPr>
                <w:rFonts w:eastAsia="Aptos" w:cs="Aptos"/>
              </w:rPr>
              <w:t>.</w:t>
            </w:r>
          </w:p>
          <w:p w14:paraId="371881FA" w14:textId="77777777" w:rsidR="003E2295" w:rsidRPr="00347368" w:rsidRDefault="003E2295" w:rsidP="00347368">
            <w:pPr>
              <w:jc w:val="left"/>
              <w:rPr>
                <w:rFonts w:eastAsia="Aptos" w:cs="Aptos"/>
              </w:rPr>
            </w:pPr>
          </w:p>
          <w:p w14:paraId="5CB6A918" w14:textId="77777777" w:rsidR="00395121" w:rsidRPr="00347368" w:rsidRDefault="00395121" w:rsidP="00347368">
            <w:pPr>
              <w:jc w:val="left"/>
              <w:rPr>
                <w:rFonts w:eastAsia="Aptos" w:cs="Aptos"/>
              </w:rPr>
            </w:pPr>
          </w:p>
          <w:p w14:paraId="62CE9B59" w14:textId="77777777" w:rsidR="000179C8" w:rsidRPr="00347368" w:rsidRDefault="000179C8" w:rsidP="00347368">
            <w:pPr>
              <w:jc w:val="left"/>
              <w:rPr>
                <w:rFonts w:eastAsia="Aptos" w:cs="Aptos"/>
              </w:rPr>
            </w:pPr>
          </w:p>
          <w:p w14:paraId="1B56D67D" w14:textId="42F303A5" w:rsidR="00DD0717" w:rsidRPr="00347368" w:rsidRDefault="005D52EC" w:rsidP="00347368">
            <w:pPr>
              <w:jc w:val="left"/>
              <w:rPr>
                <w:rFonts w:cs="Times New Roman"/>
              </w:rPr>
            </w:pPr>
            <w:r w:rsidRPr="00347368">
              <w:rPr>
                <w:rFonts w:eastAsia="Aptos" w:cs="Aptos"/>
              </w:rPr>
              <w:t>2</w:t>
            </w:r>
            <w:r w:rsidR="009548DC" w:rsidRPr="00347368">
              <w:rPr>
                <w:rFonts w:eastAsia="Aptos" w:cs="Aptos"/>
              </w:rPr>
              <w:t>.</w:t>
            </w:r>
            <w:r w:rsidRPr="00347368">
              <w:rPr>
                <w:rFonts w:eastAsia="Aptos" w:cs="Aptos"/>
              </w:rPr>
              <w:t xml:space="preserve"> </w:t>
            </w:r>
            <w:proofErr w:type="spellStart"/>
            <w:r w:rsidR="00660188" w:rsidRPr="00660188">
              <w:rPr>
                <w:rFonts w:eastAsia="Aptos" w:cs="Aptos"/>
              </w:rPr>
              <w:t>Спровести</w:t>
            </w:r>
            <w:proofErr w:type="spellEnd"/>
            <w:r w:rsidR="00660188" w:rsidRPr="00660188">
              <w:rPr>
                <w:rFonts w:eastAsia="Aptos" w:cs="Aptos"/>
              </w:rPr>
              <w:t xml:space="preserve"> CERC-ESMF </w:t>
            </w:r>
            <w:proofErr w:type="spellStart"/>
            <w:r w:rsidR="00660188" w:rsidRPr="00660188">
              <w:rPr>
                <w:rFonts w:eastAsia="Aptos" w:cs="Aptos"/>
              </w:rPr>
              <w:t>укључујући</w:t>
            </w:r>
            <w:proofErr w:type="spellEnd"/>
            <w:r w:rsidR="00660188" w:rsidRPr="00660188">
              <w:rPr>
                <w:rFonts w:eastAsia="Aptos" w:cs="Aptos"/>
              </w:rPr>
              <w:t xml:space="preserve"> </w:t>
            </w:r>
            <w:proofErr w:type="spellStart"/>
            <w:r w:rsidR="00660188" w:rsidRPr="00660188">
              <w:rPr>
                <w:rFonts w:eastAsia="Aptos" w:cs="Aptos"/>
              </w:rPr>
              <w:t>све</w:t>
            </w:r>
            <w:proofErr w:type="spellEnd"/>
            <w:r w:rsidR="00660188" w:rsidRPr="00660188">
              <w:rPr>
                <w:rFonts w:eastAsia="Aptos" w:cs="Aptos"/>
              </w:rPr>
              <w:t xml:space="preserve"> </w:t>
            </w:r>
            <w:proofErr w:type="spellStart"/>
            <w:r w:rsidR="00660188" w:rsidRPr="00660188">
              <w:rPr>
                <w:rFonts w:eastAsia="Aptos" w:cs="Aptos"/>
              </w:rPr>
              <w:t>процене</w:t>
            </w:r>
            <w:proofErr w:type="spellEnd"/>
            <w:r w:rsidR="00660188" w:rsidRPr="00660188">
              <w:rPr>
                <w:rFonts w:eastAsia="Aptos" w:cs="Aptos"/>
              </w:rPr>
              <w:t xml:space="preserve"> и </w:t>
            </w:r>
            <w:proofErr w:type="spellStart"/>
            <w:r w:rsidR="00660188" w:rsidRPr="00660188">
              <w:rPr>
                <w:rFonts w:eastAsia="Aptos" w:cs="Aptos"/>
              </w:rPr>
              <w:t>планове</w:t>
            </w:r>
            <w:proofErr w:type="spellEnd"/>
            <w:r w:rsidR="00660188" w:rsidRPr="00660188">
              <w:rPr>
                <w:rFonts w:eastAsia="Aptos" w:cs="Aptos"/>
              </w:rPr>
              <w:t xml:space="preserve"> и </w:t>
            </w:r>
            <w:proofErr w:type="spellStart"/>
            <w:r w:rsidR="00660188" w:rsidRPr="00660188">
              <w:rPr>
                <w:rFonts w:eastAsia="Aptos" w:cs="Aptos"/>
              </w:rPr>
              <w:t>друге</w:t>
            </w:r>
            <w:proofErr w:type="spellEnd"/>
            <w:r w:rsidR="00660188" w:rsidRPr="00660188">
              <w:rPr>
                <w:rFonts w:eastAsia="Aptos" w:cs="Aptos"/>
              </w:rPr>
              <w:t xml:space="preserve"> E&amp;S </w:t>
            </w:r>
            <w:proofErr w:type="spellStart"/>
            <w:r w:rsidR="00660188" w:rsidRPr="00660188">
              <w:rPr>
                <w:rFonts w:eastAsia="Aptos" w:cs="Aptos"/>
              </w:rPr>
              <w:t>документе</w:t>
            </w:r>
            <w:proofErr w:type="spellEnd"/>
            <w:r w:rsidR="00660188" w:rsidRPr="00660188">
              <w:rPr>
                <w:rFonts w:eastAsia="Aptos" w:cs="Aptos"/>
              </w:rPr>
              <w:t xml:space="preserve"> </w:t>
            </w:r>
            <w:proofErr w:type="spellStart"/>
            <w:r w:rsidR="00660188" w:rsidRPr="00660188">
              <w:rPr>
                <w:rFonts w:eastAsia="Aptos" w:cs="Aptos"/>
              </w:rPr>
              <w:t>који</w:t>
            </w:r>
            <w:proofErr w:type="spellEnd"/>
            <w:r w:rsidR="00660188" w:rsidRPr="00660188">
              <w:rPr>
                <w:rFonts w:eastAsia="Aptos" w:cs="Aptos"/>
              </w:rPr>
              <w:t xml:space="preserve"> </w:t>
            </w:r>
            <w:proofErr w:type="spellStart"/>
            <w:r w:rsidR="00660188" w:rsidRPr="00660188">
              <w:rPr>
                <w:rFonts w:eastAsia="Aptos" w:cs="Aptos"/>
              </w:rPr>
              <w:t>су</w:t>
            </w:r>
            <w:proofErr w:type="spellEnd"/>
            <w:r w:rsidR="00660188" w:rsidRPr="00660188">
              <w:rPr>
                <w:rFonts w:eastAsia="Aptos" w:cs="Aptos"/>
              </w:rPr>
              <w:t xml:space="preserve"> у </w:t>
            </w:r>
            <w:proofErr w:type="spellStart"/>
            <w:r w:rsidR="00660188" w:rsidRPr="00660188">
              <w:rPr>
                <w:rFonts w:eastAsia="Aptos" w:cs="Aptos"/>
              </w:rPr>
              <w:t>њему</w:t>
            </w:r>
            <w:proofErr w:type="spellEnd"/>
            <w:r w:rsidR="00660188" w:rsidRPr="00660188">
              <w:rPr>
                <w:rFonts w:eastAsia="Aptos" w:cs="Aptos"/>
              </w:rPr>
              <w:t xml:space="preserve"> </w:t>
            </w:r>
            <w:proofErr w:type="spellStart"/>
            <w:r w:rsidR="00660188" w:rsidRPr="00660188">
              <w:rPr>
                <w:rFonts w:eastAsia="Aptos" w:cs="Aptos"/>
              </w:rPr>
              <w:t>захтевани</w:t>
            </w:r>
            <w:proofErr w:type="spellEnd"/>
            <w:r w:rsidR="0EA260F5" w:rsidRPr="00347368">
              <w:rPr>
                <w:rFonts w:eastAsia="Aptos" w:cs="Aptos"/>
              </w:rPr>
              <w:t>.</w:t>
            </w:r>
            <w:r w:rsidR="1A14537B" w:rsidRPr="00347368">
              <w:rPr>
                <w:rFonts w:eastAsia="Calibri"/>
              </w:rPr>
              <w:t xml:space="preserve"> </w:t>
            </w:r>
          </w:p>
        </w:tc>
        <w:tc>
          <w:tcPr>
            <w:tcW w:w="1204" w:type="pct"/>
          </w:tcPr>
          <w:p w14:paraId="3B970D2C" w14:textId="77777777" w:rsidR="002B6931" w:rsidRPr="00347368" w:rsidRDefault="002B6931" w:rsidP="00347368">
            <w:pPr>
              <w:keepLines/>
              <w:widowControl w:val="0"/>
              <w:jc w:val="left"/>
            </w:pPr>
          </w:p>
          <w:p w14:paraId="06807472" w14:textId="403DFE7C" w:rsidR="002B6931" w:rsidRPr="00347368" w:rsidRDefault="1A14537B" w:rsidP="00347368">
            <w:pPr>
              <w:jc w:val="left"/>
              <w:rPr>
                <w:rFonts w:eastAsia="Calibri" w:cs="Calibri"/>
              </w:rPr>
            </w:pPr>
            <w:r w:rsidRPr="00347368">
              <w:t>1.</w:t>
            </w:r>
            <w:r w:rsidR="4ED82BA5" w:rsidRPr="00347368">
              <w:t xml:space="preserve"> </w:t>
            </w:r>
            <w:proofErr w:type="spellStart"/>
            <w:r w:rsidR="00660188" w:rsidRPr="00660188">
              <w:rPr>
                <w:rFonts w:eastAsia="Aptos" w:cs="Aptos"/>
              </w:rPr>
              <w:t>Припрема</w:t>
            </w:r>
            <w:proofErr w:type="spellEnd"/>
            <w:r w:rsidR="00660188" w:rsidRPr="00660188">
              <w:rPr>
                <w:rFonts w:eastAsia="Aptos" w:cs="Aptos"/>
              </w:rPr>
              <w:t xml:space="preserve"> CERC </w:t>
            </w:r>
            <w:proofErr w:type="spellStart"/>
            <w:r w:rsidR="00660188" w:rsidRPr="00660188">
              <w:rPr>
                <w:rFonts w:eastAsia="Aptos" w:cs="Aptos"/>
              </w:rPr>
              <w:t>Приручника</w:t>
            </w:r>
            <w:proofErr w:type="spellEnd"/>
            <w:r w:rsidR="00660188" w:rsidRPr="00660188">
              <w:rPr>
                <w:rFonts w:eastAsia="Aptos" w:cs="Aptos"/>
              </w:rPr>
              <w:t xml:space="preserve"> у </w:t>
            </w:r>
            <w:proofErr w:type="spellStart"/>
            <w:r w:rsidR="00660188" w:rsidRPr="00660188">
              <w:rPr>
                <w:rFonts w:eastAsia="Aptos" w:cs="Aptos"/>
              </w:rPr>
              <w:t>форми</w:t>
            </w:r>
            <w:proofErr w:type="spellEnd"/>
            <w:r w:rsidR="00660188" w:rsidRPr="00660188">
              <w:rPr>
                <w:rFonts w:eastAsia="Aptos" w:cs="Aptos"/>
              </w:rPr>
              <w:t xml:space="preserve"> и </w:t>
            </w:r>
            <w:proofErr w:type="spellStart"/>
            <w:r w:rsidR="00660188" w:rsidRPr="00660188">
              <w:rPr>
                <w:rFonts w:eastAsia="Aptos" w:cs="Aptos"/>
              </w:rPr>
              <w:t>са</w:t>
            </w:r>
            <w:proofErr w:type="spellEnd"/>
            <w:r w:rsidR="00660188" w:rsidRPr="00660188">
              <w:rPr>
                <w:rFonts w:eastAsia="Aptos" w:cs="Aptos"/>
              </w:rPr>
              <w:t xml:space="preserve"> </w:t>
            </w:r>
            <w:proofErr w:type="spellStart"/>
            <w:r w:rsidR="00660188" w:rsidRPr="00660188">
              <w:rPr>
                <w:rFonts w:eastAsia="Aptos" w:cs="Aptos"/>
              </w:rPr>
              <w:t>садржајем</w:t>
            </w:r>
            <w:proofErr w:type="spellEnd"/>
            <w:r w:rsidR="00660188" w:rsidRPr="00660188">
              <w:rPr>
                <w:rFonts w:eastAsia="Aptos" w:cs="Aptos"/>
              </w:rPr>
              <w:t xml:space="preserve"> </w:t>
            </w:r>
            <w:proofErr w:type="spellStart"/>
            <w:r w:rsidR="00660188" w:rsidRPr="00660188">
              <w:rPr>
                <w:rFonts w:eastAsia="Aptos" w:cs="Aptos"/>
              </w:rPr>
              <w:t>који</w:t>
            </w:r>
            <w:proofErr w:type="spellEnd"/>
            <w:r w:rsidR="00660188" w:rsidRPr="00660188">
              <w:rPr>
                <w:rFonts w:eastAsia="Aptos" w:cs="Aptos"/>
              </w:rPr>
              <w:t xml:space="preserve"> </w:t>
            </w:r>
            <w:proofErr w:type="spellStart"/>
            <w:r w:rsidR="00660188" w:rsidRPr="00660188">
              <w:rPr>
                <w:rFonts w:eastAsia="Aptos" w:cs="Aptos"/>
              </w:rPr>
              <w:t>су</w:t>
            </w:r>
            <w:proofErr w:type="spellEnd"/>
            <w:r w:rsidR="00660188" w:rsidRPr="00660188">
              <w:rPr>
                <w:rFonts w:eastAsia="Aptos" w:cs="Aptos"/>
              </w:rPr>
              <w:t xml:space="preserve"> </w:t>
            </w:r>
            <w:proofErr w:type="spellStart"/>
            <w:r w:rsidR="00660188" w:rsidRPr="00660188">
              <w:rPr>
                <w:rFonts w:eastAsia="Aptos" w:cs="Aptos"/>
              </w:rPr>
              <w:t>прихватљиви</w:t>
            </w:r>
            <w:proofErr w:type="spellEnd"/>
            <w:r w:rsidR="00660188" w:rsidRPr="00660188">
              <w:rPr>
                <w:rFonts w:eastAsia="Aptos" w:cs="Aptos"/>
              </w:rPr>
              <w:t xml:space="preserve"> </w:t>
            </w:r>
            <w:proofErr w:type="spellStart"/>
            <w:r w:rsidR="00660188" w:rsidRPr="00660188">
              <w:rPr>
                <w:rFonts w:eastAsia="Aptos" w:cs="Aptos"/>
              </w:rPr>
              <w:t>за</w:t>
            </w:r>
            <w:proofErr w:type="spellEnd"/>
            <w:r w:rsidR="00660188" w:rsidRPr="00660188">
              <w:rPr>
                <w:rFonts w:eastAsia="Aptos" w:cs="Aptos"/>
              </w:rPr>
              <w:t xml:space="preserve"> </w:t>
            </w:r>
            <w:proofErr w:type="spellStart"/>
            <w:r w:rsidR="00660188" w:rsidRPr="00660188">
              <w:rPr>
                <w:rFonts w:eastAsia="Aptos" w:cs="Aptos"/>
              </w:rPr>
              <w:t>Банку</w:t>
            </w:r>
            <w:proofErr w:type="spellEnd"/>
            <w:r w:rsidR="00660188" w:rsidRPr="00660188">
              <w:rPr>
                <w:rFonts w:eastAsia="Aptos" w:cs="Aptos"/>
              </w:rPr>
              <w:t xml:space="preserve"> </w:t>
            </w:r>
            <w:proofErr w:type="spellStart"/>
            <w:r w:rsidR="00660188" w:rsidRPr="00660188">
              <w:rPr>
                <w:rFonts w:eastAsia="Aptos" w:cs="Aptos"/>
              </w:rPr>
              <w:t>је</w:t>
            </w:r>
            <w:proofErr w:type="spellEnd"/>
            <w:r w:rsidR="00660188" w:rsidRPr="00660188">
              <w:rPr>
                <w:rFonts w:eastAsia="Aptos" w:cs="Aptos"/>
              </w:rPr>
              <w:t xml:space="preserve"> </w:t>
            </w:r>
            <w:proofErr w:type="spellStart"/>
            <w:r w:rsidR="00660188" w:rsidRPr="00660188">
              <w:rPr>
                <w:rFonts w:eastAsia="Aptos" w:cs="Aptos"/>
              </w:rPr>
              <w:t>услов</w:t>
            </w:r>
            <w:proofErr w:type="spellEnd"/>
            <w:r w:rsidR="00660188" w:rsidRPr="00660188">
              <w:rPr>
                <w:rFonts w:eastAsia="Aptos" w:cs="Aptos"/>
              </w:rPr>
              <w:t xml:space="preserve"> </w:t>
            </w:r>
            <w:proofErr w:type="spellStart"/>
            <w:r w:rsidR="00660188" w:rsidRPr="00660188">
              <w:rPr>
                <w:rFonts w:eastAsia="Aptos" w:cs="Aptos"/>
              </w:rPr>
              <w:t>за</w:t>
            </w:r>
            <w:proofErr w:type="spellEnd"/>
            <w:r w:rsidR="00660188" w:rsidRPr="00660188">
              <w:rPr>
                <w:rFonts w:eastAsia="Aptos" w:cs="Aptos"/>
              </w:rPr>
              <w:t xml:space="preserve"> </w:t>
            </w:r>
            <w:proofErr w:type="spellStart"/>
            <w:r w:rsidR="00660188" w:rsidRPr="00660188">
              <w:rPr>
                <w:rFonts w:eastAsia="Aptos" w:cs="Aptos"/>
              </w:rPr>
              <w:t>повлачење</w:t>
            </w:r>
            <w:proofErr w:type="spellEnd"/>
            <w:r w:rsidR="00660188" w:rsidRPr="00660188">
              <w:rPr>
                <w:rFonts w:eastAsia="Aptos" w:cs="Aptos"/>
              </w:rPr>
              <w:t xml:space="preserve"> </w:t>
            </w:r>
            <w:proofErr w:type="spellStart"/>
            <w:r w:rsidR="00660188" w:rsidRPr="00660188">
              <w:rPr>
                <w:rFonts w:eastAsia="Aptos" w:cs="Aptos"/>
              </w:rPr>
              <w:t>средстава</w:t>
            </w:r>
            <w:proofErr w:type="spellEnd"/>
            <w:r w:rsidR="00660188" w:rsidRPr="00660188">
              <w:rPr>
                <w:rFonts w:eastAsia="Aptos" w:cs="Aptos"/>
              </w:rPr>
              <w:t xml:space="preserve"> </w:t>
            </w:r>
            <w:proofErr w:type="spellStart"/>
            <w:r w:rsidR="00660188" w:rsidRPr="00660188">
              <w:rPr>
                <w:rFonts w:eastAsia="Aptos" w:cs="Aptos"/>
              </w:rPr>
              <w:t>према</w:t>
            </w:r>
            <w:proofErr w:type="spellEnd"/>
            <w:r w:rsidR="00660188" w:rsidRPr="00660188">
              <w:rPr>
                <w:rFonts w:eastAsia="Aptos" w:cs="Aptos"/>
              </w:rPr>
              <w:t xml:space="preserve"> </w:t>
            </w:r>
            <w:proofErr w:type="spellStart"/>
            <w:r w:rsidR="00660188" w:rsidRPr="00660188">
              <w:rPr>
                <w:rFonts w:eastAsia="Aptos" w:cs="Aptos"/>
              </w:rPr>
              <w:t>Одељку</w:t>
            </w:r>
            <w:proofErr w:type="spellEnd"/>
            <w:r w:rsidR="00660188">
              <w:rPr>
                <w:rFonts w:eastAsia="Aptos" w:cs="Aptos"/>
                <w:lang w:val="sr-Cyrl-RS"/>
              </w:rPr>
              <w:t xml:space="preserve"> </w:t>
            </w:r>
            <w:r w:rsidR="007A6C63" w:rsidRPr="00347368">
              <w:rPr>
                <w:rFonts w:eastAsia="Aptos" w:cs="Aptos"/>
              </w:rPr>
              <w:t>III.B.1(b)</w:t>
            </w:r>
            <w:r w:rsidR="4ED82BA5" w:rsidRPr="00347368">
              <w:rPr>
                <w:rFonts w:eastAsia="Aptos" w:cs="Aptos"/>
              </w:rPr>
              <w:t xml:space="preserve"> </w:t>
            </w:r>
            <w:r w:rsidR="00660188" w:rsidRPr="00660188">
              <w:rPr>
                <w:rFonts w:eastAsia="Aptos" w:cs="Aptos"/>
              </w:rPr>
              <w:t xml:space="preserve">Прилога 2 </w:t>
            </w:r>
            <w:proofErr w:type="spellStart"/>
            <w:r w:rsidR="00660188" w:rsidRPr="00660188">
              <w:rPr>
                <w:rFonts w:eastAsia="Aptos" w:cs="Aptos"/>
              </w:rPr>
              <w:t>Уговора</w:t>
            </w:r>
            <w:proofErr w:type="spellEnd"/>
            <w:r w:rsidR="00660188" w:rsidRPr="00660188">
              <w:rPr>
                <w:rFonts w:eastAsia="Aptos" w:cs="Aptos"/>
              </w:rPr>
              <w:t xml:space="preserve"> о </w:t>
            </w:r>
            <w:proofErr w:type="spellStart"/>
            <w:r w:rsidR="00660188" w:rsidRPr="00660188">
              <w:rPr>
                <w:rFonts w:eastAsia="Aptos" w:cs="Aptos"/>
              </w:rPr>
              <w:t>зајму</w:t>
            </w:r>
            <w:proofErr w:type="spellEnd"/>
            <w:r w:rsidR="4ED82BA5" w:rsidRPr="00347368">
              <w:rPr>
                <w:rFonts w:eastAsia="Aptos" w:cs="Aptos"/>
              </w:rPr>
              <w:t>.</w:t>
            </w:r>
          </w:p>
          <w:p w14:paraId="69092A41" w14:textId="77777777" w:rsidR="002B6931" w:rsidRDefault="002B6931" w:rsidP="00347368">
            <w:pPr>
              <w:jc w:val="left"/>
              <w:rPr>
                <w:rFonts w:eastAsia="Calibri" w:cs="Calibri"/>
              </w:rPr>
            </w:pPr>
          </w:p>
          <w:p w14:paraId="6D6F45C2" w14:textId="19369CFA" w:rsidR="00DD0717" w:rsidRPr="00347368" w:rsidRDefault="1A14537B" w:rsidP="00347368">
            <w:pPr>
              <w:jc w:val="left"/>
              <w:rPr>
                <w:rFonts w:eastAsia="Aptos" w:cs="Aptos"/>
              </w:rPr>
            </w:pPr>
            <w:r w:rsidRPr="00347368">
              <w:rPr>
                <w:rFonts w:eastAsia="Calibri" w:cs="Calibri"/>
              </w:rPr>
              <w:t xml:space="preserve">2. </w:t>
            </w:r>
            <w:r w:rsidR="00660188" w:rsidRPr="00660188">
              <w:rPr>
                <w:rFonts w:eastAsia="Calibri" w:cs="Calibri"/>
              </w:rPr>
              <w:t xml:space="preserve">У </w:t>
            </w:r>
            <w:proofErr w:type="spellStart"/>
            <w:r w:rsidR="00660188" w:rsidRPr="00660188">
              <w:rPr>
                <w:rFonts w:eastAsia="Calibri" w:cs="Calibri"/>
              </w:rPr>
              <w:t>складу</w:t>
            </w:r>
            <w:proofErr w:type="spellEnd"/>
            <w:r w:rsidR="00660188" w:rsidRPr="00660188">
              <w:rPr>
                <w:rFonts w:eastAsia="Calibri" w:cs="Calibri"/>
              </w:rPr>
              <w:t xml:space="preserve"> </w:t>
            </w:r>
            <w:proofErr w:type="spellStart"/>
            <w:r w:rsidR="00660188" w:rsidRPr="00660188">
              <w:rPr>
                <w:rFonts w:eastAsia="Calibri" w:cs="Calibri"/>
              </w:rPr>
              <w:t>са</w:t>
            </w:r>
            <w:proofErr w:type="spellEnd"/>
            <w:r w:rsidR="00660188" w:rsidRPr="00660188">
              <w:rPr>
                <w:rFonts w:eastAsia="Calibri" w:cs="Calibri"/>
              </w:rPr>
              <w:t xml:space="preserve"> </w:t>
            </w:r>
            <w:proofErr w:type="spellStart"/>
            <w:r w:rsidR="00660188" w:rsidRPr="00660188">
              <w:rPr>
                <w:rFonts w:eastAsia="Calibri" w:cs="Calibri"/>
              </w:rPr>
              <w:t>временским</w:t>
            </w:r>
            <w:proofErr w:type="spellEnd"/>
            <w:r w:rsidR="00660188" w:rsidRPr="00660188">
              <w:rPr>
                <w:rFonts w:eastAsia="Calibri" w:cs="Calibri"/>
              </w:rPr>
              <w:t xml:space="preserve"> </w:t>
            </w:r>
            <w:proofErr w:type="spellStart"/>
            <w:r w:rsidR="00660188" w:rsidRPr="00660188">
              <w:rPr>
                <w:rFonts w:eastAsia="Calibri" w:cs="Calibri"/>
              </w:rPr>
              <w:t>оквирима</w:t>
            </w:r>
            <w:proofErr w:type="spellEnd"/>
            <w:r w:rsidR="00660188" w:rsidRPr="00660188">
              <w:rPr>
                <w:rFonts w:eastAsia="Calibri" w:cs="Calibri"/>
              </w:rPr>
              <w:t xml:space="preserve"> </w:t>
            </w:r>
            <w:proofErr w:type="spellStart"/>
            <w:r w:rsidR="00660188" w:rsidRPr="00660188">
              <w:rPr>
                <w:rFonts w:eastAsia="Calibri" w:cs="Calibri"/>
              </w:rPr>
              <w:t>наведеним</w:t>
            </w:r>
            <w:proofErr w:type="spellEnd"/>
            <w:r w:rsidR="00660188" w:rsidRPr="00660188">
              <w:rPr>
                <w:rFonts w:eastAsia="Calibri" w:cs="Calibri"/>
              </w:rPr>
              <w:t xml:space="preserve"> у CERC </w:t>
            </w:r>
            <w:proofErr w:type="spellStart"/>
            <w:r w:rsidR="00660188" w:rsidRPr="00660188">
              <w:rPr>
                <w:rFonts w:eastAsia="Calibri" w:cs="Calibri"/>
              </w:rPr>
              <w:t>Приручнику</w:t>
            </w:r>
            <w:proofErr w:type="spellEnd"/>
            <w:r w:rsidR="00660188" w:rsidRPr="00660188">
              <w:rPr>
                <w:rFonts w:eastAsia="Calibri" w:cs="Calibri"/>
              </w:rPr>
              <w:t xml:space="preserve">, </w:t>
            </w:r>
            <w:proofErr w:type="spellStart"/>
            <w:r w:rsidR="00660188" w:rsidRPr="00660188">
              <w:rPr>
                <w:rFonts w:eastAsia="Calibri" w:cs="Calibri"/>
              </w:rPr>
              <w:t>укључујући</w:t>
            </w:r>
            <w:proofErr w:type="spellEnd"/>
            <w:r w:rsidR="00660188" w:rsidRPr="00660188">
              <w:rPr>
                <w:rFonts w:eastAsia="Calibri" w:cs="Calibri"/>
              </w:rPr>
              <w:t xml:space="preserve"> E&amp;S </w:t>
            </w:r>
            <w:proofErr w:type="spellStart"/>
            <w:r w:rsidR="00660188" w:rsidRPr="00660188">
              <w:rPr>
                <w:rFonts w:eastAsia="Calibri" w:cs="Calibri"/>
              </w:rPr>
              <w:t>документе</w:t>
            </w:r>
            <w:proofErr w:type="spellEnd"/>
            <w:r w:rsidR="00660188" w:rsidRPr="00660188">
              <w:rPr>
                <w:rFonts w:eastAsia="Calibri" w:cs="Calibri"/>
              </w:rPr>
              <w:t xml:space="preserve"> </w:t>
            </w:r>
            <w:proofErr w:type="spellStart"/>
            <w:r w:rsidR="00660188" w:rsidRPr="00660188">
              <w:rPr>
                <w:rFonts w:eastAsia="Calibri" w:cs="Calibri"/>
              </w:rPr>
              <w:t>који</w:t>
            </w:r>
            <w:proofErr w:type="spellEnd"/>
            <w:r w:rsidR="00660188" w:rsidRPr="00660188">
              <w:rPr>
                <w:rFonts w:eastAsia="Calibri" w:cs="Calibri"/>
              </w:rPr>
              <w:t xml:space="preserve"> </w:t>
            </w:r>
            <w:proofErr w:type="spellStart"/>
            <w:r w:rsidR="00660188" w:rsidRPr="00660188">
              <w:rPr>
                <w:rFonts w:eastAsia="Calibri" w:cs="Calibri"/>
              </w:rPr>
              <w:t>су</w:t>
            </w:r>
            <w:proofErr w:type="spellEnd"/>
            <w:r w:rsidR="00660188" w:rsidRPr="00660188">
              <w:rPr>
                <w:rFonts w:eastAsia="Calibri" w:cs="Calibri"/>
              </w:rPr>
              <w:t xml:space="preserve"> у </w:t>
            </w:r>
            <w:proofErr w:type="spellStart"/>
            <w:r w:rsidR="00660188" w:rsidRPr="00660188">
              <w:rPr>
                <w:rFonts w:eastAsia="Calibri" w:cs="Calibri"/>
              </w:rPr>
              <w:t>њему</w:t>
            </w:r>
            <w:proofErr w:type="spellEnd"/>
            <w:r w:rsidR="00660188" w:rsidRPr="00660188">
              <w:rPr>
                <w:rFonts w:eastAsia="Calibri" w:cs="Calibri"/>
              </w:rPr>
              <w:t xml:space="preserve"> </w:t>
            </w:r>
            <w:proofErr w:type="spellStart"/>
            <w:r w:rsidR="00660188" w:rsidRPr="00660188">
              <w:rPr>
                <w:rFonts w:eastAsia="Calibri" w:cs="Calibri"/>
              </w:rPr>
              <w:t>захтевани</w:t>
            </w:r>
            <w:proofErr w:type="spellEnd"/>
            <w:r w:rsidR="0DD76A33" w:rsidRPr="00347368">
              <w:rPr>
                <w:rFonts w:eastAsia="Aptos" w:cs="Aptos"/>
              </w:rPr>
              <w:t>.</w:t>
            </w:r>
          </w:p>
        </w:tc>
        <w:tc>
          <w:tcPr>
            <w:tcW w:w="733" w:type="pct"/>
          </w:tcPr>
          <w:p w14:paraId="30F32760" w14:textId="77777777" w:rsidR="00E02139" w:rsidRPr="00347368" w:rsidRDefault="00E02139" w:rsidP="00347368">
            <w:pPr>
              <w:jc w:val="left"/>
              <w:rPr>
                <w:rFonts w:cs="Times New Roman"/>
              </w:rPr>
            </w:pPr>
          </w:p>
          <w:p w14:paraId="60D42733" w14:textId="5B4EA102" w:rsidR="00DD0717" w:rsidRPr="00347368" w:rsidRDefault="00660188" w:rsidP="00347368">
            <w:pPr>
              <w:jc w:val="left"/>
              <w:rPr>
                <w:rFonts w:cs="Times New Roman"/>
              </w:rPr>
            </w:pPr>
            <w:r w:rsidRPr="00660188">
              <w:rPr>
                <w:rFonts w:cs="Times New Roman"/>
              </w:rPr>
              <w:t xml:space="preserve">МРЕ </w:t>
            </w:r>
            <w:proofErr w:type="spellStart"/>
            <w:r w:rsidRPr="00660188">
              <w:rPr>
                <w:rFonts w:cs="Times New Roman"/>
              </w:rPr>
              <w:t>или</w:t>
            </w:r>
            <w:proofErr w:type="spellEnd"/>
            <w:r w:rsidRPr="00660188">
              <w:rPr>
                <w:rFonts w:cs="Times New Roman"/>
              </w:rPr>
              <w:t xml:space="preserve"> </w:t>
            </w:r>
            <w:proofErr w:type="spellStart"/>
            <w:r w:rsidRPr="00660188">
              <w:rPr>
                <w:rFonts w:cs="Times New Roman"/>
              </w:rPr>
              <w:t>други</w:t>
            </w:r>
            <w:proofErr w:type="spellEnd"/>
            <w:r w:rsidRPr="00660188">
              <w:rPr>
                <w:rFonts w:cs="Times New Roman"/>
              </w:rPr>
              <w:t xml:space="preserve"> </w:t>
            </w:r>
            <w:proofErr w:type="spellStart"/>
            <w:r w:rsidRPr="00660188">
              <w:rPr>
                <w:rFonts w:cs="Times New Roman"/>
              </w:rPr>
              <w:t>орган</w:t>
            </w:r>
            <w:proofErr w:type="spellEnd"/>
            <w:r w:rsidRPr="00660188">
              <w:rPr>
                <w:rFonts w:cs="Times New Roman"/>
              </w:rPr>
              <w:t xml:space="preserve"> </w:t>
            </w:r>
            <w:proofErr w:type="spellStart"/>
            <w:r w:rsidRPr="00660188">
              <w:rPr>
                <w:rFonts w:cs="Times New Roman"/>
              </w:rPr>
              <w:t>одређен</w:t>
            </w:r>
            <w:proofErr w:type="spellEnd"/>
            <w:r w:rsidRPr="00660188">
              <w:rPr>
                <w:rFonts w:cs="Times New Roman"/>
              </w:rPr>
              <w:t xml:space="preserve"> </w:t>
            </w:r>
            <w:proofErr w:type="spellStart"/>
            <w:r w:rsidRPr="00660188">
              <w:rPr>
                <w:rFonts w:cs="Times New Roman"/>
              </w:rPr>
              <w:t>за</w:t>
            </w:r>
            <w:proofErr w:type="spellEnd"/>
            <w:r w:rsidRPr="00660188">
              <w:rPr>
                <w:rFonts w:cs="Times New Roman"/>
              </w:rPr>
              <w:t xml:space="preserve"> CERC</w:t>
            </w:r>
            <w:r w:rsidR="0007473F" w:rsidRPr="00347368">
              <w:rPr>
                <w:rFonts w:cs="Times New Roman"/>
              </w:rPr>
              <w:t>.</w:t>
            </w:r>
          </w:p>
        </w:tc>
      </w:tr>
      <w:tr w:rsidR="00083391" w:rsidRPr="00347368" w14:paraId="7B8CCC81" w14:textId="77777777" w:rsidTr="4B7286EC">
        <w:tc>
          <w:tcPr>
            <w:tcW w:w="5000" w:type="pct"/>
            <w:gridSpan w:val="4"/>
            <w:shd w:val="clear" w:color="auto" w:fill="F7CAAC" w:themeFill="accent2" w:themeFillTint="66"/>
          </w:tcPr>
          <w:p w14:paraId="356EED27" w14:textId="29164B76" w:rsidR="00083391" w:rsidRPr="00660188" w:rsidRDefault="00083391" w:rsidP="00347368">
            <w:pPr>
              <w:jc w:val="left"/>
              <w:rPr>
                <w:rFonts w:cs="Times New Roman"/>
                <w:lang w:val="sr-Cyrl-RS"/>
              </w:rPr>
            </w:pPr>
            <w:r w:rsidRPr="00347368">
              <w:rPr>
                <w:rFonts w:cs="Times New Roman"/>
                <w:b/>
                <w:bCs/>
              </w:rPr>
              <w:t xml:space="preserve">ESS 2: </w:t>
            </w:r>
            <w:r w:rsidR="00660188" w:rsidRPr="00660188">
              <w:rPr>
                <w:rFonts w:cs="Times New Roman"/>
                <w:b/>
                <w:bCs/>
              </w:rPr>
              <w:t>РАД И УСЛОВИ</w:t>
            </w:r>
            <w:r w:rsidR="00660188">
              <w:rPr>
                <w:rFonts w:cs="Times New Roman"/>
                <w:b/>
                <w:bCs/>
                <w:lang w:val="sr-Cyrl-RS"/>
              </w:rPr>
              <w:t xml:space="preserve"> РАДА</w:t>
            </w:r>
          </w:p>
        </w:tc>
      </w:tr>
      <w:tr w:rsidR="00625796" w:rsidRPr="00347368" w14:paraId="4FBB3877" w14:textId="77777777" w:rsidTr="009D7F44">
        <w:tc>
          <w:tcPr>
            <w:tcW w:w="268" w:type="pct"/>
          </w:tcPr>
          <w:p w14:paraId="638E5ACF" w14:textId="6E2C3094" w:rsidR="00083391" w:rsidRPr="00347368" w:rsidRDefault="00083391" w:rsidP="00347368">
            <w:pPr>
              <w:jc w:val="left"/>
              <w:rPr>
                <w:rFonts w:cs="Times New Roman"/>
              </w:rPr>
            </w:pPr>
            <w:r w:rsidRPr="00347368">
              <w:rPr>
                <w:rFonts w:cs="Times New Roman"/>
              </w:rPr>
              <w:t>2.1.</w:t>
            </w:r>
          </w:p>
        </w:tc>
        <w:tc>
          <w:tcPr>
            <w:tcW w:w="2795" w:type="pct"/>
          </w:tcPr>
          <w:p w14:paraId="7EF3D0AB" w14:textId="326BC312" w:rsidR="00083391" w:rsidRPr="00347368" w:rsidRDefault="00660188" w:rsidP="00347368">
            <w:pPr>
              <w:jc w:val="left"/>
              <w:rPr>
                <w:rFonts w:cs="Times New Roman"/>
                <w:b/>
                <w:bCs/>
                <w:color w:val="4472C4" w:themeColor="accent1"/>
              </w:rPr>
            </w:pPr>
            <w:r w:rsidRPr="00660188">
              <w:rPr>
                <w:rFonts w:cs="Times New Roman"/>
                <w:b/>
                <w:bCs/>
                <w:color w:val="4472C4" w:themeColor="accent1"/>
              </w:rPr>
              <w:t>ПРОЦЕДУРЕ УПРАВЉАЊА РАДОМ</w:t>
            </w:r>
          </w:p>
          <w:p w14:paraId="673EB168" w14:textId="08706512" w:rsidR="00083391" w:rsidRPr="00347368" w:rsidRDefault="00660188" w:rsidP="00347368">
            <w:pPr>
              <w:jc w:val="left"/>
              <w:rPr>
                <w:rFonts w:cs="Times New Roman"/>
              </w:rPr>
            </w:pPr>
            <w:proofErr w:type="spellStart"/>
            <w:r w:rsidRPr="00660188">
              <w:rPr>
                <w:rFonts w:cs="Times New Roman"/>
              </w:rPr>
              <w:t>Проценити</w:t>
            </w:r>
            <w:proofErr w:type="spellEnd"/>
            <w:r w:rsidRPr="00660188">
              <w:rPr>
                <w:rFonts w:cs="Times New Roman"/>
              </w:rPr>
              <w:t xml:space="preserve"> </w:t>
            </w:r>
            <w:proofErr w:type="spellStart"/>
            <w:r w:rsidRPr="00660188">
              <w:rPr>
                <w:rFonts w:cs="Times New Roman"/>
              </w:rPr>
              <w:t>ризике</w:t>
            </w:r>
            <w:proofErr w:type="spellEnd"/>
            <w:r w:rsidRPr="00660188">
              <w:rPr>
                <w:rFonts w:cs="Times New Roman"/>
              </w:rPr>
              <w:t xml:space="preserve"> и </w:t>
            </w:r>
            <w:proofErr w:type="spellStart"/>
            <w:r w:rsidRPr="00660188">
              <w:rPr>
                <w:rFonts w:cs="Times New Roman"/>
              </w:rPr>
              <w:t>утицаје</w:t>
            </w:r>
            <w:proofErr w:type="spellEnd"/>
            <w:r w:rsidRPr="00660188">
              <w:rPr>
                <w:rFonts w:cs="Times New Roman"/>
              </w:rPr>
              <w:t xml:space="preserve"> </w:t>
            </w:r>
            <w:proofErr w:type="spellStart"/>
            <w:r w:rsidRPr="00660188">
              <w:rPr>
                <w:rFonts w:cs="Times New Roman"/>
              </w:rPr>
              <w:t>који</w:t>
            </w:r>
            <w:proofErr w:type="spellEnd"/>
            <w:r w:rsidRPr="00660188">
              <w:rPr>
                <w:rFonts w:cs="Times New Roman"/>
              </w:rPr>
              <w:t xml:space="preserve"> </w:t>
            </w:r>
            <w:proofErr w:type="spellStart"/>
            <w:r w:rsidRPr="00660188">
              <w:rPr>
                <w:rFonts w:cs="Times New Roman"/>
              </w:rPr>
              <w:t>се</w:t>
            </w:r>
            <w:proofErr w:type="spellEnd"/>
            <w:r w:rsidRPr="00660188">
              <w:rPr>
                <w:rFonts w:cs="Times New Roman"/>
              </w:rPr>
              <w:t xml:space="preserve"> </w:t>
            </w:r>
            <w:proofErr w:type="spellStart"/>
            <w:r w:rsidRPr="00660188">
              <w:rPr>
                <w:rFonts w:cs="Times New Roman"/>
              </w:rPr>
              <w:t>односе</w:t>
            </w:r>
            <w:proofErr w:type="spellEnd"/>
            <w:r w:rsidRPr="00660188">
              <w:rPr>
                <w:rFonts w:cs="Times New Roman"/>
              </w:rPr>
              <w:t xml:space="preserve"> </w:t>
            </w:r>
            <w:proofErr w:type="spellStart"/>
            <w:r w:rsidRPr="00660188">
              <w:rPr>
                <w:rFonts w:cs="Times New Roman"/>
              </w:rPr>
              <w:t>на</w:t>
            </w:r>
            <w:proofErr w:type="spellEnd"/>
            <w:r w:rsidRPr="00660188">
              <w:rPr>
                <w:rFonts w:cs="Times New Roman"/>
              </w:rPr>
              <w:t xml:space="preserve"> </w:t>
            </w:r>
            <w:proofErr w:type="spellStart"/>
            <w:r w:rsidRPr="00660188">
              <w:rPr>
                <w:rFonts w:cs="Times New Roman"/>
              </w:rPr>
              <w:t>рад</w:t>
            </w:r>
            <w:proofErr w:type="spellEnd"/>
            <w:r w:rsidRPr="00660188">
              <w:rPr>
                <w:rFonts w:cs="Times New Roman"/>
              </w:rPr>
              <w:t xml:space="preserve"> и </w:t>
            </w:r>
            <w:proofErr w:type="spellStart"/>
            <w:r w:rsidRPr="00660188">
              <w:rPr>
                <w:rFonts w:cs="Times New Roman"/>
              </w:rPr>
              <w:t>услове</w:t>
            </w:r>
            <w:proofErr w:type="spellEnd"/>
            <w:r w:rsidRPr="00660188">
              <w:rPr>
                <w:rFonts w:cs="Times New Roman"/>
              </w:rPr>
              <w:t xml:space="preserve"> </w:t>
            </w:r>
            <w:r>
              <w:rPr>
                <w:rFonts w:cs="Times New Roman"/>
                <w:lang w:val="sr-Cyrl-RS"/>
              </w:rPr>
              <w:t xml:space="preserve">рада </w:t>
            </w:r>
            <w:proofErr w:type="spellStart"/>
            <w:r w:rsidRPr="00660188">
              <w:rPr>
                <w:rFonts w:cs="Times New Roman"/>
              </w:rPr>
              <w:t>као</w:t>
            </w:r>
            <w:proofErr w:type="spellEnd"/>
            <w:r w:rsidRPr="00660188">
              <w:rPr>
                <w:rFonts w:cs="Times New Roman"/>
              </w:rPr>
              <w:t xml:space="preserve"> </w:t>
            </w:r>
            <w:proofErr w:type="spellStart"/>
            <w:r w:rsidRPr="00660188">
              <w:rPr>
                <w:rFonts w:cs="Times New Roman"/>
              </w:rPr>
              <w:t>део</w:t>
            </w:r>
            <w:proofErr w:type="spellEnd"/>
            <w:r w:rsidRPr="00660188">
              <w:rPr>
                <w:rFonts w:cs="Times New Roman"/>
              </w:rPr>
              <w:t xml:space="preserve"> ESIA и </w:t>
            </w:r>
            <w:proofErr w:type="spellStart"/>
            <w:r w:rsidRPr="00660188">
              <w:rPr>
                <w:rFonts w:cs="Times New Roman"/>
              </w:rPr>
              <w:t>припремити</w:t>
            </w:r>
            <w:proofErr w:type="spellEnd"/>
            <w:r w:rsidRPr="00660188">
              <w:rPr>
                <w:rFonts w:cs="Times New Roman"/>
              </w:rPr>
              <w:t xml:space="preserve"> и </w:t>
            </w:r>
            <w:proofErr w:type="spellStart"/>
            <w:r w:rsidRPr="00660188">
              <w:rPr>
                <w:rFonts w:cs="Times New Roman"/>
              </w:rPr>
              <w:t>спровести</w:t>
            </w:r>
            <w:proofErr w:type="spellEnd"/>
            <w:r w:rsidRPr="00660188">
              <w:rPr>
                <w:rFonts w:cs="Times New Roman"/>
              </w:rPr>
              <w:t xml:space="preserve"> </w:t>
            </w:r>
            <w:proofErr w:type="spellStart"/>
            <w:r w:rsidRPr="00660188">
              <w:rPr>
                <w:rFonts w:cs="Times New Roman"/>
              </w:rPr>
              <w:t>Процедуре</w:t>
            </w:r>
            <w:proofErr w:type="spellEnd"/>
            <w:r w:rsidRPr="00660188">
              <w:rPr>
                <w:rFonts w:cs="Times New Roman"/>
              </w:rPr>
              <w:t xml:space="preserve"> </w:t>
            </w:r>
            <w:proofErr w:type="spellStart"/>
            <w:r w:rsidRPr="00660188">
              <w:rPr>
                <w:rFonts w:cs="Times New Roman"/>
              </w:rPr>
              <w:t>управљања</w:t>
            </w:r>
            <w:proofErr w:type="spellEnd"/>
            <w:r w:rsidRPr="00660188">
              <w:rPr>
                <w:rFonts w:cs="Times New Roman"/>
              </w:rPr>
              <w:t xml:space="preserve"> </w:t>
            </w:r>
            <w:proofErr w:type="spellStart"/>
            <w:r w:rsidRPr="00660188">
              <w:rPr>
                <w:rFonts w:cs="Times New Roman"/>
              </w:rPr>
              <w:t>радом</w:t>
            </w:r>
            <w:proofErr w:type="spellEnd"/>
            <w:r w:rsidRPr="00660188">
              <w:rPr>
                <w:rFonts w:cs="Times New Roman"/>
              </w:rPr>
              <w:t xml:space="preserve"> (LMP) </w:t>
            </w:r>
            <w:proofErr w:type="spellStart"/>
            <w:r w:rsidRPr="00660188">
              <w:rPr>
                <w:rFonts w:cs="Times New Roman"/>
              </w:rPr>
              <w:t>за</w:t>
            </w:r>
            <w:proofErr w:type="spellEnd"/>
            <w:r w:rsidRPr="00660188">
              <w:rPr>
                <w:rFonts w:cs="Times New Roman"/>
              </w:rPr>
              <w:t xml:space="preserve"> </w:t>
            </w:r>
            <w:proofErr w:type="spellStart"/>
            <w:r w:rsidRPr="00660188">
              <w:rPr>
                <w:rFonts w:cs="Times New Roman"/>
              </w:rPr>
              <w:t>Пројекат</w:t>
            </w:r>
            <w:proofErr w:type="spellEnd"/>
            <w:r w:rsidRPr="00660188">
              <w:rPr>
                <w:rFonts w:cs="Times New Roman"/>
              </w:rPr>
              <w:t xml:space="preserve">, у </w:t>
            </w:r>
            <w:proofErr w:type="spellStart"/>
            <w:r w:rsidRPr="00660188">
              <w:rPr>
                <w:rFonts w:cs="Times New Roman"/>
              </w:rPr>
              <w:t>складу</w:t>
            </w:r>
            <w:proofErr w:type="spellEnd"/>
            <w:r w:rsidRPr="00660188">
              <w:rPr>
                <w:rFonts w:cs="Times New Roman"/>
              </w:rPr>
              <w:t xml:space="preserve"> </w:t>
            </w:r>
            <w:proofErr w:type="spellStart"/>
            <w:r w:rsidRPr="00660188">
              <w:rPr>
                <w:rFonts w:cs="Times New Roman"/>
              </w:rPr>
              <w:t>са</w:t>
            </w:r>
            <w:proofErr w:type="spellEnd"/>
            <w:r w:rsidRPr="00660188">
              <w:rPr>
                <w:rFonts w:cs="Times New Roman"/>
              </w:rPr>
              <w:t xml:space="preserve"> </w:t>
            </w:r>
            <w:proofErr w:type="spellStart"/>
            <w:r w:rsidRPr="00660188">
              <w:rPr>
                <w:rFonts w:cs="Times New Roman"/>
              </w:rPr>
              <w:t>стандардом</w:t>
            </w:r>
            <w:proofErr w:type="spellEnd"/>
          </w:p>
        </w:tc>
        <w:tc>
          <w:tcPr>
            <w:tcW w:w="1204" w:type="pct"/>
          </w:tcPr>
          <w:p w14:paraId="5A6E3ECF" w14:textId="77777777" w:rsidR="00E222B9" w:rsidRPr="00347368" w:rsidRDefault="00E222B9" w:rsidP="00347368">
            <w:pPr>
              <w:jc w:val="left"/>
              <w:rPr>
                <w:rFonts w:cs="Times New Roman"/>
              </w:rPr>
            </w:pPr>
          </w:p>
          <w:p w14:paraId="6B28C66F" w14:textId="79B944D1" w:rsidR="00083391" w:rsidRPr="00347368" w:rsidRDefault="00660188" w:rsidP="00347368">
            <w:pPr>
              <w:jc w:val="left"/>
              <w:rPr>
                <w:rFonts w:cs="Times New Roman"/>
              </w:rPr>
            </w:pPr>
            <w:proofErr w:type="spellStart"/>
            <w:r w:rsidRPr="00660188">
              <w:rPr>
                <w:rFonts w:cs="Times New Roman"/>
              </w:rPr>
              <w:t>Исти</w:t>
            </w:r>
            <w:proofErr w:type="spellEnd"/>
            <w:r w:rsidRPr="00660188">
              <w:rPr>
                <w:rFonts w:cs="Times New Roman"/>
              </w:rPr>
              <w:t xml:space="preserve"> </w:t>
            </w:r>
            <w:proofErr w:type="spellStart"/>
            <w:r w:rsidRPr="00660188">
              <w:rPr>
                <w:rFonts w:cs="Times New Roman"/>
              </w:rPr>
              <w:t>временски</w:t>
            </w:r>
            <w:proofErr w:type="spellEnd"/>
            <w:r w:rsidRPr="00660188">
              <w:rPr>
                <w:rFonts w:cs="Times New Roman"/>
              </w:rPr>
              <w:t xml:space="preserve"> </w:t>
            </w:r>
            <w:proofErr w:type="spellStart"/>
            <w:r w:rsidRPr="00660188">
              <w:rPr>
                <w:rFonts w:cs="Times New Roman"/>
              </w:rPr>
              <w:t>оквир</w:t>
            </w:r>
            <w:proofErr w:type="spellEnd"/>
            <w:r w:rsidRPr="00660188">
              <w:rPr>
                <w:rFonts w:cs="Times New Roman"/>
              </w:rPr>
              <w:t xml:space="preserve"> </w:t>
            </w:r>
            <w:proofErr w:type="spellStart"/>
            <w:r w:rsidRPr="00660188">
              <w:rPr>
                <w:rFonts w:cs="Times New Roman"/>
              </w:rPr>
              <w:t>као</w:t>
            </w:r>
            <w:proofErr w:type="spellEnd"/>
            <w:r w:rsidRPr="00660188">
              <w:rPr>
                <w:rFonts w:cs="Times New Roman"/>
              </w:rPr>
              <w:t xml:space="preserve"> и </w:t>
            </w:r>
            <w:proofErr w:type="spellStart"/>
            <w:r w:rsidRPr="00660188">
              <w:rPr>
                <w:rFonts w:cs="Times New Roman"/>
              </w:rPr>
              <w:t>за</w:t>
            </w:r>
            <w:proofErr w:type="spellEnd"/>
            <w:r w:rsidRPr="00660188">
              <w:rPr>
                <w:rFonts w:cs="Times New Roman"/>
              </w:rPr>
              <w:t xml:space="preserve"> ESIA и ESMP (</w:t>
            </w:r>
            <w:proofErr w:type="spellStart"/>
            <w:r w:rsidRPr="00660188">
              <w:rPr>
                <w:rFonts w:cs="Times New Roman"/>
              </w:rPr>
              <w:t>Активност</w:t>
            </w:r>
            <w:proofErr w:type="spellEnd"/>
            <w:r>
              <w:rPr>
                <w:rFonts w:cs="Times New Roman"/>
                <w:lang w:val="sr-Cyrl-RS"/>
              </w:rPr>
              <w:t xml:space="preserve"> </w:t>
            </w:r>
            <w:r w:rsidR="00DD0717" w:rsidRPr="00347368">
              <w:rPr>
                <w:rFonts w:cs="Times New Roman"/>
              </w:rPr>
              <w:t>1.1)</w:t>
            </w:r>
            <w:r w:rsidR="001B58B7" w:rsidRPr="00347368">
              <w:rPr>
                <w:rFonts w:cs="Times New Roman"/>
              </w:rPr>
              <w:t>.</w:t>
            </w:r>
          </w:p>
        </w:tc>
        <w:tc>
          <w:tcPr>
            <w:tcW w:w="733" w:type="pct"/>
          </w:tcPr>
          <w:p w14:paraId="643F68FF" w14:textId="77777777" w:rsidR="00E222B9" w:rsidRPr="00347368" w:rsidRDefault="00E222B9" w:rsidP="00347368">
            <w:pPr>
              <w:jc w:val="left"/>
              <w:rPr>
                <w:rFonts w:cs="Times New Roman"/>
              </w:rPr>
            </w:pPr>
          </w:p>
          <w:p w14:paraId="1651807F" w14:textId="410B467F" w:rsidR="00083391" w:rsidRPr="00660188" w:rsidRDefault="00660188" w:rsidP="00347368">
            <w:pPr>
              <w:jc w:val="left"/>
              <w:rPr>
                <w:rFonts w:cs="Times New Roman"/>
                <w:lang w:val="sr-Cyrl-RS"/>
              </w:rPr>
            </w:pPr>
            <w:r>
              <w:rPr>
                <w:rFonts w:cs="Times New Roman"/>
                <w:lang w:val="sr-Cyrl-RS"/>
              </w:rPr>
              <w:t>МРЕ</w:t>
            </w:r>
          </w:p>
        </w:tc>
      </w:tr>
      <w:tr w:rsidR="00625796" w:rsidRPr="00347368" w14:paraId="2E687748" w14:textId="77777777" w:rsidTr="009D7F44">
        <w:tc>
          <w:tcPr>
            <w:tcW w:w="268" w:type="pct"/>
          </w:tcPr>
          <w:p w14:paraId="5C720D23" w14:textId="04725B89" w:rsidR="00530CC6" w:rsidRPr="00347368" w:rsidRDefault="00DA67F8" w:rsidP="00347368">
            <w:pPr>
              <w:jc w:val="left"/>
              <w:rPr>
                <w:rFonts w:cs="Times New Roman"/>
              </w:rPr>
            </w:pPr>
            <w:r w:rsidRPr="00347368">
              <w:rPr>
                <w:rFonts w:cs="Times New Roman"/>
              </w:rPr>
              <w:t>2.2</w:t>
            </w:r>
          </w:p>
        </w:tc>
        <w:tc>
          <w:tcPr>
            <w:tcW w:w="2795" w:type="pct"/>
          </w:tcPr>
          <w:p w14:paraId="23CBFC88" w14:textId="1C3904BA" w:rsidR="00530CC6" w:rsidRPr="00347368" w:rsidRDefault="0083262D" w:rsidP="00347368">
            <w:pPr>
              <w:jc w:val="left"/>
              <w:rPr>
                <w:rFonts w:cs="Times New Roman"/>
                <w:b/>
                <w:bCs/>
                <w:color w:val="4472C4" w:themeColor="accent1"/>
              </w:rPr>
            </w:pPr>
            <w:r>
              <w:rPr>
                <w:rFonts w:cs="Times New Roman"/>
                <w:b/>
                <w:bCs/>
                <w:color w:val="4472C4" w:themeColor="accent1"/>
                <w:lang w:val="sr-Cyrl-RS"/>
              </w:rPr>
              <w:t>МЕРЕ БЕЗБЕДНОСТИ И ЗДРАВЉА НА РАДУ</w:t>
            </w:r>
            <w:r w:rsidR="00DA67F8" w:rsidRPr="00347368">
              <w:rPr>
                <w:rFonts w:cs="Times New Roman"/>
                <w:b/>
                <w:bCs/>
                <w:color w:val="4472C4" w:themeColor="accent1"/>
              </w:rPr>
              <w:t xml:space="preserve"> (OHS)</w:t>
            </w:r>
          </w:p>
          <w:p w14:paraId="60F17DB7" w14:textId="2391EDC4" w:rsidR="002B2D03" w:rsidRPr="00347368" w:rsidRDefault="0017333E" w:rsidP="00347368">
            <w:pPr>
              <w:keepLines/>
              <w:widowControl w:val="0"/>
              <w:rPr>
                <w:rFonts w:cstheme="minorHAnsi"/>
              </w:rPr>
            </w:pPr>
            <w:r w:rsidRPr="00347368">
              <w:rPr>
                <w:rFonts w:cstheme="minorHAnsi"/>
              </w:rPr>
              <w:t xml:space="preserve">a. </w:t>
            </w:r>
            <w:proofErr w:type="spellStart"/>
            <w:r w:rsidR="0083262D" w:rsidRPr="0083262D">
              <w:rPr>
                <w:rFonts w:cstheme="minorHAnsi"/>
              </w:rPr>
              <w:t>Проценити</w:t>
            </w:r>
            <w:proofErr w:type="spellEnd"/>
            <w:r w:rsidR="0083262D" w:rsidRPr="0083262D">
              <w:rPr>
                <w:rFonts w:cstheme="minorHAnsi"/>
              </w:rPr>
              <w:t xml:space="preserve"> </w:t>
            </w:r>
            <w:r w:rsidR="00BC271C">
              <w:rPr>
                <w:rFonts w:cstheme="minorHAnsi"/>
              </w:rPr>
              <w:t xml:space="preserve">OHS </w:t>
            </w:r>
            <w:proofErr w:type="spellStart"/>
            <w:r w:rsidR="0083262D" w:rsidRPr="0083262D">
              <w:rPr>
                <w:rFonts w:cstheme="minorHAnsi"/>
              </w:rPr>
              <w:t>ризике</w:t>
            </w:r>
            <w:proofErr w:type="spellEnd"/>
            <w:r w:rsidR="0083262D" w:rsidRPr="0083262D">
              <w:rPr>
                <w:rFonts w:cstheme="minorHAnsi"/>
              </w:rPr>
              <w:t xml:space="preserve"> и </w:t>
            </w:r>
            <w:proofErr w:type="spellStart"/>
            <w:r w:rsidR="0083262D" w:rsidRPr="0083262D">
              <w:rPr>
                <w:rFonts w:cstheme="minorHAnsi"/>
              </w:rPr>
              <w:t>утицаје</w:t>
            </w:r>
            <w:proofErr w:type="spellEnd"/>
            <w:r w:rsidR="0083262D" w:rsidRPr="0083262D">
              <w:rPr>
                <w:rFonts w:cstheme="minorHAnsi"/>
              </w:rPr>
              <w:t xml:space="preserve"> </w:t>
            </w:r>
            <w:proofErr w:type="spellStart"/>
            <w:r w:rsidR="0083262D" w:rsidRPr="0083262D">
              <w:rPr>
                <w:rFonts w:cstheme="minorHAnsi"/>
              </w:rPr>
              <w:t>као</w:t>
            </w:r>
            <w:proofErr w:type="spellEnd"/>
            <w:r w:rsidR="0083262D" w:rsidRPr="0083262D">
              <w:rPr>
                <w:rFonts w:cstheme="minorHAnsi"/>
              </w:rPr>
              <w:t xml:space="preserve"> </w:t>
            </w:r>
            <w:proofErr w:type="spellStart"/>
            <w:r w:rsidR="0083262D" w:rsidRPr="0083262D">
              <w:rPr>
                <w:rFonts w:cstheme="minorHAnsi"/>
              </w:rPr>
              <w:t>део</w:t>
            </w:r>
            <w:proofErr w:type="spellEnd"/>
            <w:r w:rsidR="0083262D" w:rsidRPr="0083262D">
              <w:rPr>
                <w:rFonts w:cstheme="minorHAnsi"/>
              </w:rPr>
              <w:t xml:space="preserve"> ESIA и </w:t>
            </w:r>
            <w:proofErr w:type="spellStart"/>
            <w:r w:rsidR="0083262D" w:rsidRPr="0083262D">
              <w:rPr>
                <w:rFonts w:cstheme="minorHAnsi"/>
              </w:rPr>
              <w:t>припремити</w:t>
            </w:r>
            <w:proofErr w:type="spellEnd"/>
            <w:r w:rsidR="0083262D" w:rsidRPr="0083262D">
              <w:rPr>
                <w:rFonts w:cstheme="minorHAnsi"/>
              </w:rPr>
              <w:t xml:space="preserve"> </w:t>
            </w:r>
            <w:proofErr w:type="spellStart"/>
            <w:r w:rsidR="0083262D" w:rsidRPr="0083262D">
              <w:rPr>
                <w:rFonts w:cstheme="minorHAnsi"/>
              </w:rPr>
              <w:t>План</w:t>
            </w:r>
            <w:proofErr w:type="spellEnd"/>
            <w:r w:rsidR="0083262D" w:rsidRPr="0083262D">
              <w:rPr>
                <w:rFonts w:cstheme="minorHAnsi"/>
              </w:rPr>
              <w:t xml:space="preserve"> </w:t>
            </w:r>
            <w:proofErr w:type="spellStart"/>
            <w:r w:rsidR="0083262D" w:rsidRPr="0083262D">
              <w:rPr>
                <w:rFonts w:cstheme="minorHAnsi"/>
              </w:rPr>
              <w:t>управљања</w:t>
            </w:r>
            <w:proofErr w:type="spellEnd"/>
            <w:r w:rsidR="0083262D">
              <w:rPr>
                <w:rFonts w:cstheme="minorHAnsi"/>
                <w:lang w:val="sr-Cyrl-RS"/>
              </w:rPr>
              <w:t xml:space="preserve"> </w:t>
            </w:r>
            <w:r w:rsidR="002B2D03" w:rsidRPr="00347368">
              <w:rPr>
                <w:rFonts w:cstheme="minorHAnsi"/>
              </w:rPr>
              <w:t>OHS</w:t>
            </w:r>
            <w:r w:rsidR="0083262D">
              <w:rPr>
                <w:rFonts w:cstheme="minorHAnsi"/>
                <w:lang w:val="sr-Cyrl-RS"/>
              </w:rPr>
              <w:t>-ом</w:t>
            </w:r>
            <w:r w:rsidR="002B2D03" w:rsidRPr="00347368">
              <w:rPr>
                <w:rFonts w:cstheme="minorHAnsi"/>
              </w:rPr>
              <w:t xml:space="preserve"> </w:t>
            </w:r>
            <w:proofErr w:type="spellStart"/>
            <w:r w:rsidR="0083262D" w:rsidRPr="0083262D">
              <w:rPr>
                <w:rFonts w:cstheme="minorHAnsi"/>
              </w:rPr>
              <w:t>за</w:t>
            </w:r>
            <w:proofErr w:type="spellEnd"/>
            <w:r w:rsidR="0083262D" w:rsidRPr="0083262D">
              <w:rPr>
                <w:rFonts w:cstheme="minorHAnsi"/>
              </w:rPr>
              <w:t xml:space="preserve"> </w:t>
            </w:r>
            <w:proofErr w:type="spellStart"/>
            <w:r w:rsidR="0083262D" w:rsidRPr="0083262D">
              <w:rPr>
                <w:rFonts w:cstheme="minorHAnsi"/>
              </w:rPr>
              <w:t>Пројекат</w:t>
            </w:r>
            <w:proofErr w:type="spellEnd"/>
            <w:r w:rsidR="002B2D03" w:rsidRPr="00347368">
              <w:rPr>
                <w:rFonts w:cstheme="minorHAnsi"/>
              </w:rPr>
              <w:t>.</w:t>
            </w:r>
          </w:p>
          <w:p w14:paraId="507CE995" w14:textId="77777777" w:rsidR="008371A4" w:rsidRPr="00347368" w:rsidRDefault="008371A4" w:rsidP="00347368"/>
          <w:p w14:paraId="1E6EE4BD" w14:textId="3807D12C" w:rsidR="008371A4" w:rsidRPr="00347368" w:rsidRDefault="00B77A5C" w:rsidP="002A54E1">
            <w:pPr>
              <w:rPr>
                <w:rFonts w:cs="Times New Roman"/>
              </w:rPr>
            </w:pPr>
            <w:r w:rsidRPr="00347368">
              <w:t xml:space="preserve">b. </w:t>
            </w:r>
            <w:proofErr w:type="spellStart"/>
            <w:r w:rsidR="0083262D" w:rsidRPr="0083262D">
              <w:t>Захтевати</w:t>
            </w:r>
            <w:proofErr w:type="spellEnd"/>
            <w:r w:rsidR="0083262D" w:rsidRPr="0083262D">
              <w:t xml:space="preserve"> </w:t>
            </w:r>
            <w:proofErr w:type="spellStart"/>
            <w:r w:rsidR="0083262D" w:rsidRPr="0083262D">
              <w:t>од</w:t>
            </w:r>
            <w:proofErr w:type="spellEnd"/>
            <w:r w:rsidR="0083262D" w:rsidRPr="0083262D">
              <w:t xml:space="preserve"> </w:t>
            </w:r>
            <w:proofErr w:type="spellStart"/>
            <w:r w:rsidR="0083262D" w:rsidRPr="0083262D">
              <w:t>извођача</w:t>
            </w:r>
            <w:proofErr w:type="spellEnd"/>
            <w:r w:rsidR="0083262D" w:rsidRPr="0083262D">
              <w:t xml:space="preserve"> и </w:t>
            </w:r>
            <w:proofErr w:type="spellStart"/>
            <w:r w:rsidR="0083262D" w:rsidRPr="0083262D">
              <w:t>подизвођача</w:t>
            </w:r>
            <w:proofErr w:type="spellEnd"/>
            <w:r w:rsidR="0083262D" w:rsidRPr="0083262D">
              <w:t xml:space="preserve"> </w:t>
            </w:r>
            <w:proofErr w:type="spellStart"/>
            <w:r w:rsidR="0083262D" w:rsidRPr="0083262D">
              <w:t>да</w:t>
            </w:r>
            <w:proofErr w:type="spellEnd"/>
            <w:r w:rsidR="0083262D" w:rsidRPr="0083262D">
              <w:t xml:space="preserve"> </w:t>
            </w:r>
            <w:proofErr w:type="spellStart"/>
            <w:r w:rsidR="0083262D" w:rsidRPr="0083262D">
              <w:t>припреме</w:t>
            </w:r>
            <w:proofErr w:type="spellEnd"/>
            <w:r w:rsidR="0083262D" w:rsidRPr="0083262D">
              <w:t xml:space="preserve"> и </w:t>
            </w:r>
            <w:proofErr w:type="spellStart"/>
            <w:r w:rsidR="0083262D" w:rsidRPr="0083262D">
              <w:t>спроведу</w:t>
            </w:r>
            <w:proofErr w:type="spellEnd"/>
            <w:r w:rsidR="0083262D" w:rsidRPr="0083262D">
              <w:t xml:space="preserve"> </w:t>
            </w:r>
            <w:proofErr w:type="spellStart"/>
            <w:r w:rsidR="0083262D" w:rsidRPr="0083262D">
              <w:t>Мере</w:t>
            </w:r>
            <w:proofErr w:type="spellEnd"/>
            <w:r w:rsidR="0083262D" w:rsidRPr="0083262D">
              <w:t xml:space="preserve"> </w:t>
            </w:r>
            <w:proofErr w:type="spellStart"/>
            <w:r w:rsidR="0083262D" w:rsidRPr="0083262D">
              <w:t>управљања</w:t>
            </w:r>
            <w:proofErr w:type="spellEnd"/>
            <w:r w:rsidR="0083262D">
              <w:rPr>
                <w:lang w:val="sr-Cyrl-RS"/>
              </w:rPr>
              <w:t xml:space="preserve"> </w:t>
            </w:r>
            <w:r w:rsidR="0083262D" w:rsidRPr="0083262D">
              <w:t>OHS-</w:t>
            </w:r>
            <w:proofErr w:type="spellStart"/>
            <w:r w:rsidR="0083262D" w:rsidRPr="0083262D">
              <w:t>ом</w:t>
            </w:r>
            <w:proofErr w:type="spellEnd"/>
            <w:r w:rsidR="0083262D" w:rsidRPr="0083262D">
              <w:t xml:space="preserve"> у </w:t>
            </w:r>
            <w:proofErr w:type="spellStart"/>
            <w:r w:rsidR="0083262D" w:rsidRPr="0083262D">
              <w:t>складу</w:t>
            </w:r>
            <w:proofErr w:type="spellEnd"/>
            <w:r w:rsidR="0083262D" w:rsidRPr="0083262D">
              <w:t xml:space="preserve"> </w:t>
            </w:r>
            <w:proofErr w:type="spellStart"/>
            <w:r w:rsidR="0083262D" w:rsidRPr="0083262D">
              <w:t>са</w:t>
            </w:r>
            <w:proofErr w:type="spellEnd"/>
            <w:r w:rsidR="0083262D" w:rsidRPr="0083262D">
              <w:t xml:space="preserve"> </w:t>
            </w:r>
            <w:proofErr w:type="spellStart"/>
            <w:r w:rsidR="0083262D" w:rsidRPr="0083262D">
              <w:t>Планом</w:t>
            </w:r>
            <w:proofErr w:type="spellEnd"/>
            <w:r w:rsidR="0083262D" w:rsidRPr="0083262D">
              <w:t xml:space="preserve"> </w:t>
            </w:r>
            <w:proofErr w:type="spellStart"/>
            <w:r w:rsidR="0083262D" w:rsidRPr="0083262D">
              <w:t>управљања</w:t>
            </w:r>
            <w:proofErr w:type="spellEnd"/>
            <w:r w:rsidR="0083262D" w:rsidRPr="0083262D">
              <w:t xml:space="preserve"> OHS-</w:t>
            </w:r>
            <w:proofErr w:type="spellStart"/>
            <w:r w:rsidR="0083262D" w:rsidRPr="0083262D">
              <w:t>ом</w:t>
            </w:r>
            <w:proofErr w:type="spellEnd"/>
            <w:r w:rsidR="0083262D" w:rsidRPr="0083262D">
              <w:t xml:space="preserve"> и </w:t>
            </w:r>
            <w:proofErr w:type="spellStart"/>
            <w:r w:rsidR="0083262D" w:rsidRPr="0083262D">
              <w:t>важећим</w:t>
            </w:r>
            <w:proofErr w:type="spellEnd"/>
            <w:r w:rsidR="0083262D" w:rsidRPr="0083262D">
              <w:t xml:space="preserve"> EHS </w:t>
            </w:r>
            <w:proofErr w:type="spellStart"/>
            <w:r w:rsidR="0083262D" w:rsidRPr="0083262D">
              <w:t>Смерницама</w:t>
            </w:r>
            <w:proofErr w:type="spellEnd"/>
            <w:r w:rsidR="0083262D" w:rsidRPr="0083262D">
              <w:t xml:space="preserve"> </w:t>
            </w:r>
            <w:proofErr w:type="spellStart"/>
            <w:r w:rsidR="0083262D" w:rsidRPr="0083262D">
              <w:t>Групације</w:t>
            </w:r>
            <w:proofErr w:type="spellEnd"/>
            <w:r w:rsidR="0083262D" w:rsidRPr="0083262D">
              <w:t xml:space="preserve"> </w:t>
            </w:r>
            <w:proofErr w:type="spellStart"/>
            <w:r w:rsidR="0083262D" w:rsidRPr="0083262D">
              <w:t>Светске</w:t>
            </w:r>
            <w:proofErr w:type="spellEnd"/>
            <w:r w:rsidR="0083262D" w:rsidRPr="0083262D">
              <w:t xml:space="preserve"> </w:t>
            </w:r>
            <w:proofErr w:type="spellStart"/>
            <w:r w:rsidR="0083262D" w:rsidRPr="0083262D">
              <w:t>банке</w:t>
            </w:r>
            <w:proofErr w:type="spellEnd"/>
            <w:r w:rsidR="008371A4" w:rsidRPr="00347368">
              <w:t>.</w:t>
            </w:r>
          </w:p>
        </w:tc>
        <w:tc>
          <w:tcPr>
            <w:tcW w:w="1204" w:type="pct"/>
          </w:tcPr>
          <w:p w14:paraId="19256D9F" w14:textId="77777777" w:rsidR="00BA1CB4" w:rsidRPr="00347368" w:rsidRDefault="00BA1CB4" w:rsidP="00347368">
            <w:pPr>
              <w:jc w:val="left"/>
              <w:rPr>
                <w:rFonts w:cs="Times New Roman"/>
              </w:rPr>
            </w:pPr>
          </w:p>
          <w:p w14:paraId="0F6BEB8B" w14:textId="7843E730" w:rsidR="008924FA" w:rsidRPr="00347368" w:rsidRDefault="0017333E" w:rsidP="00347368">
            <w:pPr>
              <w:jc w:val="left"/>
              <w:rPr>
                <w:rFonts w:eastAsia="Times New Roman"/>
              </w:rPr>
            </w:pPr>
            <w:r w:rsidRPr="00347368">
              <w:rPr>
                <w:rFonts w:eastAsia="Times New Roman"/>
              </w:rPr>
              <w:t xml:space="preserve">a. </w:t>
            </w:r>
            <w:proofErr w:type="spellStart"/>
            <w:r w:rsidR="0083262D" w:rsidRPr="0083262D">
              <w:rPr>
                <w:rFonts w:eastAsia="Times New Roman"/>
              </w:rPr>
              <w:t>Исти</w:t>
            </w:r>
            <w:proofErr w:type="spellEnd"/>
            <w:r w:rsidR="0083262D" w:rsidRPr="0083262D">
              <w:rPr>
                <w:rFonts w:eastAsia="Times New Roman"/>
              </w:rPr>
              <w:t xml:space="preserve"> </w:t>
            </w:r>
            <w:proofErr w:type="spellStart"/>
            <w:r w:rsidR="0083262D" w:rsidRPr="0083262D">
              <w:rPr>
                <w:rFonts w:eastAsia="Times New Roman"/>
              </w:rPr>
              <w:t>временски</w:t>
            </w:r>
            <w:proofErr w:type="spellEnd"/>
            <w:r w:rsidR="0083262D" w:rsidRPr="0083262D">
              <w:rPr>
                <w:rFonts w:eastAsia="Times New Roman"/>
              </w:rPr>
              <w:t xml:space="preserve"> </w:t>
            </w:r>
            <w:proofErr w:type="spellStart"/>
            <w:r w:rsidR="0083262D" w:rsidRPr="0083262D">
              <w:rPr>
                <w:rFonts w:eastAsia="Times New Roman"/>
              </w:rPr>
              <w:t>оквир</w:t>
            </w:r>
            <w:proofErr w:type="spellEnd"/>
            <w:r w:rsidR="0083262D" w:rsidRPr="0083262D">
              <w:rPr>
                <w:rFonts w:eastAsia="Times New Roman"/>
              </w:rPr>
              <w:t xml:space="preserve"> </w:t>
            </w:r>
            <w:proofErr w:type="spellStart"/>
            <w:r w:rsidR="0083262D" w:rsidRPr="0083262D">
              <w:rPr>
                <w:rFonts w:eastAsia="Times New Roman"/>
              </w:rPr>
              <w:t>као</w:t>
            </w:r>
            <w:proofErr w:type="spellEnd"/>
            <w:r w:rsidR="0083262D" w:rsidRPr="0083262D">
              <w:rPr>
                <w:rFonts w:eastAsia="Times New Roman"/>
              </w:rPr>
              <w:t xml:space="preserve"> и </w:t>
            </w:r>
            <w:proofErr w:type="spellStart"/>
            <w:r w:rsidR="0083262D" w:rsidRPr="0083262D">
              <w:rPr>
                <w:rFonts w:eastAsia="Times New Roman"/>
              </w:rPr>
              <w:t>за</w:t>
            </w:r>
            <w:proofErr w:type="spellEnd"/>
            <w:r w:rsidR="0083262D" w:rsidRPr="0083262D">
              <w:rPr>
                <w:rFonts w:eastAsia="Times New Roman"/>
              </w:rPr>
              <w:t xml:space="preserve"> ESIA и ESMP (</w:t>
            </w:r>
            <w:proofErr w:type="spellStart"/>
            <w:r w:rsidR="0083262D" w:rsidRPr="0083262D">
              <w:rPr>
                <w:rFonts w:eastAsia="Times New Roman"/>
              </w:rPr>
              <w:t>Активност</w:t>
            </w:r>
            <w:proofErr w:type="spellEnd"/>
            <w:r w:rsidR="0083262D" w:rsidRPr="0083262D">
              <w:rPr>
                <w:rFonts w:eastAsia="Times New Roman"/>
              </w:rPr>
              <w:t xml:space="preserve"> </w:t>
            </w:r>
            <w:r w:rsidR="00107403" w:rsidRPr="00347368">
              <w:rPr>
                <w:rFonts w:eastAsia="Times New Roman"/>
              </w:rPr>
              <w:t>1.1)</w:t>
            </w:r>
            <w:r w:rsidR="001B58B7" w:rsidRPr="00347368">
              <w:rPr>
                <w:rFonts w:eastAsia="Times New Roman"/>
              </w:rPr>
              <w:t>.</w:t>
            </w:r>
          </w:p>
          <w:p w14:paraId="531B26D2" w14:textId="27DE0481" w:rsidR="00963287" w:rsidRPr="00347368" w:rsidRDefault="00963287" w:rsidP="00347368">
            <w:pPr>
              <w:jc w:val="left"/>
            </w:pPr>
          </w:p>
          <w:p w14:paraId="1F49E527" w14:textId="14FFBD2E" w:rsidR="00963287" w:rsidRPr="00347368" w:rsidRDefault="00B77A5C" w:rsidP="008F0F00">
            <w:pPr>
              <w:rPr>
                <w:rFonts w:eastAsia="Times New Roman"/>
              </w:rPr>
            </w:pPr>
            <w:r w:rsidRPr="00347368">
              <w:rPr>
                <w:rFonts w:eastAsia="Segoe UI" w:cs="Segoe UI"/>
              </w:rPr>
              <w:t xml:space="preserve">b. </w:t>
            </w:r>
            <w:proofErr w:type="spellStart"/>
            <w:r w:rsidR="0083262D" w:rsidRPr="0083262D">
              <w:rPr>
                <w:rFonts w:eastAsia="Segoe UI" w:cs="Segoe UI"/>
              </w:rPr>
              <w:t>Пре</w:t>
            </w:r>
            <w:proofErr w:type="spellEnd"/>
            <w:r w:rsidR="0083262D" w:rsidRPr="0083262D">
              <w:rPr>
                <w:rFonts w:eastAsia="Segoe UI" w:cs="Segoe UI"/>
              </w:rPr>
              <w:t xml:space="preserve"> </w:t>
            </w:r>
            <w:proofErr w:type="spellStart"/>
            <w:r w:rsidR="0083262D" w:rsidRPr="0083262D">
              <w:rPr>
                <w:rFonts w:eastAsia="Segoe UI" w:cs="Segoe UI"/>
              </w:rPr>
              <w:t>почетка</w:t>
            </w:r>
            <w:proofErr w:type="spellEnd"/>
            <w:r w:rsidR="0083262D" w:rsidRPr="0083262D">
              <w:rPr>
                <w:rFonts w:eastAsia="Segoe UI" w:cs="Segoe UI"/>
              </w:rPr>
              <w:t xml:space="preserve"> </w:t>
            </w:r>
            <w:proofErr w:type="spellStart"/>
            <w:r w:rsidR="0083262D" w:rsidRPr="0083262D">
              <w:rPr>
                <w:rFonts w:eastAsia="Segoe UI" w:cs="Segoe UI"/>
              </w:rPr>
              <w:t>радова</w:t>
            </w:r>
            <w:proofErr w:type="spellEnd"/>
            <w:r w:rsidR="0083262D" w:rsidRPr="0083262D">
              <w:rPr>
                <w:rFonts w:eastAsia="Segoe UI" w:cs="Segoe UI"/>
              </w:rPr>
              <w:t xml:space="preserve"> и </w:t>
            </w:r>
            <w:proofErr w:type="spellStart"/>
            <w:r w:rsidR="0083262D" w:rsidRPr="0083262D">
              <w:rPr>
                <w:rFonts w:eastAsia="Segoe UI" w:cs="Segoe UI"/>
              </w:rPr>
              <w:t>током</w:t>
            </w:r>
            <w:proofErr w:type="spellEnd"/>
            <w:r w:rsidR="0083262D" w:rsidRPr="0083262D">
              <w:rPr>
                <w:rFonts w:eastAsia="Segoe UI" w:cs="Segoe UI"/>
              </w:rPr>
              <w:t xml:space="preserve"> </w:t>
            </w:r>
            <w:proofErr w:type="spellStart"/>
            <w:r w:rsidR="0083262D" w:rsidRPr="0083262D">
              <w:rPr>
                <w:rFonts w:eastAsia="Segoe UI" w:cs="Segoe UI"/>
              </w:rPr>
              <w:t>читавог</w:t>
            </w:r>
            <w:proofErr w:type="spellEnd"/>
            <w:r w:rsidR="0083262D" w:rsidRPr="0083262D">
              <w:rPr>
                <w:rFonts w:eastAsia="Segoe UI" w:cs="Segoe UI"/>
              </w:rPr>
              <w:t xml:space="preserve"> </w:t>
            </w:r>
            <w:proofErr w:type="spellStart"/>
            <w:r w:rsidR="0083262D" w:rsidRPr="0083262D">
              <w:rPr>
                <w:rFonts w:eastAsia="Segoe UI" w:cs="Segoe UI"/>
              </w:rPr>
              <w:t>периода</w:t>
            </w:r>
            <w:proofErr w:type="spellEnd"/>
            <w:r w:rsidR="0083262D" w:rsidRPr="0083262D">
              <w:rPr>
                <w:rFonts w:eastAsia="Segoe UI" w:cs="Segoe UI"/>
              </w:rPr>
              <w:t xml:space="preserve"> </w:t>
            </w:r>
            <w:proofErr w:type="spellStart"/>
            <w:r w:rsidR="0083262D" w:rsidRPr="0083262D">
              <w:rPr>
                <w:rFonts w:eastAsia="Segoe UI" w:cs="Segoe UI"/>
              </w:rPr>
              <w:t>имплементације</w:t>
            </w:r>
            <w:proofErr w:type="spellEnd"/>
            <w:r w:rsidR="0083262D" w:rsidRPr="0083262D">
              <w:rPr>
                <w:rFonts w:eastAsia="Segoe UI" w:cs="Segoe UI"/>
              </w:rPr>
              <w:t xml:space="preserve"> Пројекта</w:t>
            </w:r>
            <w:r w:rsidR="7A62412F" w:rsidRPr="00347368">
              <w:rPr>
                <w:rFonts w:eastAsia="Segoe UI" w:cs="Segoe UI"/>
              </w:rPr>
              <w:t>.</w:t>
            </w:r>
          </w:p>
        </w:tc>
        <w:tc>
          <w:tcPr>
            <w:tcW w:w="733" w:type="pct"/>
          </w:tcPr>
          <w:p w14:paraId="0C5F6448" w14:textId="77777777" w:rsidR="001714D2" w:rsidRPr="00347368" w:rsidRDefault="001714D2" w:rsidP="00347368">
            <w:pPr>
              <w:jc w:val="left"/>
              <w:rPr>
                <w:rFonts w:cs="Times New Roman"/>
              </w:rPr>
            </w:pPr>
          </w:p>
          <w:p w14:paraId="18CD3B41" w14:textId="68D22ECB" w:rsidR="001714D2" w:rsidRPr="00347368" w:rsidRDefault="0083262D" w:rsidP="00347368">
            <w:pPr>
              <w:jc w:val="left"/>
              <w:rPr>
                <w:rFonts w:cs="Times New Roman"/>
              </w:rPr>
            </w:pPr>
            <w:r w:rsidRPr="0083262D">
              <w:rPr>
                <w:rFonts w:cs="Times New Roman"/>
              </w:rPr>
              <w:t>МРЕ</w:t>
            </w:r>
          </w:p>
          <w:p w14:paraId="27EE6353" w14:textId="5B2A7CCC" w:rsidR="0040077C" w:rsidRDefault="0083262D" w:rsidP="0040077C">
            <w:pPr>
              <w:jc w:val="left"/>
              <w:rPr>
                <w:rFonts w:cs="Times New Roman"/>
              </w:rPr>
            </w:pPr>
            <w:proofErr w:type="spellStart"/>
            <w:r w:rsidRPr="0083262D">
              <w:rPr>
                <w:rFonts w:cs="Times New Roman"/>
              </w:rPr>
              <w:t>Гасна</w:t>
            </w:r>
            <w:proofErr w:type="spellEnd"/>
            <w:r w:rsidRPr="0083262D">
              <w:rPr>
                <w:rFonts w:cs="Times New Roman"/>
              </w:rPr>
              <w:t xml:space="preserve"> </w:t>
            </w:r>
            <w:proofErr w:type="spellStart"/>
            <w:r w:rsidRPr="0083262D">
              <w:rPr>
                <w:rFonts w:cs="Times New Roman"/>
              </w:rPr>
              <w:t>инфраструктура</w:t>
            </w:r>
            <w:proofErr w:type="spellEnd"/>
          </w:p>
          <w:p w14:paraId="7F653107" w14:textId="7DC5C59A" w:rsidR="0040077C" w:rsidRPr="00347368" w:rsidRDefault="0083262D" w:rsidP="0040077C">
            <w:pPr>
              <w:jc w:val="left"/>
              <w:rPr>
                <w:rFonts w:cs="Times New Roman"/>
              </w:rPr>
            </w:pPr>
            <w:proofErr w:type="spellStart"/>
            <w:r w:rsidRPr="0083262D">
              <w:rPr>
                <w:rFonts w:cs="Times New Roman"/>
              </w:rPr>
              <w:t>Србијагас</w:t>
            </w:r>
            <w:proofErr w:type="spellEnd"/>
          </w:p>
          <w:p w14:paraId="70E8CF60" w14:textId="1D59E5E5" w:rsidR="001714D2" w:rsidRPr="00347368" w:rsidRDefault="001714D2" w:rsidP="00347368">
            <w:pPr>
              <w:rPr>
                <w:rFonts w:cs="Times New Roman"/>
              </w:rPr>
            </w:pPr>
          </w:p>
        </w:tc>
      </w:tr>
      <w:tr w:rsidR="00625796" w:rsidRPr="00347368" w14:paraId="3FEEACAB" w14:textId="77777777" w:rsidTr="009D7F44">
        <w:tc>
          <w:tcPr>
            <w:tcW w:w="268" w:type="pct"/>
          </w:tcPr>
          <w:p w14:paraId="58B60A9F" w14:textId="7FFDD2CC" w:rsidR="00DD0717" w:rsidRPr="00347368" w:rsidRDefault="00DD0717" w:rsidP="00347368">
            <w:pPr>
              <w:jc w:val="left"/>
              <w:rPr>
                <w:rFonts w:cs="Times New Roman"/>
              </w:rPr>
            </w:pPr>
            <w:r w:rsidRPr="00347368">
              <w:rPr>
                <w:rFonts w:cstheme="minorHAnsi"/>
              </w:rPr>
              <w:t>2.3</w:t>
            </w:r>
          </w:p>
        </w:tc>
        <w:tc>
          <w:tcPr>
            <w:tcW w:w="2795" w:type="pct"/>
          </w:tcPr>
          <w:p w14:paraId="44B599C8" w14:textId="6135398C" w:rsidR="00DD0717" w:rsidRPr="00347368" w:rsidRDefault="008F0F00" w:rsidP="00347368">
            <w:pPr>
              <w:pStyle w:val="MainText"/>
              <w:keepLines/>
              <w:widowControl w:val="0"/>
              <w:spacing w:after="0" w:line="240" w:lineRule="auto"/>
              <w:jc w:val="both"/>
              <w:rPr>
                <w:rFonts w:ascii="Aptos" w:eastAsiaTheme="minorHAnsi" w:hAnsi="Aptos" w:cstheme="minorHAnsi"/>
                <w:b/>
                <w:color w:val="4472C4" w:themeColor="accent1"/>
                <w:sz w:val="22"/>
              </w:rPr>
            </w:pPr>
            <w:r w:rsidRPr="008F0F00">
              <w:rPr>
                <w:rFonts w:ascii="Aptos" w:eastAsiaTheme="minorHAnsi" w:hAnsi="Aptos" w:cstheme="minorHAnsi"/>
                <w:b/>
                <w:color w:val="4472C4" w:themeColor="accent1"/>
                <w:sz w:val="22"/>
                <w:lang w:val="en-US" w:eastAsia="en-US"/>
              </w:rPr>
              <w:t xml:space="preserve">МЕХАНИЗАМ ЗА </w:t>
            </w:r>
            <w:r>
              <w:rPr>
                <w:rFonts w:ascii="Aptos" w:eastAsiaTheme="minorHAnsi" w:hAnsi="Aptos" w:cstheme="minorHAnsi"/>
                <w:b/>
                <w:color w:val="4472C4" w:themeColor="accent1"/>
                <w:sz w:val="22"/>
                <w:lang w:val="sr-Cyrl-RS" w:eastAsia="en-US"/>
              </w:rPr>
              <w:t>ПРИТУЖБЕ ЗА</w:t>
            </w:r>
            <w:r w:rsidRPr="008F0F00">
              <w:rPr>
                <w:rFonts w:ascii="Aptos" w:eastAsiaTheme="minorHAnsi" w:hAnsi="Aptos" w:cstheme="minorHAnsi"/>
                <w:b/>
                <w:color w:val="4472C4" w:themeColor="accent1"/>
                <w:sz w:val="22"/>
                <w:lang w:val="en-US" w:eastAsia="en-US"/>
              </w:rPr>
              <w:t xml:space="preserve"> РАДНИК</w:t>
            </w:r>
            <w:r>
              <w:rPr>
                <w:rFonts w:ascii="Aptos" w:eastAsiaTheme="minorHAnsi" w:hAnsi="Aptos" w:cstheme="minorHAnsi"/>
                <w:b/>
                <w:color w:val="4472C4" w:themeColor="accent1"/>
                <w:sz w:val="22"/>
                <w:lang w:val="sr-Cyrl-RS" w:eastAsia="en-US"/>
              </w:rPr>
              <w:t>Е</w:t>
            </w:r>
            <w:r w:rsidRPr="008F0F00">
              <w:rPr>
                <w:rFonts w:ascii="Aptos" w:eastAsiaTheme="minorHAnsi" w:hAnsi="Aptos" w:cstheme="minorHAnsi"/>
                <w:b/>
                <w:color w:val="4472C4" w:themeColor="accent1"/>
                <w:sz w:val="22"/>
                <w:lang w:val="en-US" w:eastAsia="en-US"/>
              </w:rPr>
              <w:t xml:space="preserve"> НА ПРОЈЕКТУ</w:t>
            </w:r>
            <w:r w:rsidR="00DD0717" w:rsidRPr="00347368">
              <w:rPr>
                <w:rFonts w:ascii="Aptos" w:eastAsiaTheme="minorHAnsi" w:hAnsi="Aptos" w:cstheme="minorHAnsi"/>
                <w:b/>
                <w:color w:val="4472C4" w:themeColor="accent1"/>
                <w:sz w:val="22"/>
                <w:lang w:val="en-US" w:eastAsia="en-US"/>
              </w:rPr>
              <w:t xml:space="preserve"> </w:t>
            </w:r>
            <w:r w:rsidR="00DD0717" w:rsidRPr="00347368" w:rsidDel="00A63A0E">
              <w:rPr>
                <w:rFonts w:ascii="Aptos" w:hAnsi="Aptos" w:cstheme="minorHAnsi"/>
                <w:bCs/>
                <w:color w:val="4472C4" w:themeColor="accent1"/>
                <w:sz w:val="22"/>
              </w:rPr>
              <w:t xml:space="preserve"> </w:t>
            </w:r>
          </w:p>
          <w:p w14:paraId="05D97609" w14:textId="589C2EE0" w:rsidR="00DD0717" w:rsidRPr="00347368" w:rsidRDefault="001A63B8" w:rsidP="00347368">
            <w:pPr>
              <w:pStyle w:val="MainText"/>
              <w:keepLines/>
              <w:widowControl w:val="0"/>
              <w:spacing w:after="0" w:line="240" w:lineRule="auto"/>
              <w:jc w:val="both"/>
              <w:rPr>
                <w:rFonts w:ascii="Aptos" w:hAnsi="Aptos" w:cstheme="minorHAnsi"/>
                <w:sz w:val="22"/>
              </w:rPr>
            </w:pPr>
            <w:proofErr w:type="spellStart"/>
            <w:r w:rsidRPr="001A63B8">
              <w:rPr>
                <w:rFonts w:ascii="Aptos" w:hAnsi="Aptos" w:cstheme="minorHAnsi"/>
                <w:sz w:val="22"/>
              </w:rPr>
              <w:t>Консултанти</w:t>
            </w:r>
            <w:proofErr w:type="spellEnd"/>
            <w:r w:rsidRPr="001A63B8">
              <w:rPr>
                <w:rFonts w:ascii="Aptos" w:hAnsi="Aptos" w:cstheme="minorHAnsi"/>
                <w:sz w:val="22"/>
              </w:rPr>
              <w:t xml:space="preserve"> и </w:t>
            </w:r>
            <w:proofErr w:type="spellStart"/>
            <w:r w:rsidRPr="001A63B8">
              <w:rPr>
                <w:rFonts w:ascii="Aptos" w:hAnsi="Aptos" w:cstheme="minorHAnsi"/>
                <w:sz w:val="22"/>
              </w:rPr>
              <w:t>директно</w:t>
            </w:r>
            <w:proofErr w:type="spellEnd"/>
            <w:r w:rsidRPr="001A63B8">
              <w:rPr>
                <w:rFonts w:ascii="Aptos" w:hAnsi="Aptos" w:cstheme="minorHAnsi"/>
                <w:sz w:val="22"/>
              </w:rPr>
              <w:t xml:space="preserve"> </w:t>
            </w:r>
            <w:proofErr w:type="spellStart"/>
            <w:r w:rsidRPr="001A63B8">
              <w:rPr>
                <w:rFonts w:ascii="Aptos" w:hAnsi="Aptos" w:cstheme="minorHAnsi"/>
                <w:sz w:val="22"/>
              </w:rPr>
              <w:t>ангажовани</w:t>
            </w:r>
            <w:proofErr w:type="spellEnd"/>
            <w:r w:rsidRPr="001A63B8">
              <w:rPr>
                <w:rFonts w:ascii="Aptos" w:hAnsi="Aptos" w:cstheme="minorHAnsi"/>
                <w:sz w:val="22"/>
              </w:rPr>
              <w:t xml:space="preserve"> </w:t>
            </w:r>
            <w:proofErr w:type="spellStart"/>
            <w:r w:rsidRPr="001A63B8">
              <w:rPr>
                <w:rFonts w:ascii="Aptos" w:hAnsi="Aptos" w:cstheme="minorHAnsi"/>
                <w:sz w:val="22"/>
              </w:rPr>
              <w:t>радници</w:t>
            </w:r>
            <w:proofErr w:type="spellEnd"/>
            <w:r w:rsidR="00DD0717" w:rsidRPr="00347368">
              <w:rPr>
                <w:rFonts w:ascii="Aptos" w:hAnsi="Aptos" w:cstheme="minorHAnsi"/>
                <w:sz w:val="22"/>
              </w:rPr>
              <w:t xml:space="preserve">: </w:t>
            </w:r>
            <w:proofErr w:type="spellStart"/>
            <w:r w:rsidRPr="001A63B8">
              <w:rPr>
                <w:rFonts w:ascii="Aptos" w:hAnsi="Aptos" w:cstheme="minorHAnsi"/>
                <w:sz w:val="22"/>
              </w:rPr>
              <w:t>Као</w:t>
            </w:r>
            <w:proofErr w:type="spellEnd"/>
            <w:r w:rsidRPr="001A63B8">
              <w:rPr>
                <w:rFonts w:ascii="Aptos" w:hAnsi="Aptos" w:cstheme="minorHAnsi"/>
                <w:sz w:val="22"/>
              </w:rPr>
              <w:t xml:space="preserve"> </w:t>
            </w:r>
            <w:proofErr w:type="spellStart"/>
            <w:r w:rsidRPr="001A63B8">
              <w:rPr>
                <w:rFonts w:ascii="Aptos" w:hAnsi="Aptos" w:cstheme="minorHAnsi"/>
                <w:sz w:val="22"/>
              </w:rPr>
              <w:t>део</w:t>
            </w:r>
            <w:proofErr w:type="spellEnd"/>
            <w:r w:rsidRPr="001A63B8">
              <w:rPr>
                <w:rFonts w:ascii="Aptos" w:hAnsi="Aptos" w:cstheme="minorHAnsi"/>
                <w:sz w:val="22"/>
              </w:rPr>
              <w:t xml:space="preserve"> </w:t>
            </w:r>
            <w:proofErr w:type="spellStart"/>
            <w:r w:rsidRPr="001A63B8">
              <w:rPr>
                <w:rFonts w:ascii="Aptos" w:hAnsi="Aptos" w:cstheme="minorHAnsi"/>
                <w:sz w:val="22"/>
              </w:rPr>
              <w:t>Оперативног</w:t>
            </w:r>
            <w:proofErr w:type="spellEnd"/>
            <w:r w:rsidRPr="001A63B8">
              <w:rPr>
                <w:rFonts w:ascii="Aptos" w:hAnsi="Aptos" w:cstheme="minorHAnsi"/>
                <w:sz w:val="22"/>
              </w:rPr>
              <w:t xml:space="preserve"> </w:t>
            </w:r>
            <w:proofErr w:type="spellStart"/>
            <w:r w:rsidRPr="001A63B8">
              <w:rPr>
                <w:rFonts w:ascii="Aptos" w:hAnsi="Aptos" w:cstheme="minorHAnsi"/>
                <w:sz w:val="22"/>
              </w:rPr>
              <w:t>приручника</w:t>
            </w:r>
            <w:proofErr w:type="spellEnd"/>
            <w:r w:rsidRPr="001A63B8">
              <w:rPr>
                <w:rFonts w:ascii="Aptos" w:hAnsi="Aptos" w:cstheme="minorHAnsi"/>
                <w:sz w:val="22"/>
              </w:rPr>
              <w:t xml:space="preserve"> </w:t>
            </w:r>
            <w:proofErr w:type="spellStart"/>
            <w:r w:rsidRPr="001A63B8">
              <w:rPr>
                <w:rFonts w:ascii="Aptos" w:hAnsi="Aptos" w:cstheme="minorHAnsi"/>
                <w:sz w:val="22"/>
              </w:rPr>
              <w:t>Пројекта</w:t>
            </w:r>
            <w:proofErr w:type="spellEnd"/>
          </w:p>
          <w:p w14:paraId="0291F730" w14:textId="77777777" w:rsidR="00DD0717" w:rsidRPr="00347368" w:rsidRDefault="00DD0717" w:rsidP="00347368">
            <w:pPr>
              <w:pStyle w:val="MainText"/>
              <w:keepLines/>
              <w:widowControl w:val="0"/>
              <w:spacing w:after="0" w:line="240" w:lineRule="auto"/>
              <w:jc w:val="both"/>
              <w:rPr>
                <w:rFonts w:ascii="Aptos" w:hAnsi="Aptos" w:cstheme="minorHAnsi"/>
                <w:sz w:val="22"/>
              </w:rPr>
            </w:pPr>
          </w:p>
          <w:p w14:paraId="5AC24D47" w14:textId="30290D54" w:rsidR="00DD0717" w:rsidRPr="00347368" w:rsidRDefault="001A63B8" w:rsidP="00347368">
            <w:pPr>
              <w:jc w:val="left"/>
            </w:pPr>
            <w:proofErr w:type="spellStart"/>
            <w:r w:rsidRPr="001A63B8">
              <w:lastRenderedPageBreak/>
              <w:t>Сви</w:t>
            </w:r>
            <w:proofErr w:type="spellEnd"/>
            <w:r w:rsidRPr="001A63B8">
              <w:t xml:space="preserve"> </w:t>
            </w:r>
            <w:proofErr w:type="spellStart"/>
            <w:r w:rsidRPr="001A63B8">
              <w:t>остали</w:t>
            </w:r>
            <w:proofErr w:type="spellEnd"/>
            <w:r w:rsidRPr="001A63B8">
              <w:t xml:space="preserve"> </w:t>
            </w:r>
            <w:proofErr w:type="spellStart"/>
            <w:r w:rsidRPr="001A63B8">
              <w:t>радници</w:t>
            </w:r>
            <w:proofErr w:type="spellEnd"/>
            <w:r w:rsidRPr="001A63B8">
              <w:t xml:space="preserve"> </w:t>
            </w:r>
            <w:proofErr w:type="spellStart"/>
            <w:r w:rsidRPr="001A63B8">
              <w:t>на</w:t>
            </w:r>
            <w:proofErr w:type="spellEnd"/>
            <w:r w:rsidRPr="001A63B8">
              <w:t xml:space="preserve"> </w:t>
            </w:r>
            <w:proofErr w:type="spellStart"/>
            <w:r w:rsidRPr="001A63B8">
              <w:t>Пројекту</w:t>
            </w:r>
            <w:proofErr w:type="spellEnd"/>
            <w:r w:rsidRPr="001A63B8">
              <w:t xml:space="preserve">: </w:t>
            </w:r>
            <w:proofErr w:type="spellStart"/>
            <w:r w:rsidRPr="001A63B8">
              <w:t>Успоставити</w:t>
            </w:r>
            <w:proofErr w:type="spellEnd"/>
            <w:r w:rsidRPr="001A63B8">
              <w:t xml:space="preserve"> и </w:t>
            </w:r>
            <w:proofErr w:type="spellStart"/>
            <w:r w:rsidRPr="001A63B8">
              <w:t>водити</w:t>
            </w:r>
            <w:proofErr w:type="spellEnd"/>
            <w:r w:rsidRPr="001A63B8">
              <w:t xml:space="preserve"> </w:t>
            </w:r>
            <w:proofErr w:type="spellStart"/>
            <w:r w:rsidRPr="001A63B8">
              <w:t>механизам</w:t>
            </w:r>
            <w:proofErr w:type="spellEnd"/>
            <w:r w:rsidRPr="001A63B8">
              <w:t xml:space="preserve"> </w:t>
            </w:r>
            <w:proofErr w:type="spellStart"/>
            <w:r w:rsidRPr="001A63B8">
              <w:t>за</w:t>
            </w:r>
            <w:proofErr w:type="spellEnd"/>
            <w:r w:rsidRPr="001A63B8">
              <w:t xml:space="preserve"> </w:t>
            </w:r>
            <w:r>
              <w:rPr>
                <w:lang w:val="sr-Cyrl-RS"/>
              </w:rPr>
              <w:t>притужбе</w:t>
            </w:r>
            <w:r w:rsidRPr="001A63B8">
              <w:t xml:space="preserve"> </w:t>
            </w:r>
            <w:proofErr w:type="spellStart"/>
            <w:r w:rsidRPr="001A63B8">
              <w:t>за</w:t>
            </w:r>
            <w:proofErr w:type="spellEnd"/>
            <w:r w:rsidRPr="001A63B8">
              <w:t xml:space="preserve"> </w:t>
            </w:r>
            <w:proofErr w:type="spellStart"/>
            <w:r w:rsidRPr="001A63B8">
              <w:t>све</w:t>
            </w:r>
            <w:proofErr w:type="spellEnd"/>
            <w:r w:rsidRPr="001A63B8">
              <w:t xml:space="preserve"> </w:t>
            </w:r>
            <w:proofErr w:type="spellStart"/>
            <w:r w:rsidRPr="001A63B8">
              <w:t>остале</w:t>
            </w:r>
            <w:proofErr w:type="spellEnd"/>
            <w:r w:rsidRPr="001A63B8">
              <w:t xml:space="preserve"> </w:t>
            </w:r>
            <w:proofErr w:type="spellStart"/>
            <w:r w:rsidRPr="001A63B8">
              <w:t>раднике</w:t>
            </w:r>
            <w:proofErr w:type="spellEnd"/>
            <w:r w:rsidRPr="001A63B8">
              <w:t xml:space="preserve"> </w:t>
            </w:r>
            <w:proofErr w:type="spellStart"/>
            <w:r w:rsidRPr="001A63B8">
              <w:t>на</w:t>
            </w:r>
            <w:proofErr w:type="spellEnd"/>
            <w:r w:rsidRPr="001A63B8">
              <w:t xml:space="preserve"> </w:t>
            </w:r>
            <w:proofErr w:type="spellStart"/>
            <w:r w:rsidRPr="001A63B8">
              <w:t>Пројекту</w:t>
            </w:r>
            <w:proofErr w:type="spellEnd"/>
            <w:r w:rsidRPr="001A63B8">
              <w:t xml:space="preserve">, </w:t>
            </w:r>
            <w:proofErr w:type="spellStart"/>
            <w:r w:rsidRPr="001A63B8">
              <w:t>као</w:t>
            </w:r>
            <w:proofErr w:type="spellEnd"/>
            <w:r w:rsidRPr="001A63B8">
              <w:t xml:space="preserve"> </w:t>
            </w:r>
            <w:proofErr w:type="spellStart"/>
            <w:r w:rsidRPr="001A63B8">
              <w:t>што</w:t>
            </w:r>
            <w:proofErr w:type="spellEnd"/>
            <w:r w:rsidRPr="001A63B8">
              <w:t xml:space="preserve"> </w:t>
            </w:r>
            <w:proofErr w:type="spellStart"/>
            <w:r w:rsidRPr="001A63B8">
              <w:t>је</w:t>
            </w:r>
            <w:proofErr w:type="spellEnd"/>
            <w:r w:rsidRPr="001A63B8">
              <w:t xml:space="preserve"> </w:t>
            </w:r>
            <w:proofErr w:type="spellStart"/>
            <w:r w:rsidRPr="001A63B8">
              <w:t>описано</w:t>
            </w:r>
            <w:proofErr w:type="spellEnd"/>
            <w:r w:rsidRPr="001A63B8">
              <w:t xml:space="preserve"> у </w:t>
            </w:r>
            <w:proofErr w:type="spellStart"/>
            <w:r w:rsidRPr="001A63B8">
              <w:t>оквиру</w:t>
            </w:r>
            <w:proofErr w:type="spellEnd"/>
            <w:r w:rsidRPr="001A63B8">
              <w:t xml:space="preserve"> LMP-а и у </w:t>
            </w:r>
            <w:proofErr w:type="spellStart"/>
            <w:r w:rsidRPr="001A63B8">
              <w:t>складу</w:t>
            </w:r>
            <w:proofErr w:type="spellEnd"/>
            <w:r w:rsidRPr="001A63B8">
              <w:t xml:space="preserve"> </w:t>
            </w:r>
            <w:proofErr w:type="spellStart"/>
            <w:r w:rsidRPr="001A63B8">
              <w:t>са</w:t>
            </w:r>
            <w:proofErr w:type="spellEnd"/>
            <w:r w:rsidRPr="001A63B8">
              <w:t xml:space="preserve"> </w:t>
            </w:r>
            <w:proofErr w:type="spellStart"/>
            <w:r w:rsidRPr="001A63B8">
              <w:t>стандардом</w:t>
            </w:r>
            <w:proofErr w:type="spellEnd"/>
            <w:r w:rsidRPr="001A63B8">
              <w:t xml:space="preserve"> ESS2</w:t>
            </w:r>
            <w:r w:rsidR="00DD0717" w:rsidRPr="00347368">
              <w:t xml:space="preserve">.  </w:t>
            </w:r>
          </w:p>
        </w:tc>
        <w:tc>
          <w:tcPr>
            <w:tcW w:w="1204" w:type="pct"/>
          </w:tcPr>
          <w:p w14:paraId="564B368C" w14:textId="77777777" w:rsidR="00DD0717" w:rsidRPr="00347368" w:rsidRDefault="00DD0717" w:rsidP="00347368">
            <w:pPr>
              <w:keepLines/>
              <w:widowControl w:val="0"/>
              <w:rPr>
                <w:rFonts w:eastAsia="Times New Roman" w:cstheme="minorHAnsi"/>
                <w:bCs/>
              </w:rPr>
            </w:pPr>
          </w:p>
          <w:p w14:paraId="6B1B8817" w14:textId="66936458" w:rsidR="00DD0717" w:rsidRPr="00347368" w:rsidRDefault="001A63B8" w:rsidP="00347368">
            <w:pPr>
              <w:jc w:val="left"/>
              <w:rPr>
                <w:rFonts w:cs="Times New Roman"/>
              </w:rPr>
            </w:pPr>
            <w:proofErr w:type="spellStart"/>
            <w:r w:rsidRPr="001A63B8">
              <w:rPr>
                <w:rFonts w:eastAsia="Times New Roman" w:cstheme="minorHAnsi"/>
                <w:bCs/>
              </w:rPr>
              <w:t>Успоставити</w:t>
            </w:r>
            <w:proofErr w:type="spellEnd"/>
            <w:r w:rsidRPr="001A63B8">
              <w:rPr>
                <w:rFonts w:eastAsia="Times New Roman" w:cstheme="minorHAnsi"/>
                <w:bCs/>
              </w:rPr>
              <w:t xml:space="preserve"> </w:t>
            </w:r>
            <w:proofErr w:type="spellStart"/>
            <w:r w:rsidRPr="001A63B8">
              <w:rPr>
                <w:rFonts w:eastAsia="Times New Roman" w:cstheme="minorHAnsi"/>
                <w:bCs/>
              </w:rPr>
              <w:t>механизам</w:t>
            </w:r>
            <w:proofErr w:type="spellEnd"/>
            <w:r w:rsidRPr="001A63B8">
              <w:rPr>
                <w:rFonts w:eastAsia="Times New Roman" w:cstheme="minorHAnsi"/>
                <w:bCs/>
              </w:rPr>
              <w:t xml:space="preserve"> </w:t>
            </w:r>
            <w:proofErr w:type="spellStart"/>
            <w:r w:rsidRPr="001A63B8">
              <w:rPr>
                <w:rFonts w:eastAsia="Times New Roman" w:cstheme="minorHAnsi"/>
                <w:bCs/>
              </w:rPr>
              <w:t>за</w:t>
            </w:r>
            <w:proofErr w:type="spellEnd"/>
            <w:r w:rsidRPr="001A63B8">
              <w:rPr>
                <w:rFonts w:eastAsia="Times New Roman" w:cstheme="minorHAnsi"/>
                <w:bCs/>
              </w:rPr>
              <w:t xml:space="preserve"> </w:t>
            </w:r>
            <w:r>
              <w:rPr>
                <w:rFonts w:eastAsia="Times New Roman" w:cstheme="minorHAnsi"/>
                <w:bCs/>
                <w:lang w:val="sr-Cyrl-RS"/>
              </w:rPr>
              <w:t>притужбе</w:t>
            </w:r>
            <w:r w:rsidRPr="001A63B8">
              <w:rPr>
                <w:rFonts w:eastAsia="Times New Roman" w:cstheme="minorHAnsi"/>
                <w:bCs/>
              </w:rPr>
              <w:t xml:space="preserve"> </w:t>
            </w:r>
            <w:proofErr w:type="spellStart"/>
            <w:r w:rsidRPr="001A63B8">
              <w:rPr>
                <w:rFonts w:eastAsia="Times New Roman" w:cstheme="minorHAnsi"/>
                <w:bCs/>
              </w:rPr>
              <w:t>за</w:t>
            </w:r>
            <w:proofErr w:type="spellEnd"/>
            <w:r w:rsidRPr="001A63B8">
              <w:rPr>
                <w:rFonts w:eastAsia="Times New Roman" w:cstheme="minorHAnsi"/>
                <w:bCs/>
              </w:rPr>
              <w:t xml:space="preserve"> </w:t>
            </w:r>
            <w:proofErr w:type="spellStart"/>
            <w:r w:rsidRPr="001A63B8">
              <w:rPr>
                <w:rFonts w:eastAsia="Times New Roman" w:cstheme="minorHAnsi"/>
                <w:bCs/>
              </w:rPr>
              <w:t>сваки</w:t>
            </w:r>
            <w:proofErr w:type="spellEnd"/>
            <w:r w:rsidRPr="001A63B8">
              <w:rPr>
                <w:rFonts w:eastAsia="Times New Roman" w:cstheme="minorHAnsi"/>
                <w:bCs/>
              </w:rPr>
              <w:t xml:space="preserve"> </w:t>
            </w:r>
            <w:proofErr w:type="spellStart"/>
            <w:r w:rsidRPr="001A63B8">
              <w:rPr>
                <w:rFonts w:eastAsia="Times New Roman" w:cstheme="minorHAnsi"/>
                <w:bCs/>
              </w:rPr>
              <w:t>део</w:t>
            </w:r>
            <w:proofErr w:type="spellEnd"/>
            <w:r w:rsidRPr="001A63B8">
              <w:rPr>
                <w:rFonts w:eastAsia="Times New Roman" w:cstheme="minorHAnsi"/>
                <w:bCs/>
              </w:rPr>
              <w:t xml:space="preserve"> </w:t>
            </w:r>
            <w:proofErr w:type="spellStart"/>
            <w:r w:rsidRPr="001A63B8">
              <w:rPr>
                <w:rFonts w:eastAsia="Times New Roman" w:cstheme="minorHAnsi"/>
                <w:bCs/>
              </w:rPr>
              <w:t>Пројекта</w:t>
            </w:r>
            <w:proofErr w:type="spellEnd"/>
            <w:r w:rsidRPr="001A63B8">
              <w:rPr>
                <w:rFonts w:eastAsia="Times New Roman" w:cstheme="minorHAnsi"/>
                <w:bCs/>
              </w:rPr>
              <w:t xml:space="preserve"> </w:t>
            </w:r>
            <w:proofErr w:type="spellStart"/>
            <w:r w:rsidRPr="001A63B8">
              <w:rPr>
                <w:rFonts w:eastAsia="Times New Roman" w:cstheme="minorHAnsi"/>
                <w:bCs/>
              </w:rPr>
              <w:t>пре</w:t>
            </w:r>
            <w:proofErr w:type="spellEnd"/>
            <w:r w:rsidRPr="001A63B8">
              <w:rPr>
                <w:rFonts w:eastAsia="Times New Roman" w:cstheme="minorHAnsi"/>
                <w:bCs/>
              </w:rPr>
              <w:t xml:space="preserve"> </w:t>
            </w:r>
            <w:proofErr w:type="spellStart"/>
            <w:r w:rsidRPr="001A63B8">
              <w:rPr>
                <w:rFonts w:eastAsia="Times New Roman" w:cstheme="minorHAnsi"/>
                <w:bCs/>
              </w:rPr>
              <w:t>ангажовања</w:t>
            </w:r>
            <w:proofErr w:type="spellEnd"/>
            <w:r w:rsidRPr="001A63B8">
              <w:rPr>
                <w:rFonts w:eastAsia="Times New Roman" w:cstheme="minorHAnsi"/>
                <w:bCs/>
              </w:rPr>
              <w:t xml:space="preserve"> </w:t>
            </w:r>
            <w:proofErr w:type="spellStart"/>
            <w:r w:rsidRPr="001A63B8">
              <w:rPr>
                <w:rFonts w:eastAsia="Times New Roman" w:cstheme="minorHAnsi"/>
                <w:bCs/>
              </w:rPr>
              <w:lastRenderedPageBreak/>
              <w:t>радника</w:t>
            </w:r>
            <w:proofErr w:type="spellEnd"/>
            <w:r w:rsidRPr="001A63B8">
              <w:rPr>
                <w:rFonts w:eastAsia="Times New Roman" w:cstheme="minorHAnsi"/>
                <w:bCs/>
              </w:rPr>
              <w:t xml:space="preserve"> </w:t>
            </w:r>
            <w:proofErr w:type="spellStart"/>
            <w:r w:rsidRPr="001A63B8">
              <w:rPr>
                <w:rFonts w:eastAsia="Times New Roman" w:cstheme="minorHAnsi"/>
                <w:bCs/>
              </w:rPr>
              <w:t>на</w:t>
            </w:r>
            <w:proofErr w:type="spellEnd"/>
            <w:r w:rsidRPr="001A63B8">
              <w:rPr>
                <w:rFonts w:eastAsia="Times New Roman" w:cstheme="minorHAnsi"/>
                <w:bCs/>
              </w:rPr>
              <w:t xml:space="preserve"> </w:t>
            </w:r>
            <w:proofErr w:type="spellStart"/>
            <w:r w:rsidRPr="001A63B8">
              <w:rPr>
                <w:rFonts w:eastAsia="Times New Roman" w:cstheme="minorHAnsi"/>
                <w:bCs/>
              </w:rPr>
              <w:t>Пројекту</w:t>
            </w:r>
            <w:proofErr w:type="spellEnd"/>
            <w:r w:rsidRPr="001A63B8">
              <w:rPr>
                <w:rFonts w:eastAsia="Times New Roman" w:cstheme="minorHAnsi"/>
                <w:bCs/>
              </w:rPr>
              <w:t xml:space="preserve"> </w:t>
            </w:r>
            <w:proofErr w:type="spellStart"/>
            <w:r w:rsidRPr="001A63B8">
              <w:rPr>
                <w:rFonts w:eastAsia="Times New Roman" w:cstheme="minorHAnsi"/>
                <w:bCs/>
              </w:rPr>
              <w:t>за</w:t>
            </w:r>
            <w:proofErr w:type="spellEnd"/>
            <w:r w:rsidRPr="001A63B8">
              <w:rPr>
                <w:rFonts w:eastAsia="Times New Roman" w:cstheme="minorHAnsi"/>
                <w:bCs/>
              </w:rPr>
              <w:t xml:space="preserve"> </w:t>
            </w:r>
            <w:proofErr w:type="spellStart"/>
            <w:r w:rsidRPr="001A63B8">
              <w:rPr>
                <w:rFonts w:eastAsia="Times New Roman" w:cstheme="minorHAnsi"/>
                <w:bCs/>
              </w:rPr>
              <w:t>тај</w:t>
            </w:r>
            <w:proofErr w:type="spellEnd"/>
            <w:r w:rsidRPr="001A63B8">
              <w:rPr>
                <w:rFonts w:eastAsia="Times New Roman" w:cstheme="minorHAnsi"/>
                <w:bCs/>
              </w:rPr>
              <w:t xml:space="preserve"> </w:t>
            </w:r>
            <w:proofErr w:type="spellStart"/>
            <w:r w:rsidRPr="001A63B8">
              <w:rPr>
                <w:rFonts w:eastAsia="Times New Roman" w:cstheme="minorHAnsi"/>
                <w:bCs/>
              </w:rPr>
              <w:t>део</w:t>
            </w:r>
            <w:proofErr w:type="spellEnd"/>
            <w:r w:rsidRPr="001A63B8">
              <w:rPr>
                <w:rFonts w:eastAsia="Times New Roman" w:cstheme="minorHAnsi"/>
                <w:bCs/>
              </w:rPr>
              <w:t xml:space="preserve"> Пројекта, а </w:t>
            </w:r>
            <w:proofErr w:type="spellStart"/>
            <w:r w:rsidRPr="001A63B8">
              <w:rPr>
                <w:rFonts w:eastAsia="Times New Roman" w:cstheme="minorHAnsi"/>
                <w:bCs/>
              </w:rPr>
              <w:t>након</w:t>
            </w:r>
            <w:proofErr w:type="spellEnd"/>
            <w:r w:rsidRPr="001A63B8">
              <w:rPr>
                <w:rFonts w:eastAsia="Times New Roman" w:cstheme="minorHAnsi"/>
                <w:bCs/>
              </w:rPr>
              <w:t xml:space="preserve"> </w:t>
            </w:r>
            <w:proofErr w:type="spellStart"/>
            <w:r w:rsidRPr="001A63B8">
              <w:rPr>
                <w:rFonts w:eastAsia="Times New Roman" w:cstheme="minorHAnsi"/>
                <w:bCs/>
              </w:rPr>
              <w:t>тога</w:t>
            </w:r>
            <w:proofErr w:type="spellEnd"/>
            <w:r w:rsidRPr="001A63B8">
              <w:rPr>
                <w:rFonts w:eastAsia="Times New Roman" w:cstheme="minorHAnsi"/>
                <w:bCs/>
              </w:rPr>
              <w:t xml:space="preserve"> </w:t>
            </w:r>
            <w:proofErr w:type="spellStart"/>
            <w:r w:rsidRPr="001A63B8">
              <w:rPr>
                <w:rFonts w:eastAsia="Times New Roman" w:cstheme="minorHAnsi"/>
                <w:bCs/>
              </w:rPr>
              <w:t>га</w:t>
            </w:r>
            <w:proofErr w:type="spellEnd"/>
            <w:r w:rsidRPr="001A63B8">
              <w:rPr>
                <w:rFonts w:eastAsia="Times New Roman" w:cstheme="minorHAnsi"/>
                <w:bCs/>
              </w:rPr>
              <w:t xml:space="preserve"> </w:t>
            </w:r>
            <w:proofErr w:type="spellStart"/>
            <w:r w:rsidRPr="001A63B8">
              <w:rPr>
                <w:rFonts w:eastAsia="Times New Roman" w:cstheme="minorHAnsi"/>
                <w:bCs/>
              </w:rPr>
              <w:t>одржавати</w:t>
            </w:r>
            <w:proofErr w:type="spellEnd"/>
            <w:r w:rsidRPr="001A63B8">
              <w:rPr>
                <w:rFonts w:eastAsia="Times New Roman" w:cstheme="minorHAnsi"/>
                <w:bCs/>
              </w:rPr>
              <w:t xml:space="preserve"> и </w:t>
            </w:r>
            <w:proofErr w:type="spellStart"/>
            <w:r w:rsidRPr="001A63B8">
              <w:rPr>
                <w:rFonts w:eastAsia="Times New Roman" w:cstheme="minorHAnsi"/>
                <w:bCs/>
              </w:rPr>
              <w:t>водити</w:t>
            </w:r>
            <w:proofErr w:type="spellEnd"/>
            <w:r w:rsidRPr="001A63B8">
              <w:rPr>
                <w:rFonts w:eastAsia="Times New Roman" w:cstheme="minorHAnsi"/>
                <w:bCs/>
              </w:rPr>
              <w:t xml:space="preserve"> </w:t>
            </w:r>
            <w:proofErr w:type="spellStart"/>
            <w:r w:rsidRPr="001A63B8">
              <w:rPr>
                <w:rFonts w:eastAsia="Times New Roman" w:cstheme="minorHAnsi"/>
                <w:bCs/>
              </w:rPr>
              <w:t>током</w:t>
            </w:r>
            <w:proofErr w:type="spellEnd"/>
            <w:r w:rsidRPr="001A63B8">
              <w:rPr>
                <w:rFonts w:eastAsia="Times New Roman" w:cstheme="minorHAnsi"/>
                <w:bCs/>
              </w:rPr>
              <w:t xml:space="preserve"> </w:t>
            </w:r>
            <w:proofErr w:type="spellStart"/>
            <w:r w:rsidRPr="001A63B8">
              <w:rPr>
                <w:rFonts w:eastAsia="Times New Roman" w:cstheme="minorHAnsi"/>
                <w:bCs/>
              </w:rPr>
              <w:t>читавог</w:t>
            </w:r>
            <w:proofErr w:type="spellEnd"/>
            <w:r w:rsidRPr="001A63B8">
              <w:rPr>
                <w:rFonts w:eastAsia="Times New Roman" w:cstheme="minorHAnsi"/>
                <w:bCs/>
              </w:rPr>
              <w:t xml:space="preserve"> </w:t>
            </w:r>
            <w:proofErr w:type="spellStart"/>
            <w:r w:rsidRPr="001A63B8">
              <w:rPr>
                <w:rFonts w:eastAsia="Times New Roman" w:cstheme="minorHAnsi"/>
                <w:bCs/>
              </w:rPr>
              <w:t>периода</w:t>
            </w:r>
            <w:proofErr w:type="spellEnd"/>
            <w:r w:rsidRPr="001A63B8">
              <w:rPr>
                <w:rFonts w:eastAsia="Times New Roman" w:cstheme="minorHAnsi"/>
                <w:bCs/>
              </w:rPr>
              <w:t xml:space="preserve"> </w:t>
            </w:r>
            <w:proofErr w:type="spellStart"/>
            <w:r w:rsidRPr="001A63B8">
              <w:rPr>
                <w:rFonts w:eastAsia="Times New Roman" w:cstheme="minorHAnsi"/>
                <w:bCs/>
              </w:rPr>
              <w:t>имплементације</w:t>
            </w:r>
            <w:proofErr w:type="spellEnd"/>
            <w:r w:rsidRPr="001A63B8">
              <w:rPr>
                <w:rFonts w:eastAsia="Times New Roman" w:cstheme="minorHAnsi"/>
                <w:bCs/>
              </w:rPr>
              <w:t xml:space="preserve"> Пројекта</w:t>
            </w:r>
            <w:r w:rsidR="006B39BB" w:rsidRPr="00347368">
              <w:rPr>
                <w:rFonts w:eastAsia="Times New Roman" w:cstheme="minorHAnsi"/>
                <w:bCs/>
              </w:rPr>
              <w:t>.</w:t>
            </w:r>
          </w:p>
        </w:tc>
        <w:tc>
          <w:tcPr>
            <w:tcW w:w="733" w:type="pct"/>
          </w:tcPr>
          <w:p w14:paraId="54D138BF" w14:textId="77777777" w:rsidR="00DD0717" w:rsidRPr="00347368" w:rsidRDefault="00DD0717" w:rsidP="00347368">
            <w:pPr>
              <w:jc w:val="left"/>
              <w:rPr>
                <w:rFonts w:cs="Times New Roman"/>
              </w:rPr>
            </w:pPr>
          </w:p>
          <w:p w14:paraId="64F9C683" w14:textId="4E623FDC" w:rsidR="001714D2" w:rsidRPr="0083262D" w:rsidRDefault="0083262D" w:rsidP="00347368">
            <w:pPr>
              <w:jc w:val="left"/>
              <w:rPr>
                <w:rFonts w:cs="Times New Roman"/>
                <w:lang w:val="sr-Cyrl-RS"/>
              </w:rPr>
            </w:pPr>
            <w:r>
              <w:rPr>
                <w:rFonts w:cs="Times New Roman"/>
                <w:lang w:val="sr-Cyrl-RS"/>
              </w:rPr>
              <w:t>МРЕ</w:t>
            </w:r>
          </w:p>
          <w:p w14:paraId="1A40B865" w14:textId="23A66397" w:rsidR="00F52B0E" w:rsidRPr="00347368" w:rsidRDefault="00F52B0E" w:rsidP="00347368">
            <w:pPr>
              <w:jc w:val="left"/>
              <w:rPr>
                <w:rFonts w:cs="Times New Roman"/>
              </w:rPr>
            </w:pPr>
          </w:p>
        </w:tc>
      </w:tr>
      <w:tr w:rsidR="00DA67F8" w:rsidRPr="00347368" w14:paraId="585CFEC1" w14:textId="77777777" w:rsidTr="4B7286EC">
        <w:tc>
          <w:tcPr>
            <w:tcW w:w="5000" w:type="pct"/>
            <w:gridSpan w:val="4"/>
            <w:shd w:val="clear" w:color="auto" w:fill="F7CAAC" w:themeFill="accent2" w:themeFillTint="66"/>
          </w:tcPr>
          <w:p w14:paraId="2064DC1D" w14:textId="60A0BB76" w:rsidR="00DA67F8" w:rsidRPr="00347368" w:rsidRDefault="00DA67F8" w:rsidP="00347368">
            <w:pPr>
              <w:jc w:val="left"/>
              <w:rPr>
                <w:rFonts w:cs="Times New Roman"/>
                <w:b/>
                <w:bCs/>
              </w:rPr>
            </w:pPr>
            <w:r w:rsidRPr="00347368">
              <w:rPr>
                <w:rFonts w:cs="Times New Roman"/>
                <w:b/>
                <w:bCs/>
              </w:rPr>
              <w:t xml:space="preserve">ESS 3: </w:t>
            </w:r>
            <w:r w:rsidR="0022130B" w:rsidRPr="0022130B">
              <w:rPr>
                <w:rFonts w:cs="Times New Roman"/>
                <w:b/>
                <w:bCs/>
              </w:rPr>
              <w:t>ЕФИКАСНОСТ РЕСУРСА И СПРЕЧАВАЊЕ И УПРАВЉАЊЕ ЗАГАЂЕЊЕМ</w:t>
            </w:r>
          </w:p>
        </w:tc>
      </w:tr>
      <w:tr w:rsidR="00625796" w:rsidRPr="00347368" w14:paraId="3DFFC1A9" w14:textId="77777777" w:rsidTr="009D7F44">
        <w:tc>
          <w:tcPr>
            <w:tcW w:w="268" w:type="pct"/>
          </w:tcPr>
          <w:p w14:paraId="02A61120" w14:textId="61DF9DAE" w:rsidR="00530CC6" w:rsidRPr="00347368" w:rsidRDefault="00017065" w:rsidP="00347368">
            <w:pPr>
              <w:jc w:val="left"/>
              <w:rPr>
                <w:rFonts w:cs="Times New Roman"/>
              </w:rPr>
            </w:pPr>
            <w:r w:rsidRPr="00347368">
              <w:rPr>
                <w:rFonts w:cs="Times New Roman"/>
              </w:rPr>
              <w:t>3.1</w:t>
            </w:r>
          </w:p>
        </w:tc>
        <w:tc>
          <w:tcPr>
            <w:tcW w:w="2795" w:type="pct"/>
          </w:tcPr>
          <w:p w14:paraId="22BBB30D" w14:textId="55288C50" w:rsidR="00530CC6" w:rsidRPr="00347368" w:rsidRDefault="0022130B" w:rsidP="00347368">
            <w:pPr>
              <w:jc w:val="left"/>
            </w:pPr>
            <w:r w:rsidRPr="0022130B">
              <w:rPr>
                <w:rFonts w:cs="Times New Roman"/>
                <w:b/>
                <w:bCs/>
                <w:color w:val="4472C4" w:themeColor="accent1"/>
              </w:rPr>
              <w:t>ПЛАН УПРАВЉАЊА ОТПАДОМ И ОТПАДНИМ ВОДАМА</w:t>
            </w:r>
            <w:r w:rsidR="00DA67F8" w:rsidRPr="00347368">
              <w:rPr>
                <w:rFonts w:cs="Times New Roman"/>
                <w:b/>
                <w:bCs/>
                <w:color w:val="4472C4" w:themeColor="accent1"/>
              </w:rPr>
              <w:t>:</w:t>
            </w:r>
          </w:p>
          <w:p w14:paraId="37EBB864" w14:textId="222BBBF7" w:rsidR="00530CC6" w:rsidRPr="00347368" w:rsidRDefault="0022130B" w:rsidP="00347368">
            <w:pPr>
              <w:jc w:val="left"/>
            </w:pPr>
            <w:proofErr w:type="spellStart"/>
            <w:r w:rsidRPr="0022130B">
              <w:rPr>
                <w:rFonts w:eastAsiaTheme="minorHAnsi"/>
              </w:rPr>
              <w:t>Припремити</w:t>
            </w:r>
            <w:proofErr w:type="spellEnd"/>
            <w:r w:rsidRPr="0022130B">
              <w:rPr>
                <w:rFonts w:eastAsiaTheme="minorHAnsi"/>
              </w:rPr>
              <w:t xml:space="preserve"> и </w:t>
            </w:r>
            <w:proofErr w:type="spellStart"/>
            <w:r w:rsidRPr="0022130B">
              <w:rPr>
                <w:rFonts w:eastAsiaTheme="minorHAnsi"/>
              </w:rPr>
              <w:t>спровести</w:t>
            </w:r>
            <w:proofErr w:type="spellEnd"/>
            <w:r w:rsidRPr="0022130B">
              <w:rPr>
                <w:rFonts w:eastAsiaTheme="minorHAnsi"/>
              </w:rPr>
              <w:t xml:space="preserve"> </w:t>
            </w:r>
            <w:proofErr w:type="spellStart"/>
            <w:r w:rsidRPr="0022130B">
              <w:rPr>
                <w:rFonts w:eastAsiaTheme="minorHAnsi"/>
              </w:rPr>
              <w:t>План</w:t>
            </w:r>
            <w:proofErr w:type="spellEnd"/>
            <w:r w:rsidRPr="0022130B">
              <w:rPr>
                <w:rFonts w:eastAsiaTheme="minorHAnsi"/>
              </w:rPr>
              <w:t xml:space="preserve"> </w:t>
            </w:r>
            <w:proofErr w:type="spellStart"/>
            <w:r w:rsidRPr="0022130B">
              <w:rPr>
                <w:rFonts w:eastAsiaTheme="minorHAnsi"/>
              </w:rPr>
              <w:t>управљања</w:t>
            </w:r>
            <w:proofErr w:type="spellEnd"/>
            <w:r w:rsidRPr="0022130B">
              <w:rPr>
                <w:rFonts w:eastAsiaTheme="minorHAnsi"/>
              </w:rPr>
              <w:t xml:space="preserve"> </w:t>
            </w:r>
            <w:proofErr w:type="spellStart"/>
            <w:r w:rsidRPr="0022130B">
              <w:rPr>
                <w:rFonts w:eastAsiaTheme="minorHAnsi"/>
              </w:rPr>
              <w:t>отпадом</w:t>
            </w:r>
            <w:proofErr w:type="spellEnd"/>
            <w:r w:rsidRPr="0022130B">
              <w:rPr>
                <w:rFonts w:eastAsiaTheme="minorHAnsi"/>
              </w:rPr>
              <w:t xml:space="preserve"> и </w:t>
            </w:r>
            <w:proofErr w:type="spellStart"/>
            <w:r w:rsidRPr="0022130B">
              <w:rPr>
                <w:rFonts w:eastAsiaTheme="minorHAnsi"/>
              </w:rPr>
              <w:t>опасним</w:t>
            </w:r>
            <w:proofErr w:type="spellEnd"/>
            <w:r w:rsidRPr="0022130B">
              <w:rPr>
                <w:rFonts w:eastAsiaTheme="minorHAnsi"/>
              </w:rPr>
              <w:t xml:space="preserve"> </w:t>
            </w:r>
            <w:proofErr w:type="spellStart"/>
            <w:r w:rsidRPr="0022130B">
              <w:rPr>
                <w:rFonts w:eastAsiaTheme="minorHAnsi"/>
              </w:rPr>
              <w:t>материјама</w:t>
            </w:r>
            <w:proofErr w:type="spellEnd"/>
            <w:r w:rsidRPr="0022130B">
              <w:rPr>
                <w:rFonts w:eastAsiaTheme="minorHAnsi"/>
              </w:rPr>
              <w:t xml:space="preserve"> (WMP) </w:t>
            </w:r>
            <w:proofErr w:type="spellStart"/>
            <w:r w:rsidRPr="0022130B">
              <w:rPr>
                <w:rFonts w:eastAsiaTheme="minorHAnsi"/>
              </w:rPr>
              <w:t>као</w:t>
            </w:r>
            <w:proofErr w:type="spellEnd"/>
            <w:r w:rsidRPr="0022130B">
              <w:rPr>
                <w:rFonts w:eastAsiaTheme="minorHAnsi"/>
              </w:rPr>
              <w:t xml:space="preserve"> </w:t>
            </w:r>
            <w:proofErr w:type="spellStart"/>
            <w:r w:rsidRPr="0022130B">
              <w:rPr>
                <w:rFonts w:eastAsiaTheme="minorHAnsi"/>
              </w:rPr>
              <w:t>део</w:t>
            </w:r>
            <w:proofErr w:type="spellEnd"/>
            <w:r w:rsidRPr="0022130B">
              <w:rPr>
                <w:rFonts w:eastAsiaTheme="minorHAnsi"/>
              </w:rPr>
              <w:t xml:space="preserve"> ESMP-а, </w:t>
            </w:r>
            <w:proofErr w:type="spellStart"/>
            <w:r w:rsidRPr="0022130B">
              <w:rPr>
                <w:rFonts w:eastAsiaTheme="minorHAnsi"/>
              </w:rPr>
              <w:t>који</w:t>
            </w:r>
            <w:proofErr w:type="spellEnd"/>
            <w:r w:rsidRPr="0022130B">
              <w:rPr>
                <w:rFonts w:eastAsiaTheme="minorHAnsi"/>
              </w:rPr>
              <w:t xml:space="preserve"> </w:t>
            </w:r>
            <w:proofErr w:type="spellStart"/>
            <w:r w:rsidRPr="0022130B">
              <w:rPr>
                <w:rFonts w:eastAsiaTheme="minorHAnsi"/>
              </w:rPr>
              <w:t>покрива</w:t>
            </w:r>
            <w:proofErr w:type="spellEnd"/>
            <w:r w:rsidRPr="0022130B">
              <w:rPr>
                <w:rFonts w:eastAsiaTheme="minorHAnsi"/>
              </w:rPr>
              <w:t xml:space="preserve"> </w:t>
            </w:r>
            <w:proofErr w:type="spellStart"/>
            <w:r w:rsidRPr="0022130B">
              <w:rPr>
                <w:rFonts w:eastAsiaTheme="minorHAnsi"/>
              </w:rPr>
              <w:t>управљање</w:t>
            </w:r>
            <w:proofErr w:type="spellEnd"/>
            <w:r w:rsidRPr="0022130B">
              <w:rPr>
                <w:rFonts w:eastAsiaTheme="minorHAnsi"/>
              </w:rPr>
              <w:t xml:space="preserve"> </w:t>
            </w:r>
            <w:proofErr w:type="spellStart"/>
            <w:r w:rsidRPr="0022130B">
              <w:rPr>
                <w:rFonts w:eastAsiaTheme="minorHAnsi"/>
              </w:rPr>
              <w:t>опасним</w:t>
            </w:r>
            <w:proofErr w:type="spellEnd"/>
            <w:r w:rsidRPr="0022130B">
              <w:rPr>
                <w:rFonts w:eastAsiaTheme="minorHAnsi"/>
              </w:rPr>
              <w:t xml:space="preserve"> и </w:t>
            </w:r>
            <w:proofErr w:type="spellStart"/>
            <w:r w:rsidRPr="0022130B">
              <w:rPr>
                <w:rFonts w:eastAsiaTheme="minorHAnsi"/>
              </w:rPr>
              <w:t>неопасним</w:t>
            </w:r>
            <w:proofErr w:type="spellEnd"/>
            <w:r w:rsidRPr="0022130B">
              <w:rPr>
                <w:rFonts w:eastAsiaTheme="minorHAnsi"/>
              </w:rPr>
              <w:t xml:space="preserve"> </w:t>
            </w:r>
            <w:proofErr w:type="spellStart"/>
            <w:r w:rsidRPr="0022130B">
              <w:rPr>
                <w:rFonts w:eastAsiaTheme="minorHAnsi"/>
              </w:rPr>
              <w:t>отпадом</w:t>
            </w:r>
            <w:proofErr w:type="spellEnd"/>
            <w:r w:rsidRPr="0022130B">
              <w:rPr>
                <w:rFonts w:eastAsiaTheme="minorHAnsi"/>
              </w:rPr>
              <w:t xml:space="preserve"> у </w:t>
            </w:r>
            <w:proofErr w:type="spellStart"/>
            <w:r w:rsidRPr="0022130B">
              <w:rPr>
                <w:rFonts w:eastAsiaTheme="minorHAnsi"/>
              </w:rPr>
              <w:t>складу</w:t>
            </w:r>
            <w:proofErr w:type="spellEnd"/>
            <w:r w:rsidRPr="0022130B">
              <w:rPr>
                <w:rFonts w:eastAsiaTheme="minorHAnsi"/>
              </w:rPr>
              <w:t xml:space="preserve"> </w:t>
            </w:r>
            <w:proofErr w:type="spellStart"/>
            <w:r w:rsidRPr="0022130B">
              <w:rPr>
                <w:rFonts w:eastAsiaTheme="minorHAnsi"/>
              </w:rPr>
              <w:t>са</w:t>
            </w:r>
            <w:proofErr w:type="spellEnd"/>
            <w:r w:rsidRPr="0022130B">
              <w:rPr>
                <w:rFonts w:eastAsiaTheme="minorHAnsi"/>
              </w:rPr>
              <w:t xml:space="preserve"> </w:t>
            </w:r>
            <w:proofErr w:type="spellStart"/>
            <w:r w:rsidRPr="0022130B">
              <w:rPr>
                <w:rFonts w:eastAsiaTheme="minorHAnsi"/>
              </w:rPr>
              <w:t>стандардом</w:t>
            </w:r>
            <w:proofErr w:type="spellEnd"/>
            <w:r w:rsidRPr="0022130B">
              <w:rPr>
                <w:rFonts w:eastAsiaTheme="minorHAnsi"/>
              </w:rPr>
              <w:t xml:space="preserve"> ESS3 и </w:t>
            </w:r>
            <w:proofErr w:type="spellStart"/>
            <w:r w:rsidRPr="0022130B">
              <w:rPr>
                <w:rFonts w:eastAsiaTheme="minorHAnsi"/>
              </w:rPr>
              <w:t>важећим</w:t>
            </w:r>
            <w:proofErr w:type="spellEnd"/>
            <w:r w:rsidRPr="0022130B">
              <w:rPr>
                <w:rFonts w:eastAsiaTheme="minorHAnsi"/>
              </w:rPr>
              <w:t xml:space="preserve"> </w:t>
            </w:r>
            <w:proofErr w:type="spellStart"/>
            <w:r w:rsidRPr="0022130B">
              <w:rPr>
                <w:rFonts w:eastAsiaTheme="minorHAnsi"/>
              </w:rPr>
              <w:t>националним</w:t>
            </w:r>
            <w:proofErr w:type="spellEnd"/>
            <w:r w:rsidRPr="0022130B">
              <w:rPr>
                <w:rFonts w:eastAsiaTheme="minorHAnsi"/>
              </w:rPr>
              <w:t xml:space="preserve"> </w:t>
            </w:r>
            <w:proofErr w:type="spellStart"/>
            <w:r w:rsidRPr="0022130B">
              <w:rPr>
                <w:rFonts w:eastAsiaTheme="minorHAnsi"/>
              </w:rPr>
              <w:t>законодавством</w:t>
            </w:r>
            <w:proofErr w:type="spellEnd"/>
            <w:r w:rsidR="6D441805" w:rsidRPr="00347368">
              <w:rPr>
                <w:rFonts w:eastAsiaTheme="minorHAnsi"/>
              </w:rPr>
              <w:t>.</w:t>
            </w:r>
          </w:p>
        </w:tc>
        <w:tc>
          <w:tcPr>
            <w:tcW w:w="1204" w:type="pct"/>
          </w:tcPr>
          <w:p w14:paraId="3C691C1E" w14:textId="77777777" w:rsidR="001B58B7" w:rsidRPr="00347368" w:rsidRDefault="001B58B7" w:rsidP="00347368">
            <w:pPr>
              <w:jc w:val="left"/>
              <w:rPr>
                <w:rFonts w:eastAsia="Times New Roman"/>
              </w:rPr>
            </w:pPr>
          </w:p>
          <w:p w14:paraId="690D9DE8" w14:textId="3027A6F2" w:rsidR="00CB77F6" w:rsidRPr="00347368" w:rsidRDefault="0022130B" w:rsidP="00347368">
            <w:pPr>
              <w:jc w:val="left"/>
              <w:rPr>
                <w:rFonts w:eastAsia="Aptos" w:cs="Aptos"/>
              </w:rPr>
            </w:pPr>
            <w:proofErr w:type="spellStart"/>
            <w:r w:rsidRPr="0022130B">
              <w:rPr>
                <w:rFonts w:eastAsia="Times New Roman"/>
              </w:rPr>
              <w:t>Исти</w:t>
            </w:r>
            <w:proofErr w:type="spellEnd"/>
            <w:r w:rsidRPr="0022130B">
              <w:rPr>
                <w:rFonts w:eastAsia="Times New Roman"/>
              </w:rPr>
              <w:t xml:space="preserve"> </w:t>
            </w:r>
            <w:proofErr w:type="spellStart"/>
            <w:r w:rsidRPr="0022130B">
              <w:rPr>
                <w:rFonts w:eastAsia="Times New Roman"/>
              </w:rPr>
              <w:t>временски</w:t>
            </w:r>
            <w:proofErr w:type="spellEnd"/>
            <w:r w:rsidRPr="0022130B">
              <w:rPr>
                <w:rFonts w:eastAsia="Times New Roman"/>
              </w:rPr>
              <w:t xml:space="preserve"> </w:t>
            </w:r>
            <w:proofErr w:type="spellStart"/>
            <w:r w:rsidRPr="0022130B">
              <w:rPr>
                <w:rFonts w:eastAsia="Times New Roman"/>
              </w:rPr>
              <w:t>оквир</w:t>
            </w:r>
            <w:proofErr w:type="spellEnd"/>
            <w:r w:rsidRPr="0022130B">
              <w:rPr>
                <w:rFonts w:eastAsia="Times New Roman"/>
              </w:rPr>
              <w:t xml:space="preserve"> </w:t>
            </w:r>
            <w:proofErr w:type="spellStart"/>
            <w:r w:rsidRPr="0022130B">
              <w:rPr>
                <w:rFonts w:eastAsia="Times New Roman"/>
              </w:rPr>
              <w:t>као</w:t>
            </w:r>
            <w:proofErr w:type="spellEnd"/>
            <w:r w:rsidRPr="0022130B">
              <w:rPr>
                <w:rFonts w:eastAsia="Times New Roman"/>
              </w:rPr>
              <w:t xml:space="preserve"> и </w:t>
            </w:r>
            <w:proofErr w:type="spellStart"/>
            <w:r w:rsidRPr="0022130B">
              <w:rPr>
                <w:rFonts w:eastAsia="Times New Roman"/>
              </w:rPr>
              <w:t>за</w:t>
            </w:r>
            <w:proofErr w:type="spellEnd"/>
            <w:r w:rsidRPr="0022130B">
              <w:rPr>
                <w:rFonts w:eastAsia="Times New Roman"/>
              </w:rPr>
              <w:t xml:space="preserve"> ESIA и ESMP (</w:t>
            </w:r>
            <w:proofErr w:type="spellStart"/>
            <w:r w:rsidRPr="0022130B">
              <w:rPr>
                <w:rFonts w:eastAsia="Times New Roman"/>
              </w:rPr>
              <w:t>Активност</w:t>
            </w:r>
            <w:proofErr w:type="spellEnd"/>
            <w:r>
              <w:rPr>
                <w:rFonts w:eastAsia="Times New Roman"/>
                <w:lang w:val="sr-Cyrl-RS"/>
              </w:rPr>
              <w:t xml:space="preserve"> </w:t>
            </w:r>
            <w:r w:rsidR="001B58B7" w:rsidRPr="00347368">
              <w:rPr>
                <w:rFonts w:eastAsia="Times New Roman"/>
              </w:rPr>
              <w:t>1.1).</w:t>
            </w:r>
          </w:p>
        </w:tc>
        <w:tc>
          <w:tcPr>
            <w:tcW w:w="733" w:type="pct"/>
          </w:tcPr>
          <w:p w14:paraId="53D2E14A" w14:textId="77777777" w:rsidR="00DD37EF" w:rsidRPr="00347368" w:rsidRDefault="00DD37EF" w:rsidP="00347368">
            <w:pPr>
              <w:jc w:val="left"/>
              <w:rPr>
                <w:rFonts w:cs="Times New Roman"/>
              </w:rPr>
            </w:pPr>
          </w:p>
          <w:p w14:paraId="2777D591" w14:textId="5F8DEF5D" w:rsidR="00F52B0E" w:rsidRPr="0022130B" w:rsidRDefault="0022130B" w:rsidP="00347368">
            <w:pPr>
              <w:jc w:val="left"/>
              <w:rPr>
                <w:rFonts w:cs="Times New Roman"/>
                <w:lang w:val="sr-Cyrl-RS"/>
              </w:rPr>
            </w:pPr>
            <w:r>
              <w:rPr>
                <w:rFonts w:cs="Times New Roman"/>
                <w:lang w:val="sr-Cyrl-RS"/>
              </w:rPr>
              <w:t>МРЕ</w:t>
            </w:r>
          </w:p>
          <w:p w14:paraId="4A6FCC5C" w14:textId="3B48E58F" w:rsidR="00CB77F6" w:rsidRPr="00347368" w:rsidRDefault="00CB77F6" w:rsidP="007E7AB6">
            <w:pPr>
              <w:jc w:val="left"/>
              <w:rPr>
                <w:rFonts w:cs="Times New Roman"/>
              </w:rPr>
            </w:pPr>
          </w:p>
        </w:tc>
      </w:tr>
      <w:tr w:rsidR="00625796" w:rsidRPr="00347368" w14:paraId="22E7970A" w14:textId="77777777" w:rsidTr="009D7F44">
        <w:tc>
          <w:tcPr>
            <w:tcW w:w="268" w:type="pct"/>
          </w:tcPr>
          <w:p w14:paraId="17B53AE0" w14:textId="7ADDC0AE" w:rsidR="00530CC6" w:rsidRPr="00347368" w:rsidRDefault="00017065" w:rsidP="00347368">
            <w:pPr>
              <w:jc w:val="left"/>
              <w:rPr>
                <w:rFonts w:cs="Times New Roman"/>
              </w:rPr>
            </w:pPr>
            <w:r w:rsidRPr="00347368">
              <w:rPr>
                <w:rFonts w:cs="Times New Roman"/>
              </w:rPr>
              <w:t>3.2</w:t>
            </w:r>
          </w:p>
        </w:tc>
        <w:tc>
          <w:tcPr>
            <w:tcW w:w="2795" w:type="pct"/>
          </w:tcPr>
          <w:p w14:paraId="419AF375" w14:textId="0807CD15" w:rsidR="00530CC6" w:rsidRPr="00347368" w:rsidRDefault="0022130B" w:rsidP="00347368">
            <w:pPr>
              <w:jc w:val="left"/>
              <w:rPr>
                <w:rFonts w:cs="Times New Roman"/>
              </w:rPr>
            </w:pPr>
            <w:r w:rsidRPr="0022130B">
              <w:rPr>
                <w:rFonts w:cs="Times New Roman"/>
                <w:b/>
                <w:bCs/>
                <w:color w:val="4472C4" w:themeColor="accent1"/>
              </w:rPr>
              <w:t>ЕФИКАСНОСТ РЕСУРСА И СПРЕЧАВАЊЕ И УПРАВЉАЊЕ ЗАГАЂЕЊЕМ</w:t>
            </w:r>
            <w:r w:rsidR="08504857" w:rsidRPr="00347368">
              <w:rPr>
                <w:rFonts w:cs="Times New Roman"/>
                <w:b/>
                <w:bCs/>
                <w:color w:val="4472C4" w:themeColor="accent1"/>
              </w:rPr>
              <w:t xml:space="preserve">: </w:t>
            </w:r>
            <w:r w:rsidR="31385D67" w:rsidRPr="00347368">
              <w:rPr>
                <w:rFonts w:cs="Times New Roman"/>
              </w:rPr>
              <w:t xml:space="preserve"> </w:t>
            </w:r>
          </w:p>
          <w:p w14:paraId="532AFACE" w14:textId="1D60818F" w:rsidR="00530CC6" w:rsidRDefault="0022130B" w:rsidP="00347368">
            <w:pPr>
              <w:jc w:val="left"/>
              <w:rPr>
                <w:rFonts w:eastAsia="Segoe UI" w:cs="Segoe UI"/>
              </w:rPr>
            </w:pPr>
            <w:proofErr w:type="spellStart"/>
            <w:r w:rsidRPr="0022130B">
              <w:rPr>
                <w:rFonts w:eastAsia="Segoe UI" w:cs="Segoe UI"/>
              </w:rPr>
              <w:t>Укључити</w:t>
            </w:r>
            <w:proofErr w:type="spellEnd"/>
            <w:r w:rsidRPr="0022130B">
              <w:rPr>
                <w:rFonts w:eastAsia="Segoe UI" w:cs="Segoe UI"/>
              </w:rPr>
              <w:t xml:space="preserve"> </w:t>
            </w:r>
            <w:proofErr w:type="spellStart"/>
            <w:r w:rsidRPr="0022130B">
              <w:rPr>
                <w:rFonts w:eastAsia="Segoe UI" w:cs="Segoe UI"/>
              </w:rPr>
              <w:t>мере</w:t>
            </w:r>
            <w:proofErr w:type="spellEnd"/>
            <w:r w:rsidRPr="0022130B">
              <w:rPr>
                <w:rFonts w:eastAsia="Segoe UI" w:cs="Segoe UI"/>
              </w:rPr>
              <w:t xml:space="preserve"> </w:t>
            </w:r>
            <w:proofErr w:type="spellStart"/>
            <w:r w:rsidRPr="0022130B">
              <w:rPr>
                <w:rFonts w:eastAsia="Segoe UI" w:cs="Segoe UI"/>
              </w:rPr>
              <w:t>за</w:t>
            </w:r>
            <w:proofErr w:type="spellEnd"/>
            <w:r w:rsidRPr="0022130B">
              <w:rPr>
                <w:rFonts w:eastAsia="Segoe UI" w:cs="Segoe UI"/>
              </w:rPr>
              <w:t xml:space="preserve"> </w:t>
            </w:r>
            <w:proofErr w:type="spellStart"/>
            <w:r w:rsidRPr="0022130B">
              <w:rPr>
                <w:rFonts w:eastAsia="Segoe UI" w:cs="Segoe UI"/>
              </w:rPr>
              <w:t>ефикасност</w:t>
            </w:r>
            <w:proofErr w:type="spellEnd"/>
            <w:r w:rsidRPr="0022130B">
              <w:rPr>
                <w:rFonts w:eastAsia="Segoe UI" w:cs="Segoe UI"/>
              </w:rPr>
              <w:t xml:space="preserve"> </w:t>
            </w:r>
            <w:proofErr w:type="spellStart"/>
            <w:r w:rsidRPr="0022130B">
              <w:rPr>
                <w:rFonts w:eastAsia="Segoe UI" w:cs="Segoe UI"/>
              </w:rPr>
              <w:t>ресурса</w:t>
            </w:r>
            <w:proofErr w:type="spellEnd"/>
            <w:r w:rsidRPr="0022130B">
              <w:rPr>
                <w:rFonts w:eastAsia="Segoe UI" w:cs="Segoe UI"/>
              </w:rPr>
              <w:t xml:space="preserve"> и </w:t>
            </w:r>
            <w:proofErr w:type="spellStart"/>
            <w:r w:rsidRPr="0022130B">
              <w:rPr>
                <w:rFonts w:eastAsia="Segoe UI" w:cs="Segoe UI"/>
              </w:rPr>
              <w:t>спречавање</w:t>
            </w:r>
            <w:proofErr w:type="spellEnd"/>
            <w:r w:rsidRPr="0022130B">
              <w:rPr>
                <w:rFonts w:eastAsia="Segoe UI" w:cs="Segoe UI"/>
              </w:rPr>
              <w:t xml:space="preserve"> и </w:t>
            </w:r>
            <w:proofErr w:type="spellStart"/>
            <w:r w:rsidRPr="0022130B">
              <w:rPr>
                <w:rFonts w:eastAsia="Segoe UI" w:cs="Segoe UI"/>
              </w:rPr>
              <w:t>управљање</w:t>
            </w:r>
            <w:proofErr w:type="spellEnd"/>
            <w:r w:rsidRPr="0022130B">
              <w:rPr>
                <w:rFonts w:eastAsia="Segoe UI" w:cs="Segoe UI"/>
              </w:rPr>
              <w:t xml:space="preserve"> </w:t>
            </w:r>
            <w:proofErr w:type="spellStart"/>
            <w:r w:rsidRPr="0022130B">
              <w:rPr>
                <w:rFonts w:eastAsia="Segoe UI" w:cs="Segoe UI"/>
              </w:rPr>
              <w:t>загађењем</w:t>
            </w:r>
            <w:proofErr w:type="spellEnd"/>
            <w:r w:rsidRPr="0022130B">
              <w:rPr>
                <w:rFonts w:eastAsia="Segoe UI" w:cs="Segoe UI"/>
              </w:rPr>
              <w:t xml:space="preserve"> у ESMP </w:t>
            </w:r>
            <w:proofErr w:type="spellStart"/>
            <w:r w:rsidRPr="0022130B">
              <w:rPr>
                <w:rFonts w:eastAsia="Segoe UI" w:cs="Segoe UI"/>
              </w:rPr>
              <w:t>који</w:t>
            </w:r>
            <w:proofErr w:type="spellEnd"/>
            <w:r w:rsidRPr="0022130B">
              <w:rPr>
                <w:rFonts w:eastAsia="Segoe UI" w:cs="Segoe UI"/>
              </w:rPr>
              <w:t xml:space="preserve"> </w:t>
            </w:r>
            <w:proofErr w:type="spellStart"/>
            <w:r w:rsidRPr="0022130B">
              <w:rPr>
                <w:rFonts w:eastAsia="Segoe UI" w:cs="Segoe UI"/>
              </w:rPr>
              <w:t>ће</w:t>
            </w:r>
            <w:proofErr w:type="spellEnd"/>
            <w:r w:rsidRPr="0022130B">
              <w:rPr>
                <w:rFonts w:eastAsia="Segoe UI" w:cs="Segoe UI"/>
              </w:rPr>
              <w:t xml:space="preserve"> </w:t>
            </w:r>
            <w:proofErr w:type="spellStart"/>
            <w:r w:rsidRPr="0022130B">
              <w:rPr>
                <w:rFonts w:eastAsia="Segoe UI" w:cs="Segoe UI"/>
              </w:rPr>
              <w:t>се</w:t>
            </w:r>
            <w:proofErr w:type="spellEnd"/>
            <w:r w:rsidRPr="0022130B">
              <w:rPr>
                <w:rFonts w:eastAsia="Segoe UI" w:cs="Segoe UI"/>
              </w:rPr>
              <w:t xml:space="preserve"> </w:t>
            </w:r>
            <w:proofErr w:type="spellStart"/>
            <w:r w:rsidRPr="0022130B">
              <w:rPr>
                <w:rFonts w:eastAsia="Segoe UI" w:cs="Segoe UI"/>
              </w:rPr>
              <w:t>припремити</w:t>
            </w:r>
            <w:proofErr w:type="spellEnd"/>
            <w:r w:rsidRPr="0022130B">
              <w:rPr>
                <w:rFonts w:eastAsia="Segoe UI" w:cs="Segoe UI"/>
              </w:rPr>
              <w:t xml:space="preserve"> у </w:t>
            </w:r>
            <w:proofErr w:type="spellStart"/>
            <w:r w:rsidRPr="0022130B">
              <w:rPr>
                <w:rFonts w:eastAsia="Segoe UI" w:cs="Segoe UI"/>
              </w:rPr>
              <w:t>оквиру</w:t>
            </w:r>
            <w:proofErr w:type="spellEnd"/>
            <w:r w:rsidRPr="0022130B">
              <w:rPr>
                <w:rFonts w:eastAsia="Segoe UI" w:cs="Segoe UI"/>
              </w:rPr>
              <w:t xml:space="preserve"> </w:t>
            </w:r>
            <w:proofErr w:type="spellStart"/>
            <w:r w:rsidRPr="0022130B">
              <w:rPr>
                <w:rFonts w:eastAsia="Segoe UI" w:cs="Segoe UI"/>
              </w:rPr>
              <w:t>Активности</w:t>
            </w:r>
            <w:proofErr w:type="spellEnd"/>
            <w:r>
              <w:rPr>
                <w:rFonts w:eastAsia="Segoe UI" w:cs="Segoe UI"/>
                <w:lang w:val="sr-Cyrl-RS"/>
              </w:rPr>
              <w:t xml:space="preserve"> </w:t>
            </w:r>
            <w:r w:rsidR="20296A1D" w:rsidRPr="00347368">
              <w:rPr>
                <w:rFonts w:eastAsia="Segoe UI" w:cs="Segoe UI"/>
              </w:rPr>
              <w:t xml:space="preserve">1.1, </w:t>
            </w:r>
            <w:r w:rsidRPr="0022130B">
              <w:rPr>
                <w:rFonts w:eastAsia="Segoe UI" w:cs="Segoe UI"/>
              </w:rPr>
              <w:t xml:space="preserve">у </w:t>
            </w:r>
            <w:proofErr w:type="spellStart"/>
            <w:r w:rsidRPr="0022130B">
              <w:rPr>
                <w:rFonts w:eastAsia="Segoe UI" w:cs="Segoe UI"/>
              </w:rPr>
              <w:t>складу</w:t>
            </w:r>
            <w:proofErr w:type="spellEnd"/>
            <w:r w:rsidRPr="0022130B">
              <w:rPr>
                <w:rFonts w:eastAsia="Segoe UI" w:cs="Segoe UI"/>
              </w:rPr>
              <w:t xml:space="preserve"> </w:t>
            </w:r>
            <w:proofErr w:type="spellStart"/>
            <w:r w:rsidRPr="0022130B">
              <w:rPr>
                <w:rFonts w:eastAsia="Segoe UI" w:cs="Segoe UI"/>
              </w:rPr>
              <w:t>са</w:t>
            </w:r>
            <w:proofErr w:type="spellEnd"/>
            <w:r w:rsidRPr="0022130B">
              <w:rPr>
                <w:rFonts w:eastAsia="Segoe UI" w:cs="Segoe UI"/>
              </w:rPr>
              <w:t xml:space="preserve"> </w:t>
            </w:r>
            <w:proofErr w:type="spellStart"/>
            <w:r w:rsidRPr="0022130B">
              <w:rPr>
                <w:rFonts w:eastAsia="Segoe UI" w:cs="Segoe UI"/>
              </w:rPr>
              <w:t>стандардом</w:t>
            </w:r>
            <w:proofErr w:type="spellEnd"/>
            <w:r w:rsidRPr="0022130B">
              <w:rPr>
                <w:rFonts w:eastAsia="Segoe UI" w:cs="Segoe UI"/>
              </w:rPr>
              <w:t xml:space="preserve"> ESS3 и </w:t>
            </w:r>
            <w:proofErr w:type="spellStart"/>
            <w:r w:rsidRPr="0022130B">
              <w:rPr>
                <w:rFonts w:eastAsia="Segoe UI" w:cs="Segoe UI"/>
              </w:rPr>
              <w:t>важећим</w:t>
            </w:r>
            <w:proofErr w:type="spellEnd"/>
            <w:r w:rsidRPr="0022130B">
              <w:rPr>
                <w:rFonts w:eastAsia="Segoe UI" w:cs="Segoe UI"/>
              </w:rPr>
              <w:t xml:space="preserve"> EHS </w:t>
            </w:r>
            <w:proofErr w:type="spellStart"/>
            <w:r w:rsidRPr="0022130B">
              <w:rPr>
                <w:rFonts w:eastAsia="Segoe UI" w:cs="Segoe UI"/>
              </w:rPr>
              <w:t>Смерницама</w:t>
            </w:r>
            <w:proofErr w:type="spellEnd"/>
            <w:r w:rsidRPr="0022130B">
              <w:rPr>
                <w:rFonts w:eastAsia="Segoe UI" w:cs="Segoe UI"/>
              </w:rPr>
              <w:t xml:space="preserve"> </w:t>
            </w:r>
            <w:proofErr w:type="spellStart"/>
            <w:r w:rsidRPr="0022130B">
              <w:rPr>
                <w:rFonts w:eastAsia="Segoe UI" w:cs="Segoe UI"/>
              </w:rPr>
              <w:t>Групације</w:t>
            </w:r>
            <w:proofErr w:type="spellEnd"/>
            <w:r w:rsidRPr="0022130B">
              <w:rPr>
                <w:rFonts w:eastAsia="Segoe UI" w:cs="Segoe UI"/>
              </w:rPr>
              <w:t xml:space="preserve"> </w:t>
            </w:r>
            <w:proofErr w:type="spellStart"/>
            <w:r w:rsidRPr="0022130B">
              <w:rPr>
                <w:rFonts w:eastAsia="Segoe UI" w:cs="Segoe UI"/>
              </w:rPr>
              <w:t>Светске</w:t>
            </w:r>
            <w:proofErr w:type="spellEnd"/>
            <w:r w:rsidRPr="0022130B">
              <w:rPr>
                <w:rFonts w:eastAsia="Segoe UI" w:cs="Segoe UI"/>
              </w:rPr>
              <w:t xml:space="preserve"> </w:t>
            </w:r>
            <w:proofErr w:type="spellStart"/>
            <w:r w:rsidRPr="0022130B">
              <w:rPr>
                <w:rFonts w:eastAsia="Segoe UI" w:cs="Segoe UI"/>
              </w:rPr>
              <w:t>банке</w:t>
            </w:r>
            <w:proofErr w:type="spellEnd"/>
            <w:r w:rsidR="20296A1D" w:rsidRPr="00347368">
              <w:rPr>
                <w:rFonts w:eastAsia="Segoe UI" w:cs="Segoe UI"/>
              </w:rPr>
              <w:t>.</w:t>
            </w:r>
            <w:r w:rsidR="18409D59" w:rsidRPr="00347368">
              <w:rPr>
                <w:rFonts w:eastAsia="Segoe UI" w:cs="Segoe UI"/>
              </w:rPr>
              <w:t xml:space="preserve"> </w:t>
            </w:r>
            <w:r w:rsidRPr="0022130B">
              <w:rPr>
                <w:rFonts w:eastAsia="Segoe UI" w:cs="Segoe UI"/>
              </w:rPr>
              <w:t xml:space="preserve">ESIA/ESMP </w:t>
            </w:r>
            <w:proofErr w:type="spellStart"/>
            <w:r w:rsidRPr="0022130B">
              <w:rPr>
                <w:rFonts w:eastAsia="Segoe UI" w:cs="Segoe UI"/>
              </w:rPr>
              <w:t>ће</w:t>
            </w:r>
            <w:proofErr w:type="spellEnd"/>
            <w:r w:rsidRPr="0022130B">
              <w:rPr>
                <w:rFonts w:eastAsia="Segoe UI" w:cs="Segoe UI"/>
              </w:rPr>
              <w:t xml:space="preserve"> </w:t>
            </w:r>
            <w:proofErr w:type="spellStart"/>
            <w:r w:rsidRPr="0022130B">
              <w:rPr>
                <w:rFonts w:eastAsia="Segoe UI" w:cs="Segoe UI"/>
              </w:rPr>
              <w:t>укључити</w:t>
            </w:r>
            <w:proofErr w:type="spellEnd"/>
            <w:r w:rsidRPr="0022130B">
              <w:rPr>
                <w:rFonts w:eastAsia="Segoe UI" w:cs="Segoe UI"/>
              </w:rPr>
              <w:t xml:space="preserve"> </w:t>
            </w:r>
            <w:proofErr w:type="spellStart"/>
            <w:r w:rsidRPr="0022130B">
              <w:rPr>
                <w:rFonts w:eastAsia="Segoe UI" w:cs="Segoe UI"/>
              </w:rPr>
              <w:t>процену</w:t>
            </w:r>
            <w:proofErr w:type="spellEnd"/>
            <w:r w:rsidRPr="0022130B">
              <w:rPr>
                <w:rFonts w:eastAsia="Segoe UI" w:cs="Segoe UI"/>
              </w:rPr>
              <w:t xml:space="preserve"> </w:t>
            </w:r>
            <w:proofErr w:type="spellStart"/>
            <w:r w:rsidRPr="0022130B">
              <w:rPr>
                <w:rFonts w:eastAsia="Segoe UI" w:cs="Segoe UI"/>
              </w:rPr>
              <w:t>емисија</w:t>
            </w:r>
            <w:proofErr w:type="spellEnd"/>
            <w:r>
              <w:rPr>
                <w:rFonts w:eastAsia="Segoe UI" w:cs="Segoe UI"/>
                <w:lang w:val="sr-Cyrl-RS"/>
              </w:rPr>
              <w:t xml:space="preserve"> </w:t>
            </w:r>
            <w:r w:rsidR="18409D59" w:rsidRPr="00347368">
              <w:rPr>
                <w:rFonts w:eastAsia="Segoe UI" w:cs="Segoe UI"/>
              </w:rPr>
              <w:t xml:space="preserve">GHG </w:t>
            </w:r>
            <w:r w:rsidRPr="0022130B">
              <w:rPr>
                <w:rFonts w:eastAsia="Segoe UI" w:cs="Segoe UI"/>
              </w:rPr>
              <w:t xml:space="preserve">и </w:t>
            </w:r>
            <w:proofErr w:type="spellStart"/>
            <w:r w:rsidRPr="0022130B">
              <w:rPr>
                <w:rFonts w:eastAsia="Segoe UI" w:cs="Segoe UI"/>
              </w:rPr>
              <w:t>мере</w:t>
            </w:r>
            <w:proofErr w:type="spellEnd"/>
            <w:r w:rsidRPr="0022130B">
              <w:rPr>
                <w:rFonts w:eastAsia="Segoe UI" w:cs="Segoe UI"/>
              </w:rPr>
              <w:t xml:space="preserve"> </w:t>
            </w:r>
            <w:proofErr w:type="spellStart"/>
            <w:r w:rsidRPr="0022130B">
              <w:rPr>
                <w:rFonts w:eastAsia="Segoe UI" w:cs="Segoe UI"/>
              </w:rPr>
              <w:t>за</w:t>
            </w:r>
            <w:proofErr w:type="spellEnd"/>
            <w:r w:rsidRPr="0022130B">
              <w:rPr>
                <w:rFonts w:eastAsia="Segoe UI" w:cs="Segoe UI"/>
              </w:rPr>
              <w:t xml:space="preserve"> </w:t>
            </w:r>
            <w:proofErr w:type="spellStart"/>
            <w:r w:rsidRPr="0022130B">
              <w:rPr>
                <w:rFonts w:eastAsia="Segoe UI" w:cs="Segoe UI"/>
              </w:rPr>
              <w:t>детекцију</w:t>
            </w:r>
            <w:proofErr w:type="spellEnd"/>
            <w:r w:rsidRPr="0022130B">
              <w:rPr>
                <w:rFonts w:eastAsia="Segoe UI" w:cs="Segoe UI"/>
              </w:rPr>
              <w:t xml:space="preserve"> и </w:t>
            </w:r>
            <w:proofErr w:type="spellStart"/>
            <w:r w:rsidRPr="0022130B">
              <w:rPr>
                <w:rFonts w:eastAsia="Segoe UI" w:cs="Segoe UI"/>
              </w:rPr>
              <w:t>управљање</w:t>
            </w:r>
            <w:proofErr w:type="spellEnd"/>
            <w:r w:rsidRPr="0022130B">
              <w:rPr>
                <w:rFonts w:eastAsia="Segoe UI" w:cs="Segoe UI"/>
              </w:rPr>
              <w:t xml:space="preserve"> </w:t>
            </w:r>
            <w:proofErr w:type="spellStart"/>
            <w:r w:rsidRPr="0022130B">
              <w:rPr>
                <w:rFonts w:eastAsia="Segoe UI" w:cs="Segoe UI"/>
              </w:rPr>
              <w:t>цурењем</w:t>
            </w:r>
            <w:proofErr w:type="spellEnd"/>
            <w:r w:rsidRPr="0022130B">
              <w:rPr>
                <w:rFonts w:eastAsia="Segoe UI" w:cs="Segoe UI"/>
              </w:rPr>
              <w:t xml:space="preserve"> </w:t>
            </w:r>
            <w:proofErr w:type="spellStart"/>
            <w:r w:rsidRPr="0022130B">
              <w:rPr>
                <w:rFonts w:eastAsia="Segoe UI" w:cs="Segoe UI"/>
              </w:rPr>
              <w:t>метана</w:t>
            </w:r>
            <w:proofErr w:type="spellEnd"/>
            <w:r w:rsidRPr="0022130B">
              <w:rPr>
                <w:rFonts w:eastAsia="Segoe UI" w:cs="Segoe UI"/>
              </w:rPr>
              <w:t xml:space="preserve">, у </w:t>
            </w:r>
            <w:proofErr w:type="spellStart"/>
            <w:r w:rsidRPr="0022130B">
              <w:rPr>
                <w:rFonts w:eastAsia="Segoe UI" w:cs="Segoe UI"/>
              </w:rPr>
              <w:t>складу</w:t>
            </w:r>
            <w:proofErr w:type="spellEnd"/>
            <w:r w:rsidRPr="0022130B">
              <w:rPr>
                <w:rFonts w:eastAsia="Segoe UI" w:cs="Segoe UI"/>
              </w:rPr>
              <w:t xml:space="preserve"> </w:t>
            </w:r>
            <w:proofErr w:type="spellStart"/>
            <w:r w:rsidRPr="0022130B">
              <w:rPr>
                <w:rFonts w:eastAsia="Segoe UI" w:cs="Segoe UI"/>
              </w:rPr>
              <w:t>са</w:t>
            </w:r>
            <w:proofErr w:type="spellEnd"/>
            <w:r w:rsidRPr="0022130B">
              <w:rPr>
                <w:rFonts w:eastAsia="Segoe UI" w:cs="Segoe UI"/>
              </w:rPr>
              <w:t xml:space="preserve"> </w:t>
            </w:r>
            <w:proofErr w:type="spellStart"/>
            <w:r w:rsidRPr="0022130B">
              <w:rPr>
                <w:rFonts w:eastAsia="Segoe UI" w:cs="Segoe UI"/>
              </w:rPr>
              <w:t>стандардом</w:t>
            </w:r>
            <w:proofErr w:type="spellEnd"/>
            <w:r>
              <w:rPr>
                <w:rFonts w:eastAsia="Segoe UI" w:cs="Segoe UI"/>
                <w:lang w:val="sr-Cyrl-RS"/>
              </w:rPr>
              <w:t xml:space="preserve"> </w:t>
            </w:r>
            <w:r w:rsidR="18409D59" w:rsidRPr="00347368">
              <w:rPr>
                <w:rFonts w:eastAsia="Segoe UI" w:cs="Segoe UI"/>
              </w:rPr>
              <w:t xml:space="preserve">ESS3 </w:t>
            </w:r>
            <w:r w:rsidRPr="0022130B">
              <w:rPr>
                <w:rFonts w:eastAsia="Segoe UI" w:cs="Segoe UI"/>
              </w:rPr>
              <w:t xml:space="preserve">и </w:t>
            </w:r>
            <w:proofErr w:type="spellStart"/>
            <w:r w:rsidRPr="0022130B">
              <w:rPr>
                <w:rFonts w:eastAsia="Segoe UI" w:cs="Segoe UI"/>
              </w:rPr>
              <w:t>добром</w:t>
            </w:r>
            <w:proofErr w:type="spellEnd"/>
            <w:r w:rsidRPr="0022130B">
              <w:rPr>
                <w:rFonts w:eastAsia="Segoe UI" w:cs="Segoe UI"/>
              </w:rPr>
              <w:t xml:space="preserve"> </w:t>
            </w:r>
            <w:proofErr w:type="spellStart"/>
            <w:r w:rsidRPr="0022130B">
              <w:rPr>
                <w:rFonts w:eastAsia="Segoe UI" w:cs="Segoe UI"/>
              </w:rPr>
              <w:t>међународном</w:t>
            </w:r>
            <w:proofErr w:type="spellEnd"/>
            <w:r w:rsidRPr="0022130B">
              <w:rPr>
                <w:rFonts w:eastAsia="Segoe UI" w:cs="Segoe UI"/>
              </w:rPr>
              <w:t xml:space="preserve"> </w:t>
            </w:r>
            <w:proofErr w:type="spellStart"/>
            <w:r w:rsidRPr="0022130B">
              <w:rPr>
                <w:rFonts w:eastAsia="Segoe UI" w:cs="Segoe UI"/>
              </w:rPr>
              <w:t>индустријском</w:t>
            </w:r>
            <w:proofErr w:type="spellEnd"/>
            <w:r w:rsidRPr="0022130B">
              <w:rPr>
                <w:rFonts w:eastAsia="Segoe UI" w:cs="Segoe UI"/>
              </w:rPr>
              <w:t xml:space="preserve"> </w:t>
            </w:r>
            <w:proofErr w:type="spellStart"/>
            <w:r w:rsidRPr="0022130B">
              <w:rPr>
                <w:rFonts w:eastAsia="Segoe UI" w:cs="Segoe UI"/>
              </w:rPr>
              <w:t>праксом</w:t>
            </w:r>
            <w:proofErr w:type="spellEnd"/>
            <w:r w:rsidR="18409D59" w:rsidRPr="00347368">
              <w:rPr>
                <w:rFonts w:eastAsia="Segoe UI" w:cs="Segoe UI"/>
              </w:rPr>
              <w:t>.</w:t>
            </w:r>
          </w:p>
          <w:p w14:paraId="6A52B49B" w14:textId="54AA1FDE" w:rsidR="00037777" w:rsidRPr="00347368" w:rsidRDefault="00037777" w:rsidP="00037777">
            <w:pPr>
              <w:jc w:val="left"/>
              <w:rPr>
                <w:rFonts w:eastAsia="Segoe UI" w:cs="Segoe UI"/>
              </w:rPr>
            </w:pPr>
            <w:r>
              <w:rPr>
                <w:rFonts w:eastAsia="Segoe UI" w:cs="Segoe UI"/>
              </w:rPr>
              <w:t xml:space="preserve">2. </w:t>
            </w:r>
            <w:proofErr w:type="spellStart"/>
            <w:r w:rsidR="0022130B" w:rsidRPr="0022130B">
              <w:rPr>
                <w:rFonts w:eastAsia="Segoe UI" w:cs="Segoe UI"/>
              </w:rPr>
              <w:t>Припремити</w:t>
            </w:r>
            <w:proofErr w:type="spellEnd"/>
            <w:r w:rsidR="0022130B" w:rsidRPr="0022130B">
              <w:rPr>
                <w:rFonts w:eastAsia="Segoe UI" w:cs="Segoe UI"/>
              </w:rPr>
              <w:t xml:space="preserve"> и </w:t>
            </w:r>
            <w:proofErr w:type="spellStart"/>
            <w:r w:rsidR="0022130B" w:rsidRPr="0022130B">
              <w:rPr>
                <w:rFonts w:eastAsia="Segoe UI" w:cs="Segoe UI"/>
              </w:rPr>
              <w:t>спровести</w:t>
            </w:r>
            <w:proofErr w:type="spellEnd"/>
            <w:r w:rsidR="0022130B" w:rsidRPr="0022130B">
              <w:rPr>
                <w:rFonts w:eastAsia="Segoe UI" w:cs="Segoe UI"/>
              </w:rPr>
              <w:t xml:space="preserve"> </w:t>
            </w:r>
            <w:proofErr w:type="spellStart"/>
            <w:r w:rsidR="0022130B" w:rsidRPr="0022130B">
              <w:rPr>
                <w:rFonts w:eastAsia="Segoe UI" w:cs="Segoe UI"/>
              </w:rPr>
              <w:t>План</w:t>
            </w:r>
            <w:proofErr w:type="spellEnd"/>
            <w:r w:rsidR="0022130B" w:rsidRPr="0022130B">
              <w:rPr>
                <w:rFonts w:eastAsia="Segoe UI" w:cs="Segoe UI"/>
              </w:rPr>
              <w:t xml:space="preserve"> </w:t>
            </w:r>
            <w:proofErr w:type="spellStart"/>
            <w:r w:rsidR="0022130B" w:rsidRPr="0022130B">
              <w:rPr>
                <w:rFonts w:eastAsia="Segoe UI" w:cs="Segoe UI"/>
              </w:rPr>
              <w:t>управљања</w:t>
            </w:r>
            <w:proofErr w:type="spellEnd"/>
            <w:r w:rsidR="0022130B" w:rsidRPr="0022130B">
              <w:rPr>
                <w:rFonts w:eastAsia="Segoe UI" w:cs="Segoe UI"/>
              </w:rPr>
              <w:t xml:space="preserve"> </w:t>
            </w:r>
            <w:proofErr w:type="spellStart"/>
            <w:r w:rsidR="0022130B" w:rsidRPr="0022130B">
              <w:rPr>
                <w:rFonts w:eastAsia="Segoe UI" w:cs="Segoe UI"/>
              </w:rPr>
              <w:t>водом</w:t>
            </w:r>
            <w:proofErr w:type="spellEnd"/>
            <w:r w:rsidR="0022130B" w:rsidRPr="0022130B">
              <w:rPr>
                <w:rFonts w:eastAsia="Segoe UI" w:cs="Segoe UI"/>
              </w:rPr>
              <w:t xml:space="preserve"> </w:t>
            </w:r>
            <w:proofErr w:type="spellStart"/>
            <w:r w:rsidR="0022130B" w:rsidRPr="0022130B">
              <w:rPr>
                <w:rFonts w:eastAsia="Segoe UI" w:cs="Segoe UI"/>
              </w:rPr>
              <w:t>за</w:t>
            </w:r>
            <w:proofErr w:type="spellEnd"/>
            <w:r w:rsidR="0022130B" w:rsidRPr="0022130B">
              <w:rPr>
                <w:rFonts w:eastAsia="Segoe UI" w:cs="Segoe UI"/>
              </w:rPr>
              <w:t xml:space="preserve"> </w:t>
            </w:r>
            <w:proofErr w:type="spellStart"/>
            <w:r w:rsidR="0022130B" w:rsidRPr="0022130B">
              <w:rPr>
                <w:rFonts w:eastAsia="Segoe UI" w:cs="Segoe UI"/>
              </w:rPr>
              <w:t>хидротестирање</w:t>
            </w:r>
            <w:proofErr w:type="spellEnd"/>
            <w:r w:rsidR="0022130B" w:rsidRPr="0022130B">
              <w:rPr>
                <w:rFonts w:eastAsia="Segoe UI" w:cs="Segoe UI"/>
              </w:rPr>
              <w:t xml:space="preserve"> у </w:t>
            </w:r>
            <w:proofErr w:type="spellStart"/>
            <w:r w:rsidR="0022130B" w:rsidRPr="0022130B">
              <w:rPr>
                <w:rFonts w:eastAsia="Segoe UI" w:cs="Segoe UI"/>
              </w:rPr>
              <w:t>складу</w:t>
            </w:r>
            <w:proofErr w:type="spellEnd"/>
            <w:r w:rsidR="0022130B" w:rsidRPr="0022130B">
              <w:rPr>
                <w:rFonts w:eastAsia="Segoe UI" w:cs="Segoe UI"/>
              </w:rPr>
              <w:t xml:space="preserve"> </w:t>
            </w:r>
            <w:proofErr w:type="spellStart"/>
            <w:r w:rsidR="0022130B" w:rsidRPr="0022130B">
              <w:rPr>
                <w:rFonts w:eastAsia="Segoe UI" w:cs="Segoe UI"/>
              </w:rPr>
              <w:t>са</w:t>
            </w:r>
            <w:proofErr w:type="spellEnd"/>
            <w:r w:rsidR="0022130B" w:rsidRPr="0022130B">
              <w:rPr>
                <w:rFonts w:eastAsia="Segoe UI" w:cs="Segoe UI"/>
              </w:rPr>
              <w:t xml:space="preserve"> </w:t>
            </w:r>
            <w:proofErr w:type="spellStart"/>
            <w:r w:rsidR="0022130B" w:rsidRPr="0022130B">
              <w:rPr>
                <w:rFonts w:eastAsia="Segoe UI" w:cs="Segoe UI"/>
              </w:rPr>
              <w:t>стандардом</w:t>
            </w:r>
            <w:proofErr w:type="spellEnd"/>
            <w:r w:rsidR="0022130B" w:rsidRPr="0022130B">
              <w:rPr>
                <w:rFonts w:eastAsia="Segoe UI" w:cs="Segoe UI"/>
              </w:rPr>
              <w:t xml:space="preserve"> ESS3 </w:t>
            </w:r>
            <w:proofErr w:type="spellStart"/>
            <w:r w:rsidR="0022130B" w:rsidRPr="0022130B">
              <w:rPr>
                <w:rFonts w:eastAsia="Segoe UI" w:cs="Segoe UI"/>
              </w:rPr>
              <w:t>као</w:t>
            </w:r>
            <w:proofErr w:type="spellEnd"/>
            <w:r w:rsidR="0022130B" w:rsidRPr="0022130B">
              <w:rPr>
                <w:rFonts w:eastAsia="Segoe UI" w:cs="Segoe UI"/>
              </w:rPr>
              <w:t xml:space="preserve"> </w:t>
            </w:r>
            <w:proofErr w:type="spellStart"/>
            <w:r w:rsidR="0022130B" w:rsidRPr="0022130B">
              <w:rPr>
                <w:rFonts w:eastAsia="Segoe UI" w:cs="Segoe UI"/>
              </w:rPr>
              <w:t>део</w:t>
            </w:r>
            <w:proofErr w:type="spellEnd"/>
            <w:r w:rsidR="0022130B" w:rsidRPr="0022130B">
              <w:rPr>
                <w:rFonts w:eastAsia="Segoe UI" w:cs="Segoe UI"/>
              </w:rPr>
              <w:t xml:space="preserve"> ESIA/ESMP</w:t>
            </w:r>
            <w:r>
              <w:rPr>
                <w:rFonts w:eastAsia="Segoe UI" w:cs="Segoe UI"/>
              </w:rPr>
              <w:t>.</w:t>
            </w:r>
          </w:p>
          <w:p w14:paraId="1EA06BFC" w14:textId="6DB6F54F" w:rsidR="00037777" w:rsidRPr="00347368" w:rsidRDefault="00037777" w:rsidP="00347368">
            <w:pPr>
              <w:jc w:val="left"/>
              <w:rPr>
                <w:rFonts w:eastAsia="Segoe UI" w:cs="Segoe UI"/>
              </w:rPr>
            </w:pPr>
          </w:p>
        </w:tc>
        <w:tc>
          <w:tcPr>
            <w:tcW w:w="1204" w:type="pct"/>
          </w:tcPr>
          <w:p w14:paraId="19797AA6" w14:textId="77777777" w:rsidR="001B58B7" w:rsidRDefault="001B58B7" w:rsidP="00347368">
            <w:pPr>
              <w:jc w:val="left"/>
              <w:rPr>
                <w:rFonts w:eastAsia="Times New Roman"/>
              </w:rPr>
            </w:pPr>
          </w:p>
          <w:p w14:paraId="0BD3B6C0" w14:textId="77777777" w:rsidR="00B31BA1" w:rsidRPr="00347368" w:rsidRDefault="00B31BA1" w:rsidP="00347368">
            <w:pPr>
              <w:jc w:val="left"/>
              <w:rPr>
                <w:rFonts w:eastAsia="Times New Roman"/>
              </w:rPr>
            </w:pPr>
          </w:p>
          <w:p w14:paraId="0B5B5667" w14:textId="3A5882F4" w:rsidR="00CB77F6" w:rsidRPr="00347368" w:rsidRDefault="0022130B" w:rsidP="00347368">
            <w:pPr>
              <w:jc w:val="left"/>
              <w:rPr>
                <w:rFonts w:cs="Times New Roman"/>
              </w:rPr>
            </w:pPr>
            <w:proofErr w:type="spellStart"/>
            <w:r w:rsidRPr="0022130B">
              <w:rPr>
                <w:rFonts w:eastAsia="Times New Roman"/>
              </w:rPr>
              <w:t>Исти</w:t>
            </w:r>
            <w:proofErr w:type="spellEnd"/>
            <w:r w:rsidRPr="0022130B">
              <w:rPr>
                <w:rFonts w:eastAsia="Times New Roman"/>
              </w:rPr>
              <w:t xml:space="preserve"> </w:t>
            </w:r>
            <w:proofErr w:type="spellStart"/>
            <w:r w:rsidRPr="0022130B">
              <w:rPr>
                <w:rFonts w:eastAsia="Times New Roman"/>
              </w:rPr>
              <w:t>временски</w:t>
            </w:r>
            <w:proofErr w:type="spellEnd"/>
            <w:r w:rsidRPr="0022130B">
              <w:rPr>
                <w:rFonts w:eastAsia="Times New Roman"/>
              </w:rPr>
              <w:t xml:space="preserve"> </w:t>
            </w:r>
            <w:proofErr w:type="spellStart"/>
            <w:r w:rsidRPr="0022130B">
              <w:rPr>
                <w:rFonts w:eastAsia="Times New Roman"/>
              </w:rPr>
              <w:t>оквир</w:t>
            </w:r>
            <w:proofErr w:type="spellEnd"/>
            <w:r w:rsidRPr="0022130B">
              <w:rPr>
                <w:rFonts w:eastAsia="Times New Roman"/>
              </w:rPr>
              <w:t xml:space="preserve"> </w:t>
            </w:r>
            <w:proofErr w:type="spellStart"/>
            <w:r w:rsidRPr="0022130B">
              <w:rPr>
                <w:rFonts w:eastAsia="Times New Roman"/>
              </w:rPr>
              <w:t>као</w:t>
            </w:r>
            <w:proofErr w:type="spellEnd"/>
            <w:r w:rsidRPr="0022130B">
              <w:rPr>
                <w:rFonts w:eastAsia="Times New Roman"/>
              </w:rPr>
              <w:t xml:space="preserve"> и </w:t>
            </w:r>
            <w:proofErr w:type="spellStart"/>
            <w:r w:rsidRPr="0022130B">
              <w:rPr>
                <w:rFonts w:eastAsia="Times New Roman"/>
              </w:rPr>
              <w:t>за</w:t>
            </w:r>
            <w:proofErr w:type="spellEnd"/>
            <w:r w:rsidRPr="0022130B">
              <w:rPr>
                <w:rFonts w:eastAsia="Times New Roman"/>
              </w:rPr>
              <w:t xml:space="preserve"> ESIA и ESMP (</w:t>
            </w:r>
            <w:proofErr w:type="spellStart"/>
            <w:r w:rsidRPr="0022130B">
              <w:rPr>
                <w:rFonts w:eastAsia="Times New Roman"/>
              </w:rPr>
              <w:t>Активност</w:t>
            </w:r>
            <w:proofErr w:type="spellEnd"/>
            <w:r>
              <w:rPr>
                <w:rFonts w:eastAsia="Times New Roman"/>
                <w:lang w:val="sr-Cyrl-RS"/>
              </w:rPr>
              <w:t xml:space="preserve"> </w:t>
            </w:r>
            <w:r w:rsidR="001B58B7" w:rsidRPr="00347368">
              <w:rPr>
                <w:rFonts w:eastAsia="Times New Roman"/>
              </w:rPr>
              <w:t>1.1).</w:t>
            </w:r>
          </w:p>
        </w:tc>
        <w:tc>
          <w:tcPr>
            <w:tcW w:w="733" w:type="pct"/>
          </w:tcPr>
          <w:p w14:paraId="1896593D" w14:textId="77777777" w:rsidR="00DD37EF" w:rsidRPr="00347368" w:rsidRDefault="00DD37EF" w:rsidP="00347368">
            <w:pPr>
              <w:jc w:val="left"/>
              <w:rPr>
                <w:rFonts w:cs="Times New Roman"/>
              </w:rPr>
            </w:pPr>
          </w:p>
          <w:p w14:paraId="2DB0A339" w14:textId="471D96EE" w:rsidR="00F52B0E" w:rsidRPr="0022130B" w:rsidRDefault="0022130B" w:rsidP="00347368">
            <w:pPr>
              <w:jc w:val="left"/>
              <w:rPr>
                <w:rFonts w:cs="Times New Roman"/>
                <w:lang w:val="sr-Cyrl-RS"/>
              </w:rPr>
            </w:pPr>
            <w:r>
              <w:rPr>
                <w:rFonts w:cs="Times New Roman"/>
                <w:lang w:val="sr-Cyrl-RS"/>
              </w:rPr>
              <w:t>МРЕ</w:t>
            </w:r>
          </w:p>
          <w:p w14:paraId="4A0E5534" w14:textId="718D04CB" w:rsidR="00530CC6" w:rsidRPr="00347368" w:rsidRDefault="00530CC6" w:rsidP="00347368">
            <w:pPr>
              <w:jc w:val="left"/>
              <w:rPr>
                <w:rFonts w:cs="Times New Roman"/>
              </w:rPr>
            </w:pPr>
          </w:p>
        </w:tc>
      </w:tr>
      <w:tr w:rsidR="00017065" w:rsidRPr="00347368" w14:paraId="68487683" w14:textId="77777777" w:rsidTr="4B7286EC">
        <w:tc>
          <w:tcPr>
            <w:tcW w:w="5000" w:type="pct"/>
            <w:gridSpan w:val="4"/>
            <w:shd w:val="clear" w:color="auto" w:fill="F7CAAC" w:themeFill="accent2" w:themeFillTint="66"/>
          </w:tcPr>
          <w:p w14:paraId="5E290F9A" w14:textId="3B19314B" w:rsidR="00017065" w:rsidRPr="00347368" w:rsidRDefault="00017065" w:rsidP="00347368">
            <w:pPr>
              <w:jc w:val="left"/>
              <w:rPr>
                <w:rFonts w:cs="Times New Roman"/>
              </w:rPr>
            </w:pPr>
            <w:r w:rsidRPr="00347368">
              <w:rPr>
                <w:rFonts w:cs="Times New Roman"/>
                <w:b/>
                <w:bCs/>
              </w:rPr>
              <w:t xml:space="preserve">ESS 4: </w:t>
            </w:r>
            <w:r w:rsidR="001D158D" w:rsidRPr="001D158D">
              <w:rPr>
                <w:rFonts w:cs="Times New Roman"/>
                <w:b/>
                <w:bCs/>
              </w:rPr>
              <w:t>ЗДРАВЉЕ И БЕЗБЕДНОСТ ЗАЈЕДНИЦЕ</w:t>
            </w:r>
          </w:p>
        </w:tc>
      </w:tr>
      <w:tr w:rsidR="00625796" w:rsidRPr="00347368" w14:paraId="10D80125" w14:textId="77777777" w:rsidTr="009D7F44">
        <w:tc>
          <w:tcPr>
            <w:tcW w:w="268" w:type="pct"/>
          </w:tcPr>
          <w:p w14:paraId="64B49C0F" w14:textId="5613243F" w:rsidR="00530CC6" w:rsidRPr="00347368" w:rsidRDefault="00017065" w:rsidP="00347368">
            <w:pPr>
              <w:jc w:val="left"/>
              <w:rPr>
                <w:rFonts w:cs="Times New Roman"/>
              </w:rPr>
            </w:pPr>
            <w:r w:rsidRPr="00347368">
              <w:rPr>
                <w:rFonts w:cs="Times New Roman"/>
              </w:rPr>
              <w:t>4.1.</w:t>
            </w:r>
          </w:p>
        </w:tc>
        <w:tc>
          <w:tcPr>
            <w:tcW w:w="2795" w:type="pct"/>
          </w:tcPr>
          <w:p w14:paraId="1BAF3591" w14:textId="2BE2EE0E" w:rsidR="00017065" w:rsidRPr="00347368" w:rsidRDefault="001D158D" w:rsidP="00347368">
            <w:pPr>
              <w:jc w:val="left"/>
              <w:rPr>
                <w:rFonts w:cs="Times New Roman"/>
                <w:color w:val="4472C4" w:themeColor="accent1"/>
              </w:rPr>
            </w:pPr>
            <w:r w:rsidRPr="001D158D">
              <w:rPr>
                <w:rFonts w:cs="Times New Roman"/>
                <w:b/>
                <w:bCs/>
                <w:color w:val="4472C4" w:themeColor="accent1"/>
              </w:rPr>
              <w:t>САОБРАЋАЈ И БЕЗБЕДНОСТ НА ПУТЕВИМА</w:t>
            </w:r>
            <w:r w:rsidR="00017065" w:rsidRPr="00347368">
              <w:rPr>
                <w:rFonts w:cs="Times New Roman"/>
                <w:color w:val="4472C4" w:themeColor="accent1"/>
              </w:rPr>
              <w:t xml:space="preserve">: </w:t>
            </w:r>
          </w:p>
          <w:p w14:paraId="7FD3C968" w14:textId="67536CBD" w:rsidR="00530CC6" w:rsidRPr="00347368" w:rsidRDefault="001D158D" w:rsidP="00347368">
            <w:pPr>
              <w:keepLines/>
              <w:widowControl w:val="0"/>
              <w:rPr>
                <w:rFonts w:eastAsia="Segoe UI" w:cs="Segoe UI"/>
              </w:rPr>
            </w:pPr>
            <w:proofErr w:type="spellStart"/>
            <w:r w:rsidRPr="001D158D">
              <w:rPr>
                <w:rFonts w:eastAsia="Calibri" w:cs="Calibri"/>
                <w:color w:val="000000" w:themeColor="text1"/>
              </w:rPr>
              <w:t>Укључити</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мере</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за</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управљање</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ризицима</w:t>
            </w:r>
            <w:proofErr w:type="spellEnd"/>
            <w:r w:rsidRPr="001D158D">
              <w:rPr>
                <w:rFonts w:eastAsia="Calibri" w:cs="Calibri"/>
                <w:color w:val="000000" w:themeColor="text1"/>
              </w:rPr>
              <w:t xml:space="preserve"> у </w:t>
            </w:r>
            <w:proofErr w:type="spellStart"/>
            <w:r w:rsidRPr="001D158D">
              <w:rPr>
                <w:rFonts w:eastAsia="Calibri" w:cs="Calibri"/>
                <w:color w:val="000000" w:themeColor="text1"/>
              </w:rPr>
              <w:t>саобраћају</w:t>
            </w:r>
            <w:proofErr w:type="spellEnd"/>
            <w:r w:rsidRPr="001D158D">
              <w:rPr>
                <w:rFonts w:eastAsia="Calibri" w:cs="Calibri"/>
                <w:color w:val="000000" w:themeColor="text1"/>
              </w:rPr>
              <w:t xml:space="preserve"> и </w:t>
            </w:r>
            <w:proofErr w:type="spellStart"/>
            <w:r w:rsidRPr="001D158D">
              <w:rPr>
                <w:rFonts w:eastAsia="Calibri" w:cs="Calibri"/>
                <w:color w:val="000000" w:themeColor="text1"/>
              </w:rPr>
              <w:t>безбедности</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на</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путевима</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како</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је</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захтевано</w:t>
            </w:r>
            <w:proofErr w:type="spellEnd"/>
            <w:r w:rsidRPr="001D158D">
              <w:rPr>
                <w:rFonts w:eastAsia="Calibri" w:cs="Calibri"/>
                <w:color w:val="000000" w:themeColor="text1"/>
              </w:rPr>
              <w:t xml:space="preserve"> у </w:t>
            </w:r>
            <w:proofErr w:type="spellStart"/>
            <w:r w:rsidRPr="001D158D">
              <w:rPr>
                <w:rFonts w:eastAsia="Calibri" w:cs="Calibri"/>
                <w:color w:val="000000" w:themeColor="text1"/>
              </w:rPr>
              <w:t>оквиру</w:t>
            </w:r>
            <w:proofErr w:type="spellEnd"/>
            <w:r w:rsidRPr="001D158D">
              <w:rPr>
                <w:rFonts w:eastAsia="Calibri" w:cs="Calibri"/>
                <w:color w:val="000000" w:themeColor="text1"/>
              </w:rPr>
              <w:t xml:space="preserve"> ESMP-а </w:t>
            </w:r>
            <w:proofErr w:type="spellStart"/>
            <w:r w:rsidRPr="001D158D">
              <w:rPr>
                <w:rFonts w:eastAsia="Calibri" w:cs="Calibri"/>
                <w:color w:val="000000" w:themeColor="text1"/>
              </w:rPr>
              <w:t>који</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ће</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се</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припремити</w:t>
            </w:r>
            <w:proofErr w:type="spellEnd"/>
            <w:r w:rsidRPr="001D158D">
              <w:rPr>
                <w:rFonts w:eastAsia="Calibri" w:cs="Calibri"/>
                <w:color w:val="000000" w:themeColor="text1"/>
              </w:rPr>
              <w:t xml:space="preserve"> у </w:t>
            </w:r>
            <w:proofErr w:type="spellStart"/>
            <w:r w:rsidRPr="001D158D">
              <w:rPr>
                <w:rFonts w:eastAsia="Calibri" w:cs="Calibri"/>
                <w:color w:val="000000" w:themeColor="text1"/>
              </w:rPr>
              <w:t>оквиру</w:t>
            </w:r>
            <w:proofErr w:type="spellEnd"/>
            <w:r w:rsidRPr="001D158D">
              <w:rPr>
                <w:rFonts w:eastAsia="Calibri" w:cs="Calibri"/>
                <w:color w:val="000000" w:themeColor="text1"/>
              </w:rPr>
              <w:t xml:space="preserve"> </w:t>
            </w:r>
            <w:proofErr w:type="spellStart"/>
            <w:r w:rsidRPr="001D158D">
              <w:rPr>
                <w:rFonts w:eastAsia="Calibri" w:cs="Calibri"/>
                <w:color w:val="000000" w:themeColor="text1"/>
              </w:rPr>
              <w:t>активности</w:t>
            </w:r>
            <w:proofErr w:type="spellEnd"/>
            <w:r w:rsidRPr="001D158D">
              <w:rPr>
                <w:rFonts w:eastAsia="Calibri" w:cs="Calibri"/>
                <w:color w:val="000000" w:themeColor="text1"/>
              </w:rPr>
              <w:t xml:space="preserve"> 1.1 </w:t>
            </w:r>
            <w:proofErr w:type="spellStart"/>
            <w:r w:rsidRPr="001D158D">
              <w:rPr>
                <w:rFonts w:eastAsia="Calibri" w:cs="Calibri"/>
                <w:color w:val="000000" w:themeColor="text1"/>
              </w:rPr>
              <w:t>изнад</w:t>
            </w:r>
            <w:proofErr w:type="spellEnd"/>
            <w:r w:rsidR="51EF67E1" w:rsidRPr="00347368">
              <w:rPr>
                <w:rFonts w:eastAsia="Calibri" w:cs="Calibri"/>
                <w:color w:val="000000" w:themeColor="text1"/>
              </w:rPr>
              <w:t>.</w:t>
            </w:r>
          </w:p>
        </w:tc>
        <w:tc>
          <w:tcPr>
            <w:tcW w:w="1204" w:type="pct"/>
          </w:tcPr>
          <w:p w14:paraId="336C9F93" w14:textId="18FE0528" w:rsidR="00530CC6" w:rsidRPr="00347368" w:rsidRDefault="00530CC6" w:rsidP="00347368">
            <w:pPr>
              <w:jc w:val="left"/>
            </w:pPr>
          </w:p>
          <w:p w14:paraId="7AE29270" w14:textId="1D143CA7" w:rsidR="00530CC6" w:rsidRPr="00347368" w:rsidRDefault="001D158D" w:rsidP="00347368">
            <w:pPr>
              <w:jc w:val="left"/>
              <w:rPr>
                <w:rFonts w:cs="Times New Roman"/>
              </w:rPr>
            </w:pPr>
            <w:proofErr w:type="spellStart"/>
            <w:r w:rsidRPr="001D158D">
              <w:rPr>
                <w:rFonts w:eastAsia="Times New Roman"/>
              </w:rPr>
              <w:t>Исти</w:t>
            </w:r>
            <w:proofErr w:type="spellEnd"/>
            <w:r w:rsidRPr="001D158D">
              <w:rPr>
                <w:rFonts w:eastAsia="Times New Roman"/>
              </w:rPr>
              <w:t xml:space="preserve"> </w:t>
            </w:r>
            <w:proofErr w:type="spellStart"/>
            <w:r w:rsidRPr="001D158D">
              <w:rPr>
                <w:rFonts w:eastAsia="Times New Roman"/>
              </w:rPr>
              <w:t>временски</w:t>
            </w:r>
            <w:proofErr w:type="spellEnd"/>
            <w:r w:rsidRPr="001D158D">
              <w:rPr>
                <w:rFonts w:eastAsia="Times New Roman"/>
              </w:rPr>
              <w:t xml:space="preserve"> </w:t>
            </w:r>
            <w:proofErr w:type="spellStart"/>
            <w:r w:rsidRPr="001D158D">
              <w:rPr>
                <w:rFonts w:eastAsia="Times New Roman"/>
              </w:rPr>
              <w:t>оквир</w:t>
            </w:r>
            <w:proofErr w:type="spellEnd"/>
            <w:r w:rsidRPr="001D158D">
              <w:rPr>
                <w:rFonts w:eastAsia="Times New Roman"/>
              </w:rPr>
              <w:t xml:space="preserve"> </w:t>
            </w:r>
            <w:proofErr w:type="spellStart"/>
            <w:r w:rsidRPr="001D158D">
              <w:rPr>
                <w:rFonts w:eastAsia="Times New Roman"/>
              </w:rPr>
              <w:t>као</w:t>
            </w:r>
            <w:proofErr w:type="spellEnd"/>
            <w:r w:rsidRPr="001D158D">
              <w:rPr>
                <w:rFonts w:eastAsia="Times New Roman"/>
              </w:rPr>
              <w:t xml:space="preserve"> и </w:t>
            </w:r>
            <w:proofErr w:type="spellStart"/>
            <w:r w:rsidRPr="001D158D">
              <w:rPr>
                <w:rFonts w:eastAsia="Times New Roman"/>
              </w:rPr>
              <w:t>за</w:t>
            </w:r>
            <w:proofErr w:type="spellEnd"/>
            <w:r w:rsidRPr="001D158D">
              <w:rPr>
                <w:rFonts w:eastAsia="Times New Roman"/>
              </w:rPr>
              <w:t xml:space="preserve"> ESIA и ESMP (</w:t>
            </w:r>
            <w:proofErr w:type="spellStart"/>
            <w:r w:rsidRPr="001D158D">
              <w:rPr>
                <w:rFonts w:eastAsia="Times New Roman"/>
              </w:rPr>
              <w:t>Активност</w:t>
            </w:r>
            <w:proofErr w:type="spellEnd"/>
            <w:r>
              <w:rPr>
                <w:rFonts w:eastAsia="Times New Roman"/>
                <w:lang w:val="sr-Cyrl-RS"/>
              </w:rPr>
              <w:t xml:space="preserve"> </w:t>
            </w:r>
            <w:r w:rsidR="00107403" w:rsidRPr="00347368">
              <w:rPr>
                <w:rFonts w:eastAsia="Times New Roman"/>
              </w:rPr>
              <w:t>1.1)</w:t>
            </w:r>
          </w:p>
        </w:tc>
        <w:tc>
          <w:tcPr>
            <w:tcW w:w="733" w:type="pct"/>
          </w:tcPr>
          <w:p w14:paraId="02388942" w14:textId="77777777" w:rsidR="00DD37EF" w:rsidRPr="00347368" w:rsidRDefault="00DD37EF" w:rsidP="00347368">
            <w:pPr>
              <w:jc w:val="left"/>
              <w:rPr>
                <w:rFonts w:cs="Times New Roman"/>
              </w:rPr>
            </w:pPr>
          </w:p>
          <w:p w14:paraId="35EDD087" w14:textId="544D8183" w:rsidR="00F52B0E" w:rsidRPr="001D158D" w:rsidRDefault="001D158D" w:rsidP="00347368">
            <w:pPr>
              <w:jc w:val="left"/>
              <w:rPr>
                <w:rFonts w:cs="Times New Roman"/>
                <w:lang w:val="sr-Cyrl-RS"/>
              </w:rPr>
            </w:pPr>
            <w:r>
              <w:rPr>
                <w:rFonts w:cs="Times New Roman"/>
                <w:lang w:val="sr-Cyrl-RS"/>
              </w:rPr>
              <w:t>МРЕ</w:t>
            </w:r>
          </w:p>
          <w:p w14:paraId="6118D609" w14:textId="49FDCDBE" w:rsidR="00530CC6" w:rsidRPr="00347368" w:rsidRDefault="00530CC6" w:rsidP="00347368">
            <w:pPr>
              <w:jc w:val="left"/>
              <w:rPr>
                <w:rFonts w:cs="Times New Roman"/>
              </w:rPr>
            </w:pPr>
          </w:p>
        </w:tc>
      </w:tr>
      <w:tr w:rsidR="00625796" w:rsidRPr="00347368" w14:paraId="0CDAA9E9" w14:textId="77777777" w:rsidTr="009D7F44">
        <w:tc>
          <w:tcPr>
            <w:tcW w:w="268" w:type="pct"/>
          </w:tcPr>
          <w:p w14:paraId="49B0B52B" w14:textId="7A1A17E2" w:rsidR="00530CC6" w:rsidRPr="00347368" w:rsidRDefault="00017065" w:rsidP="00347368">
            <w:pPr>
              <w:jc w:val="left"/>
              <w:rPr>
                <w:rFonts w:cs="Times New Roman"/>
              </w:rPr>
            </w:pPr>
            <w:r w:rsidRPr="00347368">
              <w:rPr>
                <w:rFonts w:cs="Times New Roman"/>
              </w:rPr>
              <w:t xml:space="preserve">4.2. </w:t>
            </w:r>
          </w:p>
        </w:tc>
        <w:tc>
          <w:tcPr>
            <w:tcW w:w="2795" w:type="pct"/>
          </w:tcPr>
          <w:p w14:paraId="32BD2677" w14:textId="4959D2B2" w:rsidR="00A67107" w:rsidRPr="00E96634" w:rsidRDefault="001D158D" w:rsidP="510F7438">
            <w:pPr>
              <w:jc w:val="left"/>
              <w:rPr>
                <w:rFonts w:eastAsia="Aptos" w:cs="Aptos"/>
                <w:b/>
                <w:bCs/>
                <w:color w:val="4472C4" w:themeColor="accent1"/>
              </w:rPr>
            </w:pPr>
            <w:r w:rsidRPr="001D158D">
              <w:rPr>
                <w:rFonts w:eastAsia="Aptos" w:cs="Aptos"/>
                <w:b/>
                <w:bCs/>
                <w:color w:val="4472C4" w:themeColor="accent1"/>
              </w:rPr>
              <w:t>ЗДРАВЉЕ И БЕЗБЕДНОСТ ЗАЈЕДНИЦЕ</w:t>
            </w:r>
            <w:r w:rsidR="00017065" w:rsidRPr="00E96634">
              <w:rPr>
                <w:rFonts w:eastAsia="Aptos" w:cs="Aptos"/>
                <w:b/>
                <w:bCs/>
                <w:color w:val="4472C4" w:themeColor="accent1"/>
              </w:rPr>
              <w:t>:</w:t>
            </w:r>
          </w:p>
          <w:p w14:paraId="1B230C76" w14:textId="30B1D67B" w:rsidR="00530CC6" w:rsidRPr="002A54E1" w:rsidRDefault="001D158D" w:rsidP="510F7438">
            <w:pPr>
              <w:rPr>
                <w:rFonts w:eastAsia="Aptos" w:cs="Aptos"/>
                <w:b/>
                <w:bCs/>
                <w:color w:val="4472C4" w:themeColor="accent1"/>
              </w:rPr>
            </w:pPr>
            <w:proofErr w:type="spellStart"/>
            <w:r w:rsidRPr="001D158D">
              <w:rPr>
                <w:rFonts w:eastAsia="Aptos" w:cs="Aptos"/>
              </w:rPr>
              <w:t>Ангажовати</w:t>
            </w:r>
            <w:proofErr w:type="spellEnd"/>
            <w:r w:rsidRPr="001D158D">
              <w:rPr>
                <w:rFonts w:eastAsia="Aptos" w:cs="Aptos"/>
              </w:rPr>
              <w:t xml:space="preserve"> </w:t>
            </w:r>
            <w:proofErr w:type="spellStart"/>
            <w:r w:rsidRPr="001D158D">
              <w:rPr>
                <w:rFonts w:eastAsia="Aptos" w:cs="Aptos"/>
              </w:rPr>
              <w:t>искусног</w:t>
            </w:r>
            <w:proofErr w:type="spellEnd"/>
            <w:r w:rsidRPr="001D158D">
              <w:rPr>
                <w:rFonts w:eastAsia="Aptos" w:cs="Aptos"/>
              </w:rPr>
              <w:t xml:space="preserve"> </w:t>
            </w:r>
            <w:proofErr w:type="spellStart"/>
            <w:r w:rsidRPr="001D158D">
              <w:rPr>
                <w:rFonts w:eastAsia="Aptos" w:cs="Aptos"/>
              </w:rPr>
              <w:t>стручњака</w:t>
            </w:r>
            <w:proofErr w:type="spellEnd"/>
            <w:r w:rsidRPr="001D158D">
              <w:rPr>
                <w:rFonts w:eastAsia="Aptos" w:cs="Aptos"/>
              </w:rPr>
              <w:t xml:space="preserve"> </w:t>
            </w:r>
            <w:proofErr w:type="spellStart"/>
            <w:r w:rsidRPr="001D158D">
              <w:rPr>
                <w:rFonts w:eastAsia="Aptos" w:cs="Aptos"/>
              </w:rPr>
              <w:t>да</w:t>
            </w:r>
            <w:proofErr w:type="spellEnd"/>
            <w:r w:rsidRPr="001D158D">
              <w:rPr>
                <w:rFonts w:eastAsia="Aptos" w:cs="Aptos"/>
              </w:rPr>
              <w:t xml:space="preserve"> </w:t>
            </w:r>
            <w:proofErr w:type="spellStart"/>
            <w:r w:rsidRPr="001D158D">
              <w:rPr>
                <w:rFonts w:eastAsia="Aptos" w:cs="Aptos"/>
              </w:rPr>
              <w:t>изради</w:t>
            </w:r>
            <w:proofErr w:type="spellEnd"/>
            <w:r w:rsidRPr="001D158D">
              <w:rPr>
                <w:rFonts w:eastAsia="Aptos" w:cs="Aptos"/>
              </w:rPr>
              <w:t xml:space="preserve"> </w:t>
            </w:r>
            <w:proofErr w:type="spellStart"/>
            <w:r w:rsidRPr="001D158D">
              <w:rPr>
                <w:rFonts w:eastAsia="Aptos" w:cs="Aptos"/>
              </w:rPr>
              <w:t>процену</w:t>
            </w:r>
            <w:proofErr w:type="spellEnd"/>
            <w:r w:rsidRPr="001D158D">
              <w:rPr>
                <w:rFonts w:eastAsia="Aptos" w:cs="Aptos"/>
              </w:rPr>
              <w:t xml:space="preserve"> </w:t>
            </w:r>
            <w:proofErr w:type="spellStart"/>
            <w:r w:rsidRPr="001D158D">
              <w:rPr>
                <w:rFonts w:eastAsia="Aptos" w:cs="Aptos"/>
              </w:rPr>
              <w:t>ризика</w:t>
            </w:r>
            <w:proofErr w:type="spellEnd"/>
            <w:r w:rsidRPr="001D158D">
              <w:rPr>
                <w:rFonts w:eastAsia="Aptos" w:cs="Aptos"/>
              </w:rPr>
              <w:t xml:space="preserve"> и </w:t>
            </w:r>
            <w:proofErr w:type="spellStart"/>
            <w:r w:rsidRPr="001D158D">
              <w:rPr>
                <w:rFonts w:eastAsia="Aptos" w:cs="Aptos"/>
              </w:rPr>
              <w:t>утицаја</w:t>
            </w:r>
            <w:proofErr w:type="spellEnd"/>
            <w:r w:rsidRPr="001D158D">
              <w:rPr>
                <w:rFonts w:eastAsia="Aptos" w:cs="Aptos"/>
              </w:rPr>
              <w:t xml:space="preserve"> </w:t>
            </w:r>
            <w:proofErr w:type="spellStart"/>
            <w:r w:rsidRPr="001D158D">
              <w:rPr>
                <w:rFonts w:eastAsia="Aptos" w:cs="Aptos"/>
              </w:rPr>
              <w:t>на</w:t>
            </w:r>
            <w:proofErr w:type="spellEnd"/>
            <w:r w:rsidRPr="001D158D">
              <w:rPr>
                <w:rFonts w:eastAsia="Aptos" w:cs="Aptos"/>
              </w:rPr>
              <w:t xml:space="preserve"> </w:t>
            </w:r>
            <w:proofErr w:type="spellStart"/>
            <w:r w:rsidRPr="001D158D">
              <w:rPr>
                <w:rFonts w:eastAsia="Aptos" w:cs="Aptos"/>
              </w:rPr>
              <w:t>здравље</w:t>
            </w:r>
            <w:proofErr w:type="spellEnd"/>
            <w:r w:rsidRPr="001D158D">
              <w:rPr>
                <w:rFonts w:eastAsia="Aptos" w:cs="Aptos"/>
              </w:rPr>
              <w:t xml:space="preserve"> и </w:t>
            </w:r>
            <w:proofErr w:type="spellStart"/>
            <w:r w:rsidRPr="001D158D">
              <w:rPr>
                <w:rFonts w:eastAsia="Aptos" w:cs="Aptos"/>
              </w:rPr>
              <w:t>безбедност</w:t>
            </w:r>
            <w:proofErr w:type="spellEnd"/>
            <w:r w:rsidRPr="001D158D">
              <w:rPr>
                <w:rFonts w:eastAsia="Aptos" w:cs="Aptos"/>
              </w:rPr>
              <w:t xml:space="preserve"> </w:t>
            </w:r>
            <w:proofErr w:type="spellStart"/>
            <w:r w:rsidRPr="001D158D">
              <w:rPr>
                <w:rFonts w:eastAsia="Aptos" w:cs="Aptos"/>
              </w:rPr>
              <w:t>заједнице</w:t>
            </w:r>
            <w:proofErr w:type="spellEnd"/>
            <w:r w:rsidRPr="001D158D">
              <w:rPr>
                <w:rFonts w:eastAsia="Aptos" w:cs="Aptos"/>
              </w:rPr>
              <w:t xml:space="preserve"> </w:t>
            </w:r>
            <w:proofErr w:type="spellStart"/>
            <w:r w:rsidRPr="001D158D">
              <w:rPr>
                <w:rFonts w:eastAsia="Aptos" w:cs="Aptos"/>
              </w:rPr>
              <w:t>који</w:t>
            </w:r>
            <w:proofErr w:type="spellEnd"/>
            <w:r w:rsidRPr="001D158D">
              <w:rPr>
                <w:rFonts w:eastAsia="Aptos" w:cs="Aptos"/>
              </w:rPr>
              <w:t xml:space="preserve"> </w:t>
            </w:r>
            <w:proofErr w:type="spellStart"/>
            <w:r w:rsidRPr="001D158D">
              <w:rPr>
                <w:rFonts w:eastAsia="Aptos" w:cs="Aptos"/>
              </w:rPr>
              <w:t>проистичу</w:t>
            </w:r>
            <w:proofErr w:type="spellEnd"/>
            <w:r w:rsidRPr="001D158D">
              <w:rPr>
                <w:rFonts w:eastAsia="Aptos" w:cs="Aptos"/>
              </w:rPr>
              <w:t xml:space="preserve"> </w:t>
            </w:r>
            <w:proofErr w:type="spellStart"/>
            <w:r w:rsidRPr="001D158D">
              <w:rPr>
                <w:rFonts w:eastAsia="Aptos" w:cs="Aptos"/>
              </w:rPr>
              <w:t>из</w:t>
            </w:r>
            <w:proofErr w:type="spellEnd"/>
            <w:r w:rsidRPr="001D158D">
              <w:rPr>
                <w:rFonts w:eastAsia="Aptos" w:cs="Aptos"/>
              </w:rPr>
              <w:t xml:space="preserve"> </w:t>
            </w:r>
            <w:proofErr w:type="spellStart"/>
            <w:r w:rsidRPr="001D158D">
              <w:rPr>
                <w:rFonts w:eastAsia="Aptos" w:cs="Aptos"/>
              </w:rPr>
              <w:t>пројектних</w:t>
            </w:r>
            <w:proofErr w:type="spellEnd"/>
            <w:r w:rsidRPr="001D158D">
              <w:rPr>
                <w:rFonts w:eastAsia="Aptos" w:cs="Aptos"/>
              </w:rPr>
              <w:t xml:space="preserve"> </w:t>
            </w:r>
            <w:proofErr w:type="spellStart"/>
            <w:r w:rsidRPr="001D158D">
              <w:rPr>
                <w:rFonts w:eastAsia="Aptos" w:cs="Aptos"/>
              </w:rPr>
              <w:t>активности</w:t>
            </w:r>
            <w:proofErr w:type="spellEnd"/>
            <w:r w:rsidRPr="001D158D">
              <w:rPr>
                <w:rFonts w:eastAsia="Aptos" w:cs="Aptos"/>
              </w:rPr>
              <w:t xml:space="preserve"> </w:t>
            </w:r>
            <w:proofErr w:type="spellStart"/>
            <w:r w:rsidRPr="001D158D">
              <w:rPr>
                <w:rFonts w:eastAsia="Aptos" w:cs="Aptos"/>
              </w:rPr>
              <w:t>као</w:t>
            </w:r>
            <w:proofErr w:type="spellEnd"/>
            <w:r w:rsidRPr="001D158D">
              <w:rPr>
                <w:rFonts w:eastAsia="Aptos" w:cs="Aptos"/>
              </w:rPr>
              <w:t xml:space="preserve"> </w:t>
            </w:r>
            <w:proofErr w:type="spellStart"/>
            <w:r w:rsidRPr="001D158D">
              <w:rPr>
                <w:rFonts w:eastAsia="Aptos" w:cs="Aptos"/>
              </w:rPr>
              <w:t>део</w:t>
            </w:r>
            <w:proofErr w:type="spellEnd"/>
            <w:r w:rsidRPr="001D158D">
              <w:rPr>
                <w:rFonts w:eastAsia="Aptos" w:cs="Aptos"/>
              </w:rPr>
              <w:t xml:space="preserve"> ESIA</w:t>
            </w:r>
            <w:r w:rsidR="4D31B4D2" w:rsidRPr="00E96634">
              <w:rPr>
                <w:rFonts w:eastAsia="Aptos" w:cs="Aptos"/>
              </w:rPr>
              <w:t xml:space="preserve">, </w:t>
            </w:r>
            <w:proofErr w:type="spellStart"/>
            <w:r w:rsidRPr="001D158D">
              <w:rPr>
                <w:rFonts w:eastAsia="Aptos" w:cs="Aptos"/>
              </w:rPr>
              <w:t>укључујући</w:t>
            </w:r>
            <w:proofErr w:type="spellEnd"/>
            <w:r w:rsidRPr="001D158D">
              <w:rPr>
                <w:rFonts w:eastAsia="Aptos" w:cs="Aptos"/>
              </w:rPr>
              <w:t xml:space="preserve"> </w:t>
            </w:r>
            <w:proofErr w:type="spellStart"/>
            <w:r w:rsidRPr="001D158D">
              <w:rPr>
                <w:rFonts w:eastAsia="Aptos" w:cs="Aptos"/>
              </w:rPr>
              <w:t>Процену</w:t>
            </w:r>
            <w:proofErr w:type="spellEnd"/>
            <w:r w:rsidRPr="001D158D">
              <w:rPr>
                <w:rFonts w:eastAsia="Aptos" w:cs="Aptos"/>
              </w:rPr>
              <w:t xml:space="preserve"> </w:t>
            </w:r>
            <w:proofErr w:type="spellStart"/>
            <w:r w:rsidRPr="001D158D">
              <w:rPr>
                <w:rFonts w:eastAsia="Aptos" w:cs="Aptos"/>
              </w:rPr>
              <w:t>опасности</w:t>
            </w:r>
            <w:proofErr w:type="spellEnd"/>
            <w:r w:rsidRPr="001D158D">
              <w:rPr>
                <w:rFonts w:eastAsia="Aptos" w:cs="Aptos"/>
              </w:rPr>
              <w:t xml:space="preserve"> и </w:t>
            </w:r>
            <w:proofErr w:type="spellStart"/>
            <w:r w:rsidRPr="001D158D">
              <w:rPr>
                <w:rFonts w:eastAsia="Aptos" w:cs="Aptos"/>
              </w:rPr>
              <w:t>ризика</w:t>
            </w:r>
            <w:proofErr w:type="spellEnd"/>
            <w:r w:rsidRPr="001D158D">
              <w:rPr>
                <w:rFonts w:eastAsia="Aptos" w:cs="Aptos"/>
              </w:rPr>
              <w:t xml:space="preserve"> (RHA) </w:t>
            </w:r>
            <w:proofErr w:type="spellStart"/>
            <w:r w:rsidRPr="001D158D">
              <w:rPr>
                <w:rFonts w:eastAsia="Aptos" w:cs="Aptos"/>
              </w:rPr>
              <w:t>ради</w:t>
            </w:r>
            <w:proofErr w:type="spellEnd"/>
            <w:r w:rsidRPr="001D158D">
              <w:rPr>
                <w:rFonts w:eastAsia="Aptos" w:cs="Aptos"/>
              </w:rPr>
              <w:t xml:space="preserve"> </w:t>
            </w:r>
            <w:proofErr w:type="spellStart"/>
            <w:r w:rsidRPr="001D158D">
              <w:rPr>
                <w:rFonts w:eastAsia="Aptos" w:cs="Aptos"/>
              </w:rPr>
              <w:t>идентификације</w:t>
            </w:r>
            <w:proofErr w:type="spellEnd"/>
            <w:r w:rsidRPr="001D158D">
              <w:rPr>
                <w:rFonts w:eastAsia="Aptos" w:cs="Aptos"/>
              </w:rPr>
              <w:t xml:space="preserve"> </w:t>
            </w:r>
            <w:proofErr w:type="spellStart"/>
            <w:r w:rsidRPr="001D158D">
              <w:rPr>
                <w:rFonts w:eastAsia="Aptos" w:cs="Aptos"/>
              </w:rPr>
              <w:t>потенцијалних</w:t>
            </w:r>
            <w:proofErr w:type="spellEnd"/>
            <w:r w:rsidRPr="001D158D">
              <w:rPr>
                <w:rFonts w:eastAsia="Aptos" w:cs="Aptos"/>
              </w:rPr>
              <w:t xml:space="preserve"> </w:t>
            </w:r>
            <w:proofErr w:type="spellStart"/>
            <w:r w:rsidRPr="001D158D">
              <w:rPr>
                <w:rFonts w:eastAsia="Aptos" w:cs="Aptos"/>
              </w:rPr>
              <w:t>ванредних</w:t>
            </w:r>
            <w:proofErr w:type="spellEnd"/>
            <w:r w:rsidRPr="001D158D">
              <w:rPr>
                <w:rFonts w:eastAsia="Aptos" w:cs="Aptos"/>
              </w:rPr>
              <w:t xml:space="preserve"> </w:t>
            </w:r>
            <w:proofErr w:type="spellStart"/>
            <w:r w:rsidRPr="001D158D">
              <w:rPr>
                <w:rFonts w:eastAsia="Aptos" w:cs="Aptos"/>
              </w:rPr>
              <w:t>догађаја</w:t>
            </w:r>
            <w:proofErr w:type="spellEnd"/>
            <w:r w:rsidR="4D31B4D2" w:rsidRPr="00E96634">
              <w:rPr>
                <w:rFonts w:eastAsia="Aptos" w:cs="Aptos"/>
              </w:rPr>
              <w:t xml:space="preserve">. </w:t>
            </w:r>
            <w:proofErr w:type="spellStart"/>
            <w:r w:rsidRPr="001D158D">
              <w:rPr>
                <w:rFonts w:eastAsia="Aptos" w:cs="Aptos"/>
              </w:rPr>
              <w:t>На</w:t>
            </w:r>
            <w:proofErr w:type="spellEnd"/>
            <w:r w:rsidRPr="001D158D">
              <w:rPr>
                <w:rFonts w:eastAsia="Aptos" w:cs="Aptos"/>
              </w:rPr>
              <w:t xml:space="preserve"> </w:t>
            </w:r>
            <w:proofErr w:type="spellStart"/>
            <w:r w:rsidRPr="001D158D">
              <w:rPr>
                <w:rFonts w:eastAsia="Aptos" w:cs="Aptos"/>
              </w:rPr>
              <w:t>основу</w:t>
            </w:r>
            <w:proofErr w:type="spellEnd"/>
            <w:r w:rsidRPr="001D158D">
              <w:rPr>
                <w:rFonts w:eastAsia="Aptos" w:cs="Aptos"/>
              </w:rPr>
              <w:t xml:space="preserve"> </w:t>
            </w:r>
            <w:proofErr w:type="spellStart"/>
            <w:r w:rsidRPr="001D158D">
              <w:rPr>
                <w:rFonts w:eastAsia="Aptos" w:cs="Aptos"/>
              </w:rPr>
              <w:lastRenderedPageBreak/>
              <w:t>налаза</w:t>
            </w:r>
            <w:proofErr w:type="spellEnd"/>
            <w:r w:rsidRPr="001D158D">
              <w:rPr>
                <w:rFonts w:eastAsia="Aptos" w:cs="Aptos"/>
              </w:rPr>
              <w:t xml:space="preserve">, </w:t>
            </w:r>
            <w:proofErr w:type="spellStart"/>
            <w:r w:rsidRPr="001D158D">
              <w:rPr>
                <w:rFonts w:eastAsia="Aptos" w:cs="Aptos"/>
              </w:rPr>
              <w:t>припремити</w:t>
            </w:r>
            <w:proofErr w:type="spellEnd"/>
            <w:r w:rsidRPr="001D158D">
              <w:rPr>
                <w:rFonts w:eastAsia="Aptos" w:cs="Aptos"/>
              </w:rPr>
              <w:t xml:space="preserve">, </w:t>
            </w:r>
            <w:proofErr w:type="spellStart"/>
            <w:r w:rsidRPr="001D158D">
              <w:rPr>
                <w:rFonts w:eastAsia="Aptos" w:cs="Aptos"/>
              </w:rPr>
              <w:t>усвојити</w:t>
            </w:r>
            <w:proofErr w:type="spellEnd"/>
            <w:r w:rsidRPr="001D158D">
              <w:rPr>
                <w:rFonts w:eastAsia="Aptos" w:cs="Aptos"/>
              </w:rPr>
              <w:t xml:space="preserve"> и </w:t>
            </w:r>
            <w:proofErr w:type="spellStart"/>
            <w:r w:rsidRPr="001D158D">
              <w:rPr>
                <w:rFonts w:eastAsia="Aptos" w:cs="Aptos"/>
              </w:rPr>
              <w:t>спровести</w:t>
            </w:r>
            <w:proofErr w:type="spellEnd"/>
            <w:r w:rsidRPr="001D158D">
              <w:rPr>
                <w:rFonts w:eastAsia="Aptos" w:cs="Aptos"/>
              </w:rPr>
              <w:t xml:space="preserve"> </w:t>
            </w:r>
            <w:proofErr w:type="spellStart"/>
            <w:r w:rsidRPr="001D158D">
              <w:rPr>
                <w:rFonts w:eastAsia="Aptos" w:cs="Aptos"/>
              </w:rPr>
              <w:t>План</w:t>
            </w:r>
            <w:proofErr w:type="spellEnd"/>
            <w:r w:rsidRPr="001D158D">
              <w:rPr>
                <w:rFonts w:eastAsia="Aptos" w:cs="Aptos"/>
              </w:rPr>
              <w:t xml:space="preserve"> </w:t>
            </w:r>
            <w:proofErr w:type="spellStart"/>
            <w:r w:rsidRPr="001D158D">
              <w:rPr>
                <w:rFonts w:eastAsia="Aptos" w:cs="Aptos"/>
              </w:rPr>
              <w:t>здравља</w:t>
            </w:r>
            <w:proofErr w:type="spellEnd"/>
            <w:r w:rsidRPr="001D158D">
              <w:rPr>
                <w:rFonts w:eastAsia="Aptos" w:cs="Aptos"/>
              </w:rPr>
              <w:t xml:space="preserve"> и </w:t>
            </w:r>
            <w:proofErr w:type="spellStart"/>
            <w:r w:rsidRPr="001D158D">
              <w:rPr>
                <w:rFonts w:eastAsia="Aptos" w:cs="Aptos"/>
              </w:rPr>
              <w:t>безбедности</w:t>
            </w:r>
            <w:proofErr w:type="spellEnd"/>
            <w:r w:rsidRPr="001D158D">
              <w:rPr>
                <w:rFonts w:eastAsia="Aptos" w:cs="Aptos"/>
              </w:rPr>
              <w:t xml:space="preserve"> </w:t>
            </w:r>
            <w:proofErr w:type="spellStart"/>
            <w:r w:rsidRPr="001D158D">
              <w:rPr>
                <w:rFonts w:eastAsia="Aptos" w:cs="Aptos"/>
              </w:rPr>
              <w:t>заједнице</w:t>
            </w:r>
            <w:proofErr w:type="spellEnd"/>
            <w:r w:rsidRPr="001D158D">
              <w:rPr>
                <w:rFonts w:eastAsia="Aptos" w:cs="Aptos"/>
              </w:rPr>
              <w:t xml:space="preserve"> </w:t>
            </w:r>
            <w:r w:rsidR="5D93DBE1" w:rsidRPr="002A54E1">
              <w:rPr>
                <w:rFonts w:eastAsia="Aptos" w:cs="Aptos"/>
              </w:rPr>
              <w:t>(CSHP)</w:t>
            </w:r>
            <w:r w:rsidR="000E7123" w:rsidRPr="002A54E1">
              <w:rPr>
                <w:rFonts w:eastAsia="Aptos" w:cs="Aptos"/>
              </w:rPr>
              <w:t xml:space="preserve"> </w:t>
            </w:r>
            <w:proofErr w:type="spellStart"/>
            <w:r w:rsidRPr="001D158D">
              <w:rPr>
                <w:rFonts w:eastAsia="Aptos" w:cs="Aptos"/>
              </w:rPr>
              <w:t>укључујући</w:t>
            </w:r>
            <w:proofErr w:type="spellEnd"/>
            <w:r w:rsidRPr="001D158D">
              <w:rPr>
                <w:rFonts w:eastAsia="Aptos" w:cs="Aptos"/>
              </w:rPr>
              <w:t xml:space="preserve"> </w:t>
            </w:r>
            <w:proofErr w:type="spellStart"/>
            <w:r w:rsidRPr="001D158D">
              <w:rPr>
                <w:rFonts w:eastAsia="Aptos" w:cs="Aptos"/>
              </w:rPr>
              <w:t>План</w:t>
            </w:r>
            <w:proofErr w:type="spellEnd"/>
            <w:r w:rsidRPr="001D158D">
              <w:rPr>
                <w:rFonts w:eastAsia="Aptos" w:cs="Aptos"/>
              </w:rPr>
              <w:t xml:space="preserve"> </w:t>
            </w:r>
            <w:proofErr w:type="spellStart"/>
            <w:r w:rsidRPr="001D158D">
              <w:rPr>
                <w:rFonts w:eastAsia="Aptos" w:cs="Aptos"/>
              </w:rPr>
              <w:t>спремности</w:t>
            </w:r>
            <w:proofErr w:type="spellEnd"/>
            <w:r w:rsidRPr="001D158D">
              <w:rPr>
                <w:rFonts w:eastAsia="Aptos" w:cs="Aptos"/>
              </w:rPr>
              <w:t xml:space="preserve"> и </w:t>
            </w:r>
            <w:proofErr w:type="spellStart"/>
            <w:r w:rsidRPr="001D158D">
              <w:rPr>
                <w:rFonts w:eastAsia="Aptos" w:cs="Aptos"/>
              </w:rPr>
              <w:t>реаговања</w:t>
            </w:r>
            <w:proofErr w:type="spellEnd"/>
            <w:r w:rsidRPr="001D158D">
              <w:rPr>
                <w:rFonts w:eastAsia="Aptos" w:cs="Aptos"/>
              </w:rPr>
              <w:t xml:space="preserve"> у </w:t>
            </w:r>
            <w:proofErr w:type="spellStart"/>
            <w:r w:rsidRPr="001D158D">
              <w:rPr>
                <w:rFonts w:eastAsia="Aptos" w:cs="Aptos"/>
              </w:rPr>
              <w:t>ванредним</w:t>
            </w:r>
            <w:proofErr w:type="spellEnd"/>
            <w:r w:rsidRPr="001D158D">
              <w:rPr>
                <w:rFonts w:eastAsia="Aptos" w:cs="Aptos"/>
              </w:rPr>
              <w:t xml:space="preserve"> </w:t>
            </w:r>
            <w:proofErr w:type="spellStart"/>
            <w:r w:rsidRPr="001D158D">
              <w:rPr>
                <w:rFonts w:eastAsia="Aptos" w:cs="Aptos"/>
              </w:rPr>
              <w:t>ситуацијама</w:t>
            </w:r>
            <w:proofErr w:type="spellEnd"/>
            <w:r w:rsidRPr="001D158D">
              <w:rPr>
                <w:rFonts w:eastAsia="Aptos" w:cs="Aptos"/>
              </w:rPr>
              <w:t xml:space="preserve"> (EPRP) </w:t>
            </w:r>
            <w:proofErr w:type="spellStart"/>
            <w:r w:rsidRPr="001D158D">
              <w:rPr>
                <w:rFonts w:eastAsia="Aptos" w:cs="Aptos"/>
              </w:rPr>
              <w:t>за</w:t>
            </w:r>
            <w:proofErr w:type="spellEnd"/>
            <w:r w:rsidRPr="001D158D">
              <w:rPr>
                <w:rFonts w:eastAsia="Aptos" w:cs="Aptos"/>
              </w:rPr>
              <w:t xml:space="preserve"> </w:t>
            </w:r>
            <w:proofErr w:type="spellStart"/>
            <w:r w:rsidRPr="001D158D">
              <w:rPr>
                <w:rFonts w:eastAsia="Aptos" w:cs="Aptos"/>
              </w:rPr>
              <w:t>фазе</w:t>
            </w:r>
            <w:proofErr w:type="spellEnd"/>
            <w:r w:rsidRPr="001D158D">
              <w:rPr>
                <w:rFonts w:eastAsia="Aptos" w:cs="Aptos"/>
              </w:rPr>
              <w:t xml:space="preserve"> </w:t>
            </w:r>
            <w:proofErr w:type="spellStart"/>
            <w:r w:rsidRPr="001D158D">
              <w:rPr>
                <w:rFonts w:eastAsia="Aptos" w:cs="Aptos"/>
              </w:rPr>
              <w:t>изградње</w:t>
            </w:r>
            <w:proofErr w:type="spellEnd"/>
            <w:r w:rsidRPr="001D158D">
              <w:rPr>
                <w:rFonts w:eastAsia="Aptos" w:cs="Aptos"/>
              </w:rPr>
              <w:t xml:space="preserve">, </w:t>
            </w:r>
            <w:proofErr w:type="spellStart"/>
            <w:r w:rsidRPr="001D158D">
              <w:rPr>
                <w:rFonts w:eastAsia="Aptos" w:cs="Aptos"/>
              </w:rPr>
              <w:t>пуштања</w:t>
            </w:r>
            <w:proofErr w:type="spellEnd"/>
            <w:r w:rsidRPr="001D158D">
              <w:rPr>
                <w:rFonts w:eastAsia="Aptos" w:cs="Aptos"/>
              </w:rPr>
              <w:t xml:space="preserve"> у </w:t>
            </w:r>
            <w:proofErr w:type="spellStart"/>
            <w:r w:rsidRPr="001D158D">
              <w:rPr>
                <w:rFonts w:eastAsia="Aptos" w:cs="Aptos"/>
              </w:rPr>
              <w:t>рад</w:t>
            </w:r>
            <w:proofErr w:type="spellEnd"/>
            <w:r w:rsidRPr="001D158D">
              <w:rPr>
                <w:rFonts w:eastAsia="Aptos" w:cs="Aptos"/>
              </w:rPr>
              <w:t xml:space="preserve"> и </w:t>
            </w:r>
            <w:proofErr w:type="spellStart"/>
            <w:r w:rsidRPr="001D158D">
              <w:rPr>
                <w:rFonts w:eastAsia="Aptos" w:cs="Aptos"/>
              </w:rPr>
              <w:t>рада</w:t>
            </w:r>
            <w:proofErr w:type="spellEnd"/>
            <w:r w:rsidR="648FA538" w:rsidRPr="002A54E1">
              <w:rPr>
                <w:rFonts w:eastAsia="Aptos" w:cs="Aptos"/>
              </w:rPr>
              <w:t>.</w:t>
            </w:r>
          </w:p>
        </w:tc>
        <w:tc>
          <w:tcPr>
            <w:tcW w:w="1204" w:type="pct"/>
          </w:tcPr>
          <w:p w14:paraId="3D5DB18B" w14:textId="77777777" w:rsidR="008B4670" w:rsidRPr="002A54E1" w:rsidRDefault="008B4670" w:rsidP="510F7438">
            <w:pPr>
              <w:jc w:val="left"/>
              <w:rPr>
                <w:rFonts w:eastAsia="Aptos" w:cs="Aptos"/>
              </w:rPr>
            </w:pPr>
          </w:p>
          <w:p w14:paraId="2AA1DC8A" w14:textId="309D637E" w:rsidR="00530CC6" w:rsidRPr="002A54E1" w:rsidRDefault="001D158D" w:rsidP="510F7438">
            <w:pPr>
              <w:jc w:val="left"/>
              <w:rPr>
                <w:rFonts w:eastAsia="Aptos" w:cs="Aptos"/>
              </w:rPr>
            </w:pPr>
            <w:proofErr w:type="spellStart"/>
            <w:r w:rsidRPr="001D158D">
              <w:rPr>
                <w:rFonts w:eastAsia="Aptos" w:cs="Aptos"/>
              </w:rPr>
              <w:t>Исти</w:t>
            </w:r>
            <w:proofErr w:type="spellEnd"/>
            <w:r w:rsidRPr="001D158D">
              <w:rPr>
                <w:rFonts w:eastAsia="Aptos" w:cs="Aptos"/>
              </w:rPr>
              <w:t xml:space="preserve"> </w:t>
            </w:r>
            <w:proofErr w:type="spellStart"/>
            <w:r w:rsidRPr="001D158D">
              <w:rPr>
                <w:rFonts w:eastAsia="Aptos" w:cs="Aptos"/>
              </w:rPr>
              <w:t>временски</w:t>
            </w:r>
            <w:proofErr w:type="spellEnd"/>
            <w:r w:rsidRPr="001D158D">
              <w:rPr>
                <w:rFonts w:eastAsia="Aptos" w:cs="Aptos"/>
              </w:rPr>
              <w:t xml:space="preserve"> </w:t>
            </w:r>
            <w:proofErr w:type="spellStart"/>
            <w:r w:rsidRPr="001D158D">
              <w:rPr>
                <w:rFonts w:eastAsia="Aptos" w:cs="Aptos"/>
              </w:rPr>
              <w:t>оквир</w:t>
            </w:r>
            <w:proofErr w:type="spellEnd"/>
            <w:r w:rsidRPr="001D158D">
              <w:rPr>
                <w:rFonts w:eastAsia="Aptos" w:cs="Aptos"/>
              </w:rPr>
              <w:t xml:space="preserve"> </w:t>
            </w:r>
            <w:proofErr w:type="spellStart"/>
            <w:r w:rsidRPr="001D158D">
              <w:rPr>
                <w:rFonts w:eastAsia="Aptos" w:cs="Aptos"/>
              </w:rPr>
              <w:t>као</w:t>
            </w:r>
            <w:proofErr w:type="spellEnd"/>
            <w:r w:rsidRPr="001D158D">
              <w:rPr>
                <w:rFonts w:eastAsia="Aptos" w:cs="Aptos"/>
              </w:rPr>
              <w:t xml:space="preserve"> и </w:t>
            </w:r>
            <w:proofErr w:type="spellStart"/>
            <w:r w:rsidRPr="001D158D">
              <w:rPr>
                <w:rFonts w:eastAsia="Aptos" w:cs="Aptos"/>
              </w:rPr>
              <w:t>за</w:t>
            </w:r>
            <w:proofErr w:type="spellEnd"/>
            <w:r w:rsidRPr="001D158D">
              <w:rPr>
                <w:rFonts w:eastAsia="Aptos" w:cs="Aptos"/>
              </w:rPr>
              <w:t xml:space="preserve"> ESIA и ESMP (</w:t>
            </w:r>
            <w:proofErr w:type="spellStart"/>
            <w:r w:rsidRPr="001D158D">
              <w:rPr>
                <w:rFonts w:eastAsia="Aptos" w:cs="Aptos"/>
              </w:rPr>
              <w:t>Активност</w:t>
            </w:r>
            <w:proofErr w:type="spellEnd"/>
            <w:r>
              <w:rPr>
                <w:rFonts w:eastAsia="Aptos" w:cs="Aptos"/>
                <w:lang w:val="sr-Cyrl-RS"/>
              </w:rPr>
              <w:t xml:space="preserve"> </w:t>
            </w:r>
            <w:r w:rsidR="00B903DB" w:rsidRPr="002A54E1">
              <w:rPr>
                <w:rFonts w:eastAsia="Aptos" w:cs="Aptos"/>
              </w:rPr>
              <w:t>1.1)</w:t>
            </w:r>
          </w:p>
        </w:tc>
        <w:tc>
          <w:tcPr>
            <w:tcW w:w="733" w:type="pct"/>
          </w:tcPr>
          <w:p w14:paraId="412D347C" w14:textId="77777777" w:rsidR="00814575" w:rsidRPr="002A54E1" w:rsidRDefault="00814575" w:rsidP="510F7438">
            <w:pPr>
              <w:jc w:val="left"/>
              <w:rPr>
                <w:rFonts w:eastAsia="Aptos" w:cs="Aptos"/>
              </w:rPr>
            </w:pPr>
          </w:p>
          <w:p w14:paraId="4705E925" w14:textId="370453B1" w:rsidR="00F52B0E" w:rsidRPr="001D158D" w:rsidRDefault="001D158D" w:rsidP="510F7438">
            <w:pPr>
              <w:jc w:val="left"/>
              <w:rPr>
                <w:rFonts w:eastAsia="Aptos" w:cs="Aptos"/>
                <w:lang w:val="sr-Cyrl-RS"/>
              </w:rPr>
            </w:pPr>
            <w:r>
              <w:rPr>
                <w:rFonts w:eastAsia="Aptos" w:cs="Aptos"/>
                <w:lang w:val="sr-Cyrl-RS"/>
              </w:rPr>
              <w:t>МРЕ</w:t>
            </w:r>
          </w:p>
          <w:p w14:paraId="503BFFAB" w14:textId="228C282A" w:rsidR="0040077C" w:rsidRDefault="001D158D" w:rsidP="0040077C">
            <w:pPr>
              <w:jc w:val="left"/>
              <w:rPr>
                <w:rFonts w:cs="Times New Roman"/>
              </w:rPr>
            </w:pPr>
            <w:proofErr w:type="spellStart"/>
            <w:r w:rsidRPr="001D158D">
              <w:rPr>
                <w:rFonts w:cs="Times New Roman"/>
              </w:rPr>
              <w:t>Гасна</w:t>
            </w:r>
            <w:proofErr w:type="spellEnd"/>
            <w:r w:rsidRPr="001D158D">
              <w:rPr>
                <w:rFonts w:cs="Times New Roman"/>
              </w:rPr>
              <w:t xml:space="preserve"> </w:t>
            </w:r>
            <w:proofErr w:type="spellStart"/>
            <w:r w:rsidRPr="001D158D">
              <w:rPr>
                <w:rFonts w:cs="Times New Roman"/>
              </w:rPr>
              <w:t>инфраструктура</w:t>
            </w:r>
            <w:proofErr w:type="spellEnd"/>
          </w:p>
          <w:p w14:paraId="28CC153F" w14:textId="2CA93541" w:rsidR="0040077C" w:rsidRPr="00347368" w:rsidRDefault="001D158D" w:rsidP="0040077C">
            <w:pPr>
              <w:jc w:val="left"/>
              <w:rPr>
                <w:rFonts w:cs="Times New Roman"/>
              </w:rPr>
            </w:pPr>
            <w:proofErr w:type="spellStart"/>
            <w:r w:rsidRPr="001D158D">
              <w:rPr>
                <w:rFonts w:cs="Times New Roman"/>
              </w:rPr>
              <w:t>Србијагас</w:t>
            </w:r>
            <w:proofErr w:type="spellEnd"/>
          </w:p>
          <w:p w14:paraId="1E967386" w14:textId="64B94C6D" w:rsidR="00530CC6" w:rsidRPr="002A54E1" w:rsidRDefault="00530CC6" w:rsidP="510F7438">
            <w:pPr>
              <w:jc w:val="left"/>
              <w:rPr>
                <w:rFonts w:eastAsia="Aptos" w:cs="Aptos"/>
              </w:rPr>
            </w:pPr>
          </w:p>
        </w:tc>
      </w:tr>
      <w:tr w:rsidR="00625796" w:rsidRPr="00347368" w14:paraId="309F2AA3" w14:textId="77777777" w:rsidTr="009D7F44">
        <w:tc>
          <w:tcPr>
            <w:tcW w:w="268" w:type="pct"/>
          </w:tcPr>
          <w:p w14:paraId="3BB4F509" w14:textId="2BFEC01F" w:rsidR="00EC0116" w:rsidRPr="00347368" w:rsidRDefault="00EC0116" w:rsidP="00347368">
            <w:pPr>
              <w:jc w:val="left"/>
              <w:rPr>
                <w:rFonts w:cs="Times New Roman"/>
              </w:rPr>
            </w:pPr>
            <w:r w:rsidRPr="00347368">
              <w:rPr>
                <w:rFonts w:cs="Times New Roman"/>
              </w:rPr>
              <w:lastRenderedPageBreak/>
              <w:t>4.3.</w:t>
            </w:r>
          </w:p>
        </w:tc>
        <w:tc>
          <w:tcPr>
            <w:tcW w:w="2795" w:type="pct"/>
          </w:tcPr>
          <w:p w14:paraId="244F1B1F" w14:textId="3A9B151C" w:rsidR="008B4670" w:rsidRPr="00347368" w:rsidRDefault="00E52788" w:rsidP="00347368">
            <w:pPr>
              <w:jc w:val="left"/>
              <w:rPr>
                <w:rFonts w:cs="Times New Roman"/>
              </w:rPr>
            </w:pPr>
            <w:r w:rsidRPr="00E52788">
              <w:rPr>
                <w:rFonts w:cs="Times New Roman"/>
                <w:b/>
                <w:bCs/>
                <w:color w:val="4472C4" w:themeColor="accent1"/>
              </w:rPr>
              <w:t>РИЗИЦИ ОД</w:t>
            </w:r>
            <w:r>
              <w:rPr>
                <w:rFonts w:cs="Times New Roman"/>
                <w:b/>
                <w:bCs/>
                <w:color w:val="4472C4" w:themeColor="accent1"/>
                <w:lang w:val="sr-Cyrl-RS"/>
              </w:rPr>
              <w:t xml:space="preserve"> </w:t>
            </w:r>
            <w:r w:rsidR="00EC0116" w:rsidRPr="00347368">
              <w:rPr>
                <w:rFonts w:cs="Times New Roman"/>
                <w:b/>
                <w:bCs/>
                <w:color w:val="4472C4" w:themeColor="accent1"/>
              </w:rPr>
              <w:t xml:space="preserve">SEA </w:t>
            </w:r>
            <w:r>
              <w:rPr>
                <w:rFonts w:cs="Times New Roman"/>
                <w:b/>
                <w:bCs/>
                <w:color w:val="4472C4" w:themeColor="accent1"/>
                <w:lang w:val="sr-Cyrl-RS"/>
              </w:rPr>
              <w:t xml:space="preserve">/ </w:t>
            </w:r>
            <w:r w:rsidR="008B4670" w:rsidRPr="00347368">
              <w:rPr>
                <w:rFonts w:cs="Times New Roman"/>
                <w:b/>
                <w:bCs/>
                <w:color w:val="4472C4" w:themeColor="accent1"/>
              </w:rPr>
              <w:t>SH</w:t>
            </w:r>
            <w:r w:rsidR="00EC0116" w:rsidRPr="00347368">
              <w:rPr>
                <w:rFonts w:cs="Times New Roman"/>
                <w:color w:val="4472C4" w:themeColor="accent1"/>
              </w:rPr>
              <w:t>:</w:t>
            </w:r>
          </w:p>
          <w:p w14:paraId="28292640" w14:textId="1D06AB6C" w:rsidR="00EC0116" w:rsidRPr="00347368" w:rsidRDefault="00E52788" w:rsidP="00347368">
            <w:pPr>
              <w:jc w:val="left"/>
              <w:rPr>
                <w:rFonts w:cs="Times New Roman"/>
              </w:rPr>
            </w:pPr>
            <w:proofErr w:type="spellStart"/>
            <w:r w:rsidRPr="00E52788">
              <w:rPr>
                <w:rFonts w:cs="Times New Roman"/>
              </w:rPr>
              <w:t>Припремити</w:t>
            </w:r>
            <w:proofErr w:type="spellEnd"/>
            <w:r w:rsidRPr="00E52788">
              <w:rPr>
                <w:rFonts w:cs="Times New Roman"/>
              </w:rPr>
              <w:t xml:space="preserve"> </w:t>
            </w:r>
            <w:proofErr w:type="spellStart"/>
            <w:r w:rsidRPr="00E52788">
              <w:rPr>
                <w:rFonts w:cs="Times New Roman"/>
              </w:rPr>
              <w:t>процену</w:t>
            </w:r>
            <w:proofErr w:type="spellEnd"/>
            <w:r w:rsidRPr="00E52788">
              <w:rPr>
                <w:rFonts w:cs="Times New Roman"/>
              </w:rPr>
              <w:t xml:space="preserve"> </w:t>
            </w:r>
            <w:proofErr w:type="spellStart"/>
            <w:r w:rsidRPr="00E52788">
              <w:rPr>
                <w:rFonts w:cs="Times New Roman"/>
              </w:rPr>
              <w:t>ризика</w:t>
            </w:r>
            <w:proofErr w:type="spellEnd"/>
            <w:r w:rsidRPr="00E52788">
              <w:rPr>
                <w:rFonts w:cs="Times New Roman"/>
              </w:rPr>
              <w:t xml:space="preserve"> </w:t>
            </w:r>
            <w:proofErr w:type="spellStart"/>
            <w:r w:rsidRPr="00E52788">
              <w:rPr>
                <w:rFonts w:cs="Times New Roman"/>
              </w:rPr>
              <w:t>од</w:t>
            </w:r>
            <w:proofErr w:type="spellEnd"/>
            <w:r w:rsidRPr="00E52788">
              <w:rPr>
                <w:rFonts w:cs="Times New Roman"/>
              </w:rPr>
              <w:t xml:space="preserve"> SEA и SH </w:t>
            </w:r>
            <w:proofErr w:type="spellStart"/>
            <w:r w:rsidRPr="00E52788">
              <w:rPr>
                <w:rFonts w:cs="Times New Roman"/>
              </w:rPr>
              <w:t>као</w:t>
            </w:r>
            <w:proofErr w:type="spellEnd"/>
            <w:r w:rsidRPr="00E52788">
              <w:rPr>
                <w:rFonts w:cs="Times New Roman"/>
              </w:rPr>
              <w:t xml:space="preserve"> </w:t>
            </w:r>
            <w:proofErr w:type="spellStart"/>
            <w:r w:rsidRPr="00E52788">
              <w:rPr>
                <w:rFonts w:cs="Times New Roman"/>
              </w:rPr>
              <w:t>део</w:t>
            </w:r>
            <w:proofErr w:type="spellEnd"/>
            <w:r w:rsidRPr="00E52788">
              <w:rPr>
                <w:rFonts w:cs="Times New Roman"/>
              </w:rPr>
              <w:t xml:space="preserve"> ESIA и </w:t>
            </w:r>
            <w:proofErr w:type="spellStart"/>
            <w:r w:rsidRPr="00E52788">
              <w:rPr>
                <w:rFonts w:cs="Times New Roman"/>
              </w:rPr>
              <w:t>припремити</w:t>
            </w:r>
            <w:proofErr w:type="spellEnd"/>
            <w:r w:rsidRPr="00E52788">
              <w:rPr>
                <w:rFonts w:cs="Times New Roman"/>
              </w:rPr>
              <w:t xml:space="preserve"> и </w:t>
            </w:r>
            <w:proofErr w:type="spellStart"/>
            <w:r w:rsidRPr="00E52788">
              <w:rPr>
                <w:rFonts w:cs="Times New Roman"/>
              </w:rPr>
              <w:t>спровести</w:t>
            </w:r>
            <w:proofErr w:type="spellEnd"/>
            <w:r w:rsidRPr="00E52788">
              <w:rPr>
                <w:rFonts w:cs="Times New Roman"/>
              </w:rPr>
              <w:t xml:space="preserve"> </w:t>
            </w:r>
            <w:proofErr w:type="spellStart"/>
            <w:r w:rsidRPr="00E52788">
              <w:rPr>
                <w:rFonts w:cs="Times New Roman"/>
              </w:rPr>
              <w:t>Акциони</w:t>
            </w:r>
            <w:proofErr w:type="spellEnd"/>
            <w:r w:rsidRPr="00E52788">
              <w:rPr>
                <w:rFonts w:cs="Times New Roman"/>
              </w:rPr>
              <w:t xml:space="preserve"> </w:t>
            </w:r>
            <w:proofErr w:type="spellStart"/>
            <w:r w:rsidRPr="00E52788">
              <w:rPr>
                <w:rFonts w:cs="Times New Roman"/>
              </w:rPr>
              <w:t>план</w:t>
            </w:r>
            <w:proofErr w:type="spellEnd"/>
            <w:r w:rsidRPr="00E52788">
              <w:rPr>
                <w:rFonts w:cs="Times New Roman"/>
              </w:rPr>
              <w:t xml:space="preserve"> </w:t>
            </w:r>
            <w:proofErr w:type="spellStart"/>
            <w:r w:rsidRPr="00E52788">
              <w:rPr>
                <w:rFonts w:cs="Times New Roman"/>
              </w:rPr>
              <w:t>за</w:t>
            </w:r>
            <w:proofErr w:type="spellEnd"/>
            <w:r w:rsidRPr="00E52788">
              <w:rPr>
                <w:rFonts w:cs="Times New Roman"/>
              </w:rPr>
              <w:t xml:space="preserve"> SEA/SH </w:t>
            </w:r>
            <w:proofErr w:type="spellStart"/>
            <w:r w:rsidRPr="00E52788">
              <w:rPr>
                <w:rFonts w:cs="Times New Roman"/>
              </w:rPr>
              <w:t>као</w:t>
            </w:r>
            <w:proofErr w:type="spellEnd"/>
            <w:r w:rsidRPr="00E52788">
              <w:rPr>
                <w:rFonts w:cs="Times New Roman"/>
              </w:rPr>
              <w:t xml:space="preserve"> </w:t>
            </w:r>
            <w:proofErr w:type="spellStart"/>
            <w:r w:rsidRPr="00E52788">
              <w:rPr>
                <w:rFonts w:cs="Times New Roman"/>
              </w:rPr>
              <w:t>део</w:t>
            </w:r>
            <w:proofErr w:type="spellEnd"/>
            <w:r w:rsidRPr="00E52788">
              <w:rPr>
                <w:rFonts w:cs="Times New Roman"/>
              </w:rPr>
              <w:t xml:space="preserve"> ESMP </w:t>
            </w:r>
            <w:proofErr w:type="spellStart"/>
            <w:r w:rsidRPr="00E52788">
              <w:rPr>
                <w:rFonts w:cs="Times New Roman"/>
              </w:rPr>
              <w:t>ради</w:t>
            </w:r>
            <w:proofErr w:type="spellEnd"/>
            <w:r w:rsidRPr="00E52788">
              <w:rPr>
                <w:rFonts w:cs="Times New Roman"/>
              </w:rPr>
              <w:t xml:space="preserve"> </w:t>
            </w:r>
            <w:proofErr w:type="spellStart"/>
            <w:r w:rsidRPr="00E52788">
              <w:rPr>
                <w:rFonts w:cs="Times New Roman"/>
              </w:rPr>
              <w:t>управљања</w:t>
            </w:r>
            <w:proofErr w:type="spellEnd"/>
            <w:r w:rsidRPr="00E52788">
              <w:rPr>
                <w:rFonts w:cs="Times New Roman"/>
              </w:rPr>
              <w:t xml:space="preserve"> </w:t>
            </w:r>
            <w:proofErr w:type="spellStart"/>
            <w:r w:rsidRPr="00E52788">
              <w:rPr>
                <w:rFonts w:cs="Times New Roman"/>
              </w:rPr>
              <w:t>ризицима</w:t>
            </w:r>
            <w:proofErr w:type="spellEnd"/>
            <w:r w:rsidRPr="00E52788">
              <w:rPr>
                <w:rFonts w:cs="Times New Roman"/>
              </w:rPr>
              <w:t xml:space="preserve"> </w:t>
            </w:r>
            <w:proofErr w:type="spellStart"/>
            <w:r w:rsidRPr="00E52788">
              <w:rPr>
                <w:rFonts w:cs="Times New Roman"/>
              </w:rPr>
              <w:t>од</w:t>
            </w:r>
            <w:proofErr w:type="spellEnd"/>
            <w:r w:rsidRPr="00E52788">
              <w:rPr>
                <w:rFonts w:cs="Times New Roman"/>
              </w:rPr>
              <w:t xml:space="preserve"> SEA и SH</w:t>
            </w:r>
            <w:r w:rsidR="008B4670" w:rsidRPr="00347368">
              <w:rPr>
                <w:rFonts w:cs="Times New Roman"/>
              </w:rPr>
              <w:t>.</w:t>
            </w:r>
          </w:p>
        </w:tc>
        <w:tc>
          <w:tcPr>
            <w:tcW w:w="1204" w:type="pct"/>
          </w:tcPr>
          <w:p w14:paraId="5D830245" w14:textId="77777777" w:rsidR="008B4670" w:rsidRPr="00347368" w:rsidRDefault="008B4670" w:rsidP="00347368">
            <w:pPr>
              <w:jc w:val="left"/>
              <w:rPr>
                <w:rFonts w:cs="Times New Roman"/>
              </w:rPr>
            </w:pPr>
          </w:p>
          <w:p w14:paraId="4DAD1FC5" w14:textId="314EAD1E" w:rsidR="00EC0116" w:rsidRPr="00347368" w:rsidRDefault="00E52788" w:rsidP="00347368">
            <w:pPr>
              <w:jc w:val="left"/>
              <w:rPr>
                <w:rFonts w:cs="Times New Roman"/>
              </w:rPr>
            </w:pPr>
            <w:proofErr w:type="spellStart"/>
            <w:r w:rsidRPr="00E52788">
              <w:rPr>
                <w:rFonts w:cs="Times New Roman"/>
              </w:rPr>
              <w:t>Исти</w:t>
            </w:r>
            <w:proofErr w:type="spellEnd"/>
            <w:r w:rsidRPr="00E52788">
              <w:rPr>
                <w:rFonts w:cs="Times New Roman"/>
              </w:rPr>
              <w:t xml:space="preserve"> </w:t>
            </w:r>
            <w:proofErr w:type="spellStart"/>
            <w:r w:rsidRPr="00E52788">
              <w:rPr>
                <w:rFonts w:cs="Times New Roman"/>
              </w:rPr>
              <w:t>временски</w:t>
            </w:r>
            <w:proofErr w:type="spellEnd"/>
            <w:r w:rsidRPr="00E52788">
              <w:rPr>
                <w:rFonts w:cs="Times New Roman"/>
              </w:rPr>
              <w:t xml:space="preserve"> </w:t>
            </w:r>
            <w:proofErr w:type="spellStart"/>
            <w:r w:rsidRPr="00E52788">
              <w:rPr>
                <w:rFonts w:cs="Times New Roman"/>
              </w:rPr>
              <w:t>оквир</w:t>
            </w:r>
            <w:proofErr w:type="spellEnd"/>
            <w:r w:rsidRPr="00E52788">
              <w:rPr>
                <w:rFonts w:cs="Times New Roman"/>
              </w:rPr>
              <w:t xml:space="preserve"> </w:t>
            </w:r>
            <w:proofErr w:type="spellStart"/>
            <w:r w:rsidRPr="00E52788">
              <w:rPr>
                <w:rFonts w:cs="Times New Roman"/>
              </w:rPr>
              <w:t>као</w:t>
            </w:r>
            <w:proofErr w:type="spellEnd"/>
            <w:r w:rsidRPr="00E52788">
              <w:rPr>
                <w:rFonts w:cs="Times New Roman"/>
              </w:rPr>
              <w:t xml:space="preserve"> и </w:t>
            </w:r>
            <w:proofErr w:type="spellStart"/>
            <w:r w:rsidRPr="00E52788">
              <w:rPr>
                <w:rFonts w:cs="Times New Roman"/>
              </w:rPr>
              <w:t>за</w:t>
            </w:r>
            <w:proofErr w:type="spellEnd"/>
            <w:r w:rsidRPr="00E52788">
              <w:rPr>
                <w:rFonts w:cs="Times New Roman"/>
              </w:rPr>
              <w:t xml:space="preserve"> ESIA и ESMP (</w:t>
            </w:r>
            <w:proofErr w:type="spellStart"/>
            <w:r w:rsidRPr="00E52788">
              <w:rPr>
                <w:rFonts w:cs="Times New Roman"/>
              </w:rPr>
              <w:t>Активност</w:t>
            </w:r>
            <w:proofErr w:type="spellEnd"/>
            <w:r>
              <w:rPr>
                <w:rFonts w:cs="Times New Roman"/>
                <w:lang w:val="sr-Cyrl-RS"/>
              </w:rPr>
              <w:t xml:space="preserve"> </w:t>
            </w:r>
            <w:r w:rsidR="008B4670" w:rsidRPr="00347368">
              <w:rPr>
                <w:rFonts w:cs="Times New Roman"/>
              </w:rPr>
              <w:t>1.1).</w:t>
            </w:r>
          </w:p>
        </w:tc>
        <w:tc>
          <w:tcPr>
            <w:tcW w:w="733" w:type="pct"/>
          </w:tcPr>
          <w:p w14:paraId="69672D13" w14:textId="77777777" w:rsidR="00A67107" w:rsidRPr="00347368" w:rsidRDefault="00A67107" w:rsidP="00347368">
            <w:pPr>
              <w:jc w:val="left"/>
              <w:rPr>
                <w:rFonts w:cs="Times New Roman"/>
              </w:rPr>
            </w:pPr>
          </w:p>
          <w:p w14:paraId="16CF6E7B" w14:textId="77777777" w:rsidR="00E52788" w:rsidRPr="00E52788" w:rsidRDefault="00E52788" w:rsidP="00E52788">
            <w:pPr>
              <w:jc w:val="left"/>
              <w:rPr>
                <w:rFonts w:cs="Times New Roman"/>
              </w:rPr>
            </w:pPr>
            <w:r w:rsidRPr="00E52788">
              <w:rPr>
                <w:rFonts w:cs="Times New Roman"/>
              </w:rPr>
              <w:t>МРЕ</w:t>
            </w:r>
          </w:p>
          <w:p w14:paraId="2ECE27F8" w14:textId="77777777" w:rsidR="00E52788" w:rsidRPr="00E52788" w:rsidRDefault="00E52788" w:rsidP="00E52788">
            <w:pPr>
              <w:jc w:val="left"/>
              <w:rPr>
                <w:rFonts w:cs="Times New Roman"/>
              </w:rPr>
            </w:pPr>
            <w:proofErr w:type="spellStart"/>
            <w:r w:rsidRPr="00E52788">
              <w:rPr>
                <w:rFonts w:cs="Times New Roman"/>
              </w:rPr>
              <w:t>Гасна</w:t>
            </w:r>
            <w:proofErr w:type="spellEnd"/>
            <w:r w:rsidRPr="00E52788">
              <w:rPr>
                <w:rFonts w:cs="Times New Roman"/>
              </w:rPr>
              <w:t xml:space="preserve"> </w:t>
            </w:r>
            <w:proofErr w:type="spellStart"/>
            <w:r w:rsidRPr="00E52788">
              <w:rPr>
                <w:rFonts w:cs="Times New Roman"/>
              </w:rPr>
              <w:t>инфраструктура</w:t>
            </w:r>
            <w:proofErr w:type="spellEnd"/>
          </w:p>
          <w:p w14:paraId="1AAE4D49" w14:textId="35E03348" w:rsidR="0040077C" w:rsidRPr="00347368" w:rsidRDefault="00E52788" w:rsidP="00E52788">
            <w:pPr>
              <w:jc w:val="left"/>
              <w:rPr>
                <w:rFonts w:cs="Times New Roman"/>
              </w:rPr>
            </w:pPr>
            <w:proofErr w:type="spellStart"/>
            <w:r w:rsidRPr="00E52788">
              <w:rPr>
                <w:rFonts w:cs="Times New Roman"/>
              </w:rPr>
              <w:t>Србијагас</w:t>
            </w:r>
            <w:proofErr w:type="spellEnd"/>
          </w:p>
          <w:p w14:paraId="05A89D17" w14:textId="33B5E956" w:rsidR="00EC0116" w:rsidRPr="00347368" w:rsidRDefault="00EC0116" w:rsidP="00347368">
            <w:pPr>
              <w:jc w:val="left"/>
              <w:rPr>
                <w:rFonts w:cs="Times New Roman"/>
              </w:rPr>
            </w:pPr>
          </w:p>
        </w:tc>
      </w:tr>
      <w:tr w:rsidR="00625796" w:rsidRPr="00347368" w14:paraId="5A86306F" w14:textId="77777777" w:rsidTr="009D7F44">
        <w:tc>
          <w:tcPr>
            <w:tcW w:w="268" w:type="pct"/>
          </w:tcPr>
          <w:p w14:paraId="65337A4B" w14:textId="3D4D1CD8" w:rsidR="00EC0116" w:rsidRPr="00347368" w:rsidRDefault="00EC0116" w:rsidP="00347368">
            <w:pPr>
              <w:jc w:val="left"/>
              <w:rPr>
                <w:rFonts w:cs="Times New Roman"/>
              </w:rPr>
            </w:pPr>
            <w:r w:rsidRPr="00347368">
              <w:rPr>
                <w:rFonts w:cs="Times New Roman"/>
              </w:rPr>
              <w:t>4.4.</w:t>
            </w:r>
          </w:p>
        </w:tc>
        <w:tc>
          <w:tcPr>
            <w:tcW w:w="2795" w:type="pct"/>
          </w:tcPr>
          <w:p w14:paraId="4A0F394C" w14:textId="7A3F770F" w:rsidR="00EC0116" w:rsidRPr="00347368" w:rsidRDefault="00E52788" w:rsidP="00347368">
            <w:pPr>
              <w:jc w:val="left"/>
              <w:rPr>
                <w:rFonts w:cs="Times New Roman"/>
                <w:b/>
                <w:bCs/>
                <w:color w:val="4472C4" w:themeColor="accent1"/>
              </w:rPr>
            </w:pPr>
            <w:r w:rsidRPr="00E52788">
              <w:rPr>
                <w:rFonts w:cs="Times New Roman"/>
                <w:b/>
                <w:bCs/>
                <w:color w:val="4472C4" w:themeColor="accent1"/>
              </w:rPr>
              <w:t>УПРАВЉАЊЕ БЕЗБЕДНОШЋУ</w:t>
            </w:r>
            <w:r w:rsidR="00EC0116" w:rsidRPr="00347368">
              <w:rPr>
                <w:rFonts w:cs="Times New Roman"/>
                <w:b/>
                <w:bCs/>
                <w:color w:val="4472C4" w:themeColor="accent1"/>
              </w:rPr>
              <w:t>:</w:t>
            </w:r>
          </w:p>
          <w:p w14:paraId="02E7693D" w14:textId="62D9070C" w:rsidR="00EC0116" w:rsidRPr="00347368" w:rsidRDefault="00E52788" w:rsidP="00347368">
            <w:pPr>
              <w:jc w:val="left"/>
              <w:rPr>
                <w:rFonts w:cs="Times New Roman"/>
              </w:rPr>
            </w:pPr>
            <w:proofErr w:type="spellStart"/>
            <w:r w:rsidRPr="00E52788">
              <w:rPr>
                <w:rFonts w:cs="Times New Roman"/>
              </w:rPr>
              <w:t>Проценити</w:t>
            </w:r>
            <w:proofErr w:type="spellEnd"/>
            <w:r w:rsidRPr="00E52788">
              <w:rPr>
                <w:rFonts w:cs="Times New Roman"/>
              </w:rPr>
              <w:t xml:space="preserve"> </w:t>
            </w:r>
            <w:proofErr w:type="spellStart"/>
            <w:r w:rsidRPr="00E52788">
              <w:rPr>
                <w:rFonts w:cs="Times New Roman"/>
              </w:rPr>
              <w:t>ризике</w:t>
            </w:r>
            <w:proofErr w:type="spellEnd"/>
            <w:r w:rsidRPr="00E52788">
              <w:rPr>
                <w:rFonts w:cs="Times New Roman"/>
              </w:rPr>
              <w:t xml:space="preserve"> </w:t>
            </w:r>
            <w:proofErr w:type="spellStart"/>
            <w:r w:rsidRPr="00E52788">
              <w:rPr>
                <w:rFonts w:cs="Times New Roman"/>
              </w:rPr>
              <w:t>као</w:t>
            </w:r>
            <w:proofErr w:type="spellEnd"/>
            <w:r w:rsidRPr="00E52788">
              <w:rPr>
                <w:rFonts w:cs="Times New Roman"/>
              </w:rPr>
              <w:t xml:space="preserve"> </w:t>
            </w:r>
            <w:proofErr w:type="spellStart"/>
            <w:r w:rsidRPr="00E52788">
              <w:rPr>
                <w:rFonts w:cs="Times New Roman"/>
              </w:rPr>
              <w:t>део</w:t>
            </w:r>
            <w:proofErr w:type="spellEnd"/>
            <w:r w:rsidRPr="00E52788">
              <w:rPr>
                <w:rFonts w:cs="Times New Roman"/>
              </w:rPr>
              <w:t xml:space="preserve"> ESIA и </w:t>
            </w:r>
            <w:proofErr w:type="spellStart"/>
            <w:r w:rsidRPr="00E52788">
              <w:rPr>
                <w:rFonts w:cs="Times New Roman"/>
              </w:rPr>
              <w:t>припремити</w:t>
            </w:r>
            <w:proofErr w:type="spellEnd"/>
            <w:r w:rsidRPr="00E52788">
              <w:rPr>
                <w:rFonts w:cs="Times New Roman"/>
              </w:rPr>
              <w:t xml:space="preserve"> и </w:t>
            </w:r>
            <w:proofErr w:type="spellStart"/>
            <w:r w:rsidRPr="00E52788">
              <w:rPr>
                <w:rFonts w:cs="Times New Roman"/>
              </w:rPr>
              <w:t>спровести</w:t>
            </w:r>
            <w:proofErr w:type="spellEnd"/>
            <w:r w:rsidRPr="00E52788">
              <w:rPr>
                <w:rFonts w:cs="Times New Roman"/>
              </w:rPr>
              <w:t xml:space="preserve"> </w:t>
            </w:r>
            <w:proofErr w:type="spellStart"/>
            <w:r w:rsidRPr="00E52788">
              <w:rPr>
                <w:rFonts w:cs="Times New Roman"/>
              </w:rPr>
              <w:t>мере</w:t>
            </w:r>
            <w:proofErr w:type="spellEnd"/>
            <w:r w:rsidRPr="00E52788">
              <w:rPr>
                <w:rFonts w:cs="Times New Roman"/>
              </w:rPr>
              <w:t xml:space="preserve"> </w:t>
            </w:r>
            <w:proofErr w:type="spellStart"/>
            <w:r w:rsidRPr="00E52788">
              <w:rPr>
                <w:rFonts w:cs="Times New Roman"/>
              </w:rPr>
              <w:t>као</w:t>
            </w:r>
            <w:proofErr w:type="spellEnd"/>
            <w:r w:rsidRPr="00E52788">
              <w:rPr>
                <w:rFonts w:cs="Times New Roman"/>
              </w:rPr>
              <w:t xml:space="preserve"> </w:t>
            </w:r>
            <w:proofErr w:type="spellStart"/>
            <w:r w:rsidRPr="00E52788">
              <w:rPr>
                <w:rFonts w:cs="Times New Roman"/>
              </w:rPr>
              <w:t>део</w:t>
            </w:r>
            <w:proofErr w:type="spellEnd"/>
            <w:r w:rsidRPr="00E52788">
              <w:rPr>
                <w:rFonts w:cs="Times New Roman"/>
              </w:rPr>
              <w:t xml:space="preserve"> </w:t>
            </w:r>
            <w:proofErr w:type="spellStart"/>
            <w:r w:rsidRPr="00E52788">
              <w:rPr>
                <w:rFonts w:cs="Times New Roman"/>
              </w:rPr>
              <w:t>Плана</w:t>
            </w:r>
            <w:proofErr w:type="spellEnd"/>
            <w:r w:rsidRPr="00E52788">
              <w:rPr>
                <w:rFonts w:cs="Times New Roman"/>
              </w:rPr>
              <w:t xml:space="preserve"> </w:t>
            </w:r>
            <w:proofErr w:type="spellStart"/>
            <w:r w:rsidRPr="00E52788">
              <w:rPr>
                <w:rFonts w:cs="Times New Roman"/>
              </w:rPr>
              <w:t>управљања</w:t>
            </w:r>
            <w:proofErr w:type="spellEnd"/>
            <w:r w:rsidRPr="00E52788">
              <w:rPr>
                <w:rFonts w:cs="Times New Roman"/>
              </w:rPr>
              <w:t xml:space="preserve"> </w:t>
            </w:r>
            <w:proofErr w:type="spellStart"/>
            <w:r w:rsidRPr="00E52788">
              <w:rPr>
                <w:rFonts w:cs="Times New Roman"/>
              </w:rPr>
              <w:t>безбедношћу</w:t>
            </w:r>
            <w:proofErr w:type="spellEnd"/>
            <w:r w:rsidRPr="00E52788">
              <w:rPr>
                <w:rFonts w:cs="Times New Roman"/>
              </w:rPr>
              <w:t xml:space="preserve"> </w:t>
            </w:r>
            <w:proofErr w:type="spellStart"/>
            <w:r w:rsidRPr="00E52788">
              <w:rPr>
                <w:rFonts w:cs="Times New Roman"/>
              </w:rPr>
              <w:t>ради</w:t>
            </w:r>
            <w:proofErr w:type="spellEnd"/>
            <w:r w:rsidRPr="00E52788">
              <w:rPr>
                <w:rFonts w:cs="Times New Roman"/>
              </w:rPr>
              <w:t xml:space="preserve"> </w:t>
            </w:r>
            <w:proofErr w:type="spellStart"/>
            <w:r w:rsidRPr="00E52788">
              <w:rPr>
                <w:rFonts w:cs="Times New Roman"/>
              </w:rPr>
              <w:t>управљања</w:t>
            </w:r>
            <w:proofErr w:type="spellEnd"/>
            <w:r w:rsidRPr="00E52788">
              <w:rPr>
                <w:rFonts w:cs="Times New Roman"/>
              </w:rPr>
              <w:t xml:space="preserve"> </w:t>
            </w:r>
            <w:proofErr w:type="spellStart"/>
            <w:r w:rsidRPr="00E52788">
              <w:rPr>
                <w:rFonts w:cs="Times New Roman"/>
              </w:rPr>
              <w:t>безбедносним</w:t>
            </w:r>
            <w:proofErr w:type="spellEnd"/>
            <w:r w:rsidRPr="00E52788">
              <w:rPr>
                <w:rFonts w:cs="Times New Roman"/>
              </w:rPr>
              <w:t xml:space="preserve"> </w:t>
            </w:r>
            <w:proofErr w:type="spellStart"/>
            <w:r w:rsidRPr="00E52788">
              <w:rPr>
                <w:rFonts w:cs="Times New Roman"/>
              </w:rPr>
              <w:t>ризицима</w:t>
            </w:r>
            <w:proofErr w:type="spellEnd"/>
            <w:r w:rsidRPr="00E52788">
              <w:rPr>
                <w:rFonts w:cs="Times New Roman"/>
              </w:rPr>
              <w:t xml:space="preserve"> Пројекта, </w:t>
            </w:r>
            <w:proofErr w:type="spellStart"/>
            <w:r w:rsidRPr="00E52788">
              <w:rPr>
                <w:rFonts w:cs="Times New Roman"/>
              </w:rPr>
              <w:t>укључујући</w:t>
            </w:r>
            <w:proofErr w:type="spellEnd"/>
            <w:r w:rsidRPr="00E52788">
              <w:rPr>
                <w:rFonts w:cs="Times New Roman"/>
              </w:rPr>
              <w:t xml:space="preserve"> </w:t>
            </w:r>
            <w:proofErr w:type="spellStart"/>
            <w:r w:rsidRPr="00E52788">
              <w:rPr>
                <w:rFonts w:cs="Times New Roman"/>
              </w:rPr>
              <w:t>ризике</w:t>
            </w:r>
            <w:proofErr w:type="spellEnd"/>
            <w:r w:rsidRPr="00E52788">
              <w:rPr>
                <w:rFonts w:cs="Times New Roman"/>
              </w:rPr>
              <w:t xml:space="preserve"> </w:t>
            </w:r>
            <w:proofErr w:type="spellStart"/>
            <w:r w:rsidRPr="00E52788">
              <w:rPr>
                <w:rFonts w:cs="Times New Roman"/>
              </w:rPr>
              <w:t>од</w:t>
            </w:r>
            <w:proofErr w:type="spellEnd"/>
            <w:r w:rsidRPr="00E52788">
              <w:rPr>
                <w:rFonts w:cs="Times New Roman"/>
              </w:rPr>
              <w:t xml:space="preserve"> </w:t>
            </w:r>
            <w:proofErr w:type="spellStart"/>
            <w:r w:rsidRPr="00E52788">
              <w:rPr>
                <w:rFonts w:cs="Times New Roman"/>
              </w:rPr>
              <w:t>ангажовања</w:t>
            </w:r>
            <w:proofErr w:type="spellEnd"/>
            <w:r w:rsidRPr="00E52788">
              <w:rPr>
                <w:rFonts w:cs="Times New Roman"/>
              </w:rPr>
              <w:t xml:space="preserve"> </w:t>
            </w:r>
            <w:proofErr w:type="spellStart"/>
            <w:r w:rsidRPr="00E52788">
              <w:rPr>
                <w:rFonts w:cs="Times New Roman"/>
              </w:rPr>
              <w:t>безбедносног</w:t>
            </w:r>
            <w:proofErr w:type="spellEnd"/>
            <w:r w:rsidRPr="00E52788">
              <w:rPr>
                <w:rFonts w:cs="Times New Roman"/>
              </w:rPr>
              <w:t xml:space="preserve"> </w:t>
            </w:r>
            <w:proofErr w:type="spellStart"/>
            <w:r w:rsidRPr="00E52788">
              <w:rPr>
                <w:rFonts w:cs="Times New Roman"/>
              </w:rPr>
              <w:t>особља</w:t>
            </w:r>
            <w:proofErr w:type="spellEnd"/>
            <w:r w:rsidRPr="00E52788">
              <w:rPr>
                <w:rFonts w:cs="Times New Roman"/>
              </w:rPr>
              <w:t xml:space="preserve"> </w:t>
            </w:r>
            <w:proofErr w:type="spellStart"/>
            <w:r w:rsidRPr="00E52788">
              <w:rPr>
                <w:rFonts w:cs="Times New Roman"/>
              </w:rPr>
              <w:t>за</w:t>
            </w:r>
            <w:proofErr w:type="spellEnd"/>
            <w:r w:rsidRPr="00E52788">
              <w:rPr>
                <w:rFonts w:cs="Times New Roman"/>
              </w:rPr>
              <w:t xml:space="preserve"> </w:t>
            </w:r>
            <w:proofErr w:type="spellStart"/>
            <w:r w:rsidRPr="00E52788">
              <w:rPr>
                <w:rFonts w:cs="Times New Roman"/>
              </w:rPr>
              <w:t>заштиту</w:t>
            </w:r>
            <w:proofErr w:type="spellEnd"/>
            <w:r w:rsidRPr="00E52788">
              <w:rPr>
                <w:rFonts w:cs="Times New Roman"/>
              </w:rPr>
              <w:t xml:space="preserve"> </w:t>
            </w:r>
            <w:proofErr w:type="spellStart"/>
            <w:r w:rsidRPr="00E52788">
              <w:rPr>
                <w:rFonts w:cs="Times New Roman"/>
              </w:rPr>
              <w:t>радника</w:t>
            </w:r>
            <w:proofErr w:type="spellEnd"/>
            <w:r w:rsidRPr="00E52788">
              <w:rPr>
                <w:rFonts w:cs="Times New Roman"/>
              </w:rPr>
              <w:t xml:space="preserve"> </w:t>
            </w:r>
            <w:proofErr w:type="spellStart"/>
            <w:r w:rsidRPr="00E52788">
              <w:rPr>
                <w:rFonts w:cs="Times New Roman"/>
              </w:rPr>
              <w:t>на</w:t>
            </w:r>
            <w:proofErr w:type="spellEnd"/>
            <w:r w:rsidRPr="00E52788">
              <w:rPr>
                <w:rFonts w:cs="Times New Roman"/>
              </w:rPr>
              <w:t xml:space="preserve"> </w:t>
            </w:r>
            <w:proofErr w:type="spellStart"/>
            <w:r w:rsidRPr="00E52788">
              <w:rPr>
                <w:rFonts w:cs="Times New Roman"/>
              </w:rPr>
              <w:t>пројекту</w:t>
            </w:r>
            <w:proofErr w:type="spellEnd"/>
            <w:r w:rsidRPr="00E52788">
              <w:rPr>
                <w:rFonts w:cs="Times New Roman"/>
              </w:rPr>
              <w:t xml:space="preserve">, </w:t>
            </w:r>
            <w:proofErr w:type="spellStart"/>
            <w:r w:rsidRPr="00E52788">
              <w:rPr>
                <w:rFonts w:cs="Times New Roman"/>
              </w:rPr>
              <w:t>локација</w:t>
            </w:r>
            <w:proofErr w:type="spellEnd"/>
            <w:r w:rsidRPr="00E52788">
              <w:rPr>
                <w:rFonts w:cs="Times New Roman"/>
              </w:rPr>
              <w:t xml:space="preserve">, </w:t>
            </w:r>
            <w:proofErr w:type="spellStart"/>
            <w:r w:rsidRPr="00E52788">
              <w:rPr>
                <w:rFonts w:cs="Times New Roman"/>
              </w:rPr>
              <w:t>имовине</w:t>
            </w:r>
            <w:proofErr w:type="spellEnd"/>
            <w:r w:rsidRPr="00E52788">
              <w:rPr>
                <w:rFonts w:cs="Times New Roman"/>
              </w:rPr>
              <w:t xml:space="preserve"> и </w:t>
            </w:r>
            <w:proofErr w:type="spellStart"/>
            <w:r w:rsidRPr="00E52788">
              <w:rPr>
                <w:rFonts w:cs="Times New Roman"/>
              </w:rPr>
              <w:t>активности</w:t>
            </w:r>
            <w:proofErr w:type="spellEnd"/>
            <w:r w:rsidR="008B4670" w:rsidRPr="00347368">
              <w:rPr>
                <w:rFonts w:cs="Times New Roman"/>
              </w:rPr>
              <w:t>.</w:t>
            </w:r>
          </w:p>
        </w:tc>
        <w:tc>
          <w:tcPr>
            <w:tcW w:w="1204" w:type="pct"/>
          </w:tcPr>
          <w:p w14:paraId="01922EFA" w14:textId="77777777" w:rsidR="008B4670" w:rsidRPr="00347368" w:rsidRDefault="008B4670" w:rsidP="00347368">
            <w:pPr>
              <w:jc w:val="left"/>
              <w:rPr>
                <w:rFonts w:cs="Times New Roman"/>
              </w:rPr>
            </w:pPr>
          </w:p>
          <w:p w14:paraId="02BD0269" w14:textId="423CAB96" w:rsidR="00EC0116" w:rsidRPr="00347368" w:rsidRDefault="00E52788" w:rsidP="00347368">
            <w:pPr>
              <w:jc w:val="left"/>
              <w:rPr>
                <w:rFonts w:cs="Times New Roman"/>
              </w:rPr>
            </w:pPr>
            <w:proofErr w:type="spellStart"/>
            <w:r w:rsidRPr="00E52788">
              <w:rPr>
                <w:rFonts w:cs="Times New Roman"/>
              </w:rPr>
              <w:t>Исти</w:t>
            </w:r>
            <w:proofErr w:type="spellEnd"/>
            <w:r w:rsidRPr="00E52788">
              <w:rPr>
                <w:rFonts w:cs="Times New Roman"/>
              </w:rPr>
              <w:t xml:space="preserve"> </w:t>
            </w:r>
            <w:proofErr w:type="spellStart"/>
            <w:r w:rsidRPr="00E52788">
              <w:rPr>
                <w:rFonts w:cs="Times New Roman"/>
              </w:rPr>
              <w:t>временски</w:t>
            </w:r>
            <w:proofErr w:type="spellEnd"/>
            <w:r w:rsidRPr="00E52788">
              <w:rPr>
                <w:rFonts w:cs="Times New Roman"/>
              </w:rPr>
              <w:t xml:space="preserve"> </w:t>
            </w:r>
            <w:proofErr w:type="spellStart"/>
            <w:r w:rsidRPr="00E52788">
              <w:rPr>
                <w:rFonts w:cs="Times New Roman"/>
              </w:rPr>
              <w:t>оквир</w:t>
            </w:r>
            <w:proofErr w:type="spellEnd"/>
            <w:r w:rsidRPr="00E52788">
              <w:rPr>
                <w:rFonts w:cs="Times New Roman"/>
              </w:rPr>
              <w:t xml:space="preserve"> </w:t>
            </w:r>
            <w:proofErr w:type="spellStart"/>
            <w:r w:rsidRPr="00E52788">
              <w:rPr>
                <w:rFonts w:cs="Times New Roman"/>
              </w:rPr>
              <w:t>као</w:t>
            </w:r>
            <w:proofErr w:type="spellEnd"/>
            <w:r w:rsidRPr="00E52788">
              <w:rPr>
                <w:rFonts w:cs="Times New Roman"/>
              </w:rPr>
              <w:t xml:space="preserve"> и </w:t>
            </w:r>
            <w:proofErr w:type="spellStart"/>
            <w:r w:rsidRPr="00E52788">
              <w:rPr>
                <w:rFonts w:cs="Times New Roman"/>
              </w:rPr>
              <w:t>за</w:t>
            </w:r>
            <w:proofErr w:type="spellEnd"/>
            <w:r w:rsidRPr="00E52788">
              <w:rPr>
                <w:rFonts w:cs="Times New Roman"/>
              </w:rPr>
              <w:t xml:space="preserve"> ESIA и ESMP (</w:t>
            </w:r>
            <w:proofErr w:type="spellStart"/>
            <w:r w:rsidRPr="00E52788">
              <w:rPr>
                <w:rFonts w:cs="Times New Roman"/>
              </w:rPr>
              <w:t>Активност</w:t>
            </w:r>
            <w:proofErr w:type="spellEnd"/>
            <w:r>
              <w:rPr>
                <w:rFonts w:cs="Times New Roman"/>
                <w:lang w:val="sr-Cyrl-RS"/>
              </w:rPr>
              <w:t xml:space="preserve"> </w:t>
            </w:r>
            <w:r w:rsidR="008B4670" w:rsidRPr="00347368">
              <w:rPr>
                <w:rFonts w:cs="Times New Roman"/>
              </w:rPr>
              <w:t>1.1).</w:t>
            </w:r>
          </w:p>
        </w:tc>
        <w:tc>
          <w:tcPr>
            <w:tcW w:w="733" w:type="pct"/>
          </w:tcPr>
          <w:p w14:paraId="6AC26FD0" w14:textId="77777777" w:rsidR="00A67107" w:rsidRPr="00347368" w:rsidRDefault="00A67107" w:rsidP="00347368">
            <w:pPr>
              <w:jc w:val="left"/>
              <w:rPr>
                <w:rFonts w:cs="Times New Roman"/>
              </w:rPr>
            </w:pPr>
          </w:p>
          <w:p w14:paraId="596BF5C8" w14:textId="77777777" w:rsidR="00E52788" w:rsidRPr="00E52788" w:rsidRDefault="00E52788" w:rsidP="00E52788">
            <w:pPr>
              <w:jc w:val="left"/>
              <w:rPr>
                <w:rFonts w:cs="Times New Roman"/>
              </w:rPr>
            </w:pPr>
            <w:r w:rsidRPr="00E52788">
              <w:rPr>
                <w:rFonts w:cs="Times New Roman"/>
              </w:rPr>
              <w:t>МРЕ</w:t>
            </w:r>
          </w:p>
          <w:p w14:paraId="1DC0DF90" w14:textId="77777777" w:rsidR="00E52788" w:rsidRPr="00E52788" w:rsidRDefault="00E52788" w:rsidP="00E52788">
            <w:pPr>
              <w:jc w:val="left"/>
              <w:rPr>
                <w:rFonts w:cs="Times New Roman"/>
              </w:rPr>
            </w:pPr>
            <w:proofErr w:type="spellStart"/>
            <w:r w:rsidRPr="00E52788">
              <w:rPr>
                <w:rFonts w:cs="Times New Roman"/>
              </w:rPr>
              <w:t>Гасна</w:t>
            </w:r>
            <w:proofErr w:type="spellEnd"/>
            <w:r w:rsidRPr="00E52788">
              <w:rPr>
                <w:rFonts w:cs="Times New Roman"/>
              </w:rPr>
              <w:t xml:space="preserve"> </w:t>
            </w:r>
            <w:proofErr w:type="spellStart"/>
            <w:r w:rsidRPr="00E52788">
              <w:rPr>
                <w:rFonts w:cs="Times New Roman"/>
              </w:rPr>
              <w:t>инфраструктура</w:t>
            </w:r>
            <w:proofErr w:type="spellEnd"/>
          </w:p>
          <w:p w14:paraId="0DA84688" w14:textId="0B4D4BFE" w:rsidR="0040077C" w:rsidRPr="00347368" w:rsidRDefault="00E52788" w:rsidP="00E52788">
            <w:pPr>
              <w:jc w:val="left"/>
              <w:rPr>
                <w:rFonts w:cs="Times New Roman"/>
              </w:rPr>
            </w:pPr>
            <w:proofErr w:type="spellStart"/>
            <w:r w:rsidRPr="00E52788">
              <w:rPr>
                <w:rFonts w:cs="Times New Roman"/>
              </w:rPr>
              <w:t>Србијагас</w:t>
            </w:r>
            <w:proofErr w:type="spellEnd"/>
          </w:p>
          <w:p w14:paraId="281220EF" w14:textId="64C545C2" w:rsidR="00EC0116" w:rsidRPr="00347368" w:rsidRDefault="00EC0116" w:rsidP="00347368">
            <w:pPr>
              <w:jc w:val="left"/>
              <w:rPr>
                <w:rFonts w:cs="Times New Roman"/>
              </w:rPr>
            </w:pPr>
          </w:p>
        </w:tc>
      </w:tr>
      <w:tr w:rsidR="00EC0116" w:rsidRPr="00347368" w14:paraId="382A0C62" w14:textId="77777777" w:rsidTr="4B7286EC">
        <w:tc>
          <w:tcPr>
            <w:tcW w:w="5000" w:type="pct"/>
            <w:gridSpan w:val="4"/>
            <w:shd w:val="clear" w:color="auto" w:fill="F7CAAC" w:themeFill="accent2" w:themeFillTint="66"/>
          </w:tcPr>
          <w:p w14:paraId="37830380" w14:textId="783C6FFC" w:rsidR="00EC0116" w:rsidRPr="00347368" w:rsidRDefault="00EC0116" w:rsidP="00347368">
            <w:pPr>
              <w:jc w:val="left"/>
              <w:rPr>
                <w:rFonts w:cs="Times New Roman"/>
              </w:rPr>
            </w:pPr>
            <w:r w:rsidRPr="00347368">
              <w:rPr>
                <w:rFonts w:cs="Times New Roman"/>
                <w:b/>
                <w:bCs/>
              </w:rPr>
              <w:t xml:space="preserve">ESS 5: </w:t>
            </w:r>
            <w:r w:rsidR="009B20B3" w:rsidRPr="009B20B3">
              <w:rPr>
                <w:rFonts w:cs="Times New Roman"/>
                <w:b/>
                <w:bCs/>
              </w:rPr>
              <w:t>СТИЦАЊЕ ЗЕМЉИШТА, ОГРАНИЧЕЊА У ПОГЛЕДУ КОРИШЋЕЊА ЗЕМЉИШТА И ПРИНУДНО РАСЕЉАВАЊЕ</w:t>
            </w:r>
          </w:p>
        </w:tc>
      </w:tr>
      <w:tr w:rsidR="00625796" w:rsidRPr="00347368" w14:paraId="2270BD5F" w14:textId="77777777" w:rsidTr="009D7F44">
        <w:tc>
          <w:tcPr>
            <w:tcW w:w="268" w:type="pct"/>
          </w:tcPr>
          <w:p w14:paraId="4029DEFF" w14:textId="6FC5443F" w:rsidR="00EC0116" w:rsidRPr="00347368" w:rsidRDefault="00EC0116" w:rsidP="00347368">
            <w:pPr>
              <w:jc w:val="left"/>
              <w:rPr>
                <w:rFonts w:cs="Times New Roman"/>
              </w:rPr>
            </w:pPr>
            <w:r w:rsidRPr="00347368">
              <w:rPr>
                <w:rFonts w:cs="Times New Roman"/>
              </w:rPr>
              <w:t>5.1.</w:t>
            </w:r>
          </w:p>
        </w:tc>
        <w:tc>
          <w:tcPr>
            <w:tcW w:w="2795" w:type="pct"/>
          </w:tcPr>
          <w:p w14:paraId="02DC3EB1" w14:textId="65D9B66B" w:rsidR="00C13574" w:rsidRPr="00347368" w:rsidRDefault="009B20B3" w:rsidP="00347368">
            <w:pPr>
              <w:jc w:val="left"/>
              <w:rPr>
                <w:rFonts w:cs="Times New Roman"/>
                <w:b/>
                <w:bCs/>
                <w:color w:val="4472C4" w:themeColor="accent1"/>
              </w:rPr>
            </w:pPr>
            <w:r w:rsidRPr="009B20B3">
              <w:rPr>
                <w:rFonts w:cs="Times New Roman"/>
                <w:b/>
                <w:bCs/>
                <w:color w:val="4472C4" w:themeColor="accent1"/>
              </w:rPr>
              <w:t xml:space="preserve">ОКВИР ПОЛИТИКЕ </w:t>
            </w:r>
            <w:r w:rsidR="00402CBC">
              <w:rPr>
                <w:rFonts w:cs="Times New Roman"/>
                <w:b/>
                <w:bCs/>
                <w:color w:val="4472C4" w:themeColor="accent1"/>
                <w:lang w:val="sr-Cyrl-CS"/>
              </w:rPr>
              <w:t>ЕКСПРОПРИЈАЦИЈЕ</w:t>
            </w:r>
            <w:r w:rsidRPr="009B20B3">
              <w:rPr>
                <w:rFonts w:cs="Times New Roman"/>
                <w:b/>
                <w:bCs/>
                <w:color w:val="4472C4" w:themeColor="accent1"/>
              </w:rPr>
              <w:t xml:space="preserve"> (RPF) И АКЦИОНИ ПЛАНОВИ</w:t>
            </w:r>
            <w:r w:rsidR="00EC0116" w:rsidRPr="00347368">
              <w:rPr>
                <w:rFonts w:cs="Times New Roman"/>
                <w:b/>
                <w:bCs/>
                <w:color w:val="4472C4" w:themeColor="accent1"/>
              </w:rPr>
              <w:t xml:space="preserve">: </w:t>
            </w:r>
          </w:p>
          <w:p w14:paraId="2D77E472" w14:textId="2922E756" w:rsidR="008B4670" w:rsidRPr="00347368" w:rsidRDefault="008B4670" w:rsidP="00347368">
            <w:pPr>
              <w:jc w:val="left"/>
              <w:rPr>
                <w:rFonts w:cs="Times New Roman"/>
              </w:rPr>
            </w:pPr>
            <w:r w:rsidRPr="00347368">
              <w:rPr>
                <w:rFonts w:cs="Times New Roman"/>
              </w:rPr>
              <w:t xml:space="preserve">1. </w:t>
            </w:r>
            <w:proofErr w:type="spellStart"/>
            <w:r w:rsidR="009B20B3" w:rsidRPr="009B20B3">
              <w:rPr>
                <w:rFonts w:cs="Times New Roman"/>
              </w:rPr>
              <w:t>Финализовати</w:t>
            </w:r>
            <w:proofErr w:type="spellEnd"/>
            <w:r w:rsidR="009B20B3" w:rsidRPr="009B20B3">
              <w:rPr>
                <w:rFonts w:cs="Times New Roman"/>
              </w:rPr>
              <w:t xml:space="preserve"> RPF и </w:t>
            </w:r>
            <w:proofErr w:type="spellStart"/>
            <w:r w:rsidR="009B20B3" w:rsidRPr="009B20B3">
              <w:rPr>
                <w:rFonts w:cs="Times New Roman"/>
              </w:rPr>
              <w:t>спровести</w:t>
            </w:r>
            <w:proofErr w:type="spellEnd"/>
            <w:r w:rsidR="009B20B3" w:rsidRPr="009B20B3">
              <w:rPr>
                <w:rFonts w:cs="Times New Roman"/>
              </w:rPr>
              <w:t xml:space="preserve"> RPF </w:t>
            </w:r>
            <w:proofErr w:type="spellStart"/>
            <w:r w:rsidR="009B20B3" w:rsidRPr="009B20B3">
              <w:rPr>
                <w:rFonts w:cs="Times New Roman"/>
              </w:rPr>
              <w:t>за</w:t>
            </w:r>
            <w:proofErr w:type="spellEnd"/>
            <w:r w:rsidR="009B20B3" w:rsidRPr="009B20B3">
              <w:rPr>
                <w:rFonts w:cs="Times New Roman"/>
              </w:rPr>
              <w:t xml:space="preserve"> </w:t>
            </w:r>
            <w:proofErr w:type="spellStart"/>
            <w:r w:rsidR="009B20B3" w:rsidRPr="009B20B3">
              <w:rPr>
                <w:rFonts w:cs="Times New Roman"/>
              </w:rPr>
              <w:t>Пројекат</w:t>
            </w:r>
            <w:proofErr w:type="spellEnd"/>
            <w:r w:rsidR="009B20B3" w:rsidRPr="009B20B3">
              <w:rPr>
                <w:rFonts w:cs="Times New Roman"/>
              </w:rPr>
              <w:t xml:space="preserve">, у </w:t>
            </w:r>
            <w:proofErr w:type="spellStart"/>
            <w:r w:rsidR="009B20B3" w:rsidRPr="009B20B3">
              <w:rPr>
                <w:rFonts w:cs="Times New Roman"/>
              </w:rPr>
              <w:t>складу</w:t>
            </w:r>
            <w:proofErr w:type="spellEnd"/>
            <w:r w:rsidR="009B20B3" w:rsidRPr="009B20B3">
              <w:rPr>
                <w:rFonts w:cs="Times New Roman"/>
              </w:rPr>
              <w:t xml:space="preserve"> </w:t>
            </w:r>
            <w:proofErr w:type="spellStart"/>
            <w:r w:rsidR="009B20B3" w:rsidRPr="009B20B3">
              <w:rPr>
                <w:rFonts w:cs="Times New Roman"/>
              </w:rPr>
              <w:t>са</w:t>
            </w:r>
            <w:proofErr w:type="spellEnd"/>
            <w:r w:rsidR="009B20B3" w:rsidRPr="009B20B3">
              <w:rPr>
                <w:rFonts w:cs="Times New Roman"/>
              </w:rPr>
              <w:t xml:space="preserve"> </w:t>
            </w:r>
            <w:proofErr w:type="spellStart"/>
            <w:r w:rsidR="009B20B3" w:rsidRPr="009B20B3">
              <w:rPr>
                <w:rFonts w:cs="Times New Roman"/>
              </w:rPr>
              <w:t>стандардом</w:t>
            </w:r>
            <w:proofErr w:type="spellEnd"/>
            <w:r w:rsidR="009B20B3">
              <w:rPr>
                <w:rFonts w:cs="Times New Roman"/>
                <w:lang w:val="sr-Cyrl-RS"/>
              </w:rPr>
              <w:t xml:space="preserve"> </w:t>
            </w:r>
            <w:r w:rsidRPr="00347368">
              <w:rPr>
                <w:rFonts w:cs="Times New Roman"/>
              </w:rPr>
              <w:t>ESS5.</w:t>
            </w:r>
          </w:p>
          <w:p w14:paraId="6B83AE59" w14:textId="77777777" w:rsidR="008B4670" w:rsidRPr="00347368" w:rsidRDefault="008B4670" w:rsidP="00347368">
            <w:pPr>
              <w:jc w:val="left"/>
              <w:rPr>
                <w:rFonts w:cs="Times New Roman"/>
              </w:rPr>
            </w:pPr>
          </w:p>
          <w:p w14:paraId="35C46A5E" w14:textId="77777777" w:rsidR="008B4670" w:rsidRPr="00347368" w:rsidRDefault="008B4670" w:rsidP="00347368">
            <w:pPr>
              <w:jc w:val="left"/>
              <w:rPr>
                <w:rFonts w:cs="Times New Roman"/>
              </w:rPr>
            </w:pPr>
          </w:p>
          <w:p w14:paraId="70E443FC" w14:textId="19A7C205" w:rsidR="00EC0116" w:rsidRPr="00347368" w:rsidRDefault="008B4670" w:rsidP="00347368">
            <w:pPr>
              <w:jc w:val="left"/>
              <w:rPr>
                <w:rFonts w:cs="Times New Roman"/>
              </w:rPr>
            </w:pPr>
            <w:r w:rsidRPr="00347368">
              <w:rPr>
                <w:rFonts w:cs="Times New Roman"/>
              </w:rPr>
              <w:t xml:space="preserve">2. </w:t>
            </w:r>
            <w:proofErr w:type="spellStart"/>
            <w:r w:rsidR="009B20B3" w:rsidRPr="009B20B3">
              <w:rPr>
                <w:rFonts w:cs="Times New Roman"/>
              </w:rPr>
              <w:t>Припремити</w:t>
            </w:r>
            <w:proofErr w:type="spellEnd"/>
            <w:r w:rsidR="009B20B3" w:rsidRPr="009B20B3">
              <w:rPr>
                <w:rFonts w:cs="Times New Roman"/>
              </w:rPr>
              <w:t xml:space="preserve"> и </w:t>
            </w:r>
            <w:proofErr w:type="spellStart"/>
            <w:r w:rsidR="009B20B3" w:rsidRPr="009B20B3">
              <w:rPr>
                <w:rFonts w:cs="Times New Roman"/>
              </w:rPr>
              <w:t>спровести</w:t>
            </w:r>
            <w:proofErr w:type="spellEnd"/>
            <w:r w:rsidR="009B20B3" w:rsidRPr="009B20B3">
              <w:rPr>
                <w:rFonts w:cs="Times New Roman"/>
              </w:rPr>
              <w:t xml:space="preserve"> </w:t>
            </w:r>
            <w:proofErr w:type="spellStart"/>
            <w:r w:rsidR="009B20B3" w:rsidRPr="009B20B3">
              <w:rPr>
                <w:rFonts w:cs="Times New Roman"/>
              </w:rPr>
              <w:t>Акциони</w:t>
            </w:r>
            <w:proofErr w:type="spellEnd"/>
            <w:r w:rsidR="009B20B3" w:rsidRPr="009B20B3">
              <w:rPr>
                <w:rFonts w:cs="Times New Roman"/>
              </w:rPr>
              <w:t xml:space="preserve"> </w:t>
            </w:r>
            <w:proofErr w:type="spellStart"/>
            <w:r w:rsidR="009B20B3" w:rsidRPr="009B20B3">
              <w:rPr>
                <w:rFonts w:cs="Times New Roman"/>
              </w:rPr>
              <w:t>план</w:t>
            </w:r>
            <w:proofErr w:type="spellEnd"/>
            <w:r w:rsidR="009B20B3" w:rsidRPr="009B20B3">
              <w:rPr>
                <w:rFonts w:cs="Times New Roman"/>
              </w:rPr>
              <w:t xml:space="preserve"> </w:t>
            </w:r>
            <w:r w:rsidR="00F91570">
              <w:rPr>
                <w:rFonts w:cs="Times New Roman"/>
                <w:lang w:val="sr-Cyrl-CS"/>
              </w:rPr>
              <w:t>експропријације</w:t>
            </w:r>
            <w:r w:rsidR="009B20B3" w:rsidRPr="009B20B3">
              <w:rPr>
                <w:rFonts w:cs="Times New Roman"/>
              </w:rPr>
              <w:t xml:space="preserve"> </w:t>
            </w:r>
            <w:r w:rsidRPr="00347368">
              <w:rPr>
                <w:rFonts w:cs="Times New Roman"/>
              </w:rPr>
              <w:t>(RAP)</w:t>
            </w:r>
            <w:r w:rsidR="001843C6" w:rsidRPr="00347368">
              <w:rPr>
                <w:rFonts w:cs="Times New Roman"/>
              </w:rPr>
              <w:t xml:space="preserve"> </w:t>
            </w:r>
            <w:r w:rsidR="009B20B3">
              <w:rPr>
                <w:rFonts w:cs="Times New Roman"/>
                <w:lang w:val="sr-Cyrl-RS"/>
              </w:rPr>
              <w:t>или</w:t>
            </w:r>
            <w:r w:rsidR="001843C6" w:rsidRPr="00347368">
              <w:rPr>
                <w:rFonts w:cs="Times New Roman"/>
              </w:rPr>
              <w:t xml:space="preserve"> RAP</w:t>
            </w:r>
            <w:r w:rsidR="009B20B3">
              <w:rPr>
                <w:rFonts w:cs="Times New Roman"/>
                <w:lang w:val="sr-Cyrl-RS"/>
              </w:rPr>
              <w:t>-ове</w:t>
            </w:r>
            <w:r w:rsidRPr="00347368">
              <w:rPr>
                <w:rFonts w:cs="Times New Roman"/>
              </w:rPr>
              <w:t xml:space="preserve"> </w:t>
            </w:r>
            <w:proofErr w:type="spellStart"/>
            <w:r w:rsidR="009B20B3" w:rsidRPr="009B20B3">
              <w:rPr>
                <w:rFonts w:cs="Times New Roman"/>
              </w:rPr>
              <w:t>укључујући</w:t>
            </w:r>
            <w:proofErr w:type="spellEnd"/>
            <w:r w:rsidR="009B20B3" w:rsidRPr="009B20B3">
              <w:rPr>
                <w:rFonts w:cs="Times New Roman"/>
              </w:rPr>
              <w:t xml:space="preserve"> </w:t>
            </w:r>
            <w:proofErr w:type="spellStart"/>
            <w:r w:rsidR="009B20B3" w:rsidRPr="009B20B3">
              <w:rPr>
                <w:rFonts w:cs="Times New Roman"/>
              </w:rPr>
              <w:t>мере</w:t>
            </w:r>
            <w:proofErr w:type="spellEnd"/>
            <w:r w:rsidR="009B20B3" w:rsidRPr="009B20B3">
              <w:rPr>
                <w:rFonts w:cs="Times New Roman"/>
              </w:rPr>
              <w:t xml:space="preserve"> </w:t>
            </w:r>
            <w:proofErr w:type="spellStart"/>
            <w:r w:rsidR="009B20B3" w:rsidRPr="009B20B3">
              <w:rPr>
                <w:rFonts w:cs="Times New Roman"/>
              </w:rPr>
              <w:t>обнове</w:t>
            </w:r>
            <w:proofErr w:type="spellEnd"/>
            <w:r w:rsidR="009B20B3" w:rsidRPr="009B20B3">
              <w:rPr>
                <w:rFonts w:cs="Times New Roman"/>
              </w:rPr>
              <w:t xml:space="preserve"> </w:t>
            </w:r>
            <w:proofErr w:type="spellStart"/>
            <w:r w:rsidR="009B20B3" w:rsidRPr="009B20B3">
              <w:rPr>
                <w:rFonts w:cs="Times New Roman"/>
              </w:rPr>
              <w:t>средстава</w:t>
            </w:r>
            <w:proofErr w:type="spellEnd"/>
            <w:r w:rsidR="009B20B3" w:rsidRPr="009B20B3">
              <w:rPr>
                <w:rFonts w:cs="Times New Roman"/>
              </w:rPr>
              <w:t xml:space="preserve"> </w:t>
            </w:r>
            <w:proofErr w:type="spellStart"/>
            <w:r w:rsidR="009B20B3" w:rsidRPr="009B20B3">
              <w:rPr>
                <w:rFonts w:cs="Times New Roman"/>
              </w:rPr>
              <w:t>за</w:t>
            </w:r>
            <w:proofErr w:type="spellEnd"/>
            <w:r w:rsidR="009B20B3" w:rsidRPr="009B20B3">
              <w:rPr>
                <w:rFonts w:cs="Times New Roman"/>
              </w:rPr>
              <w:t xml:space="preserve"> </w:t>
            </w:r>
            <w:proofErr w:type="spellStart"/>
            <w:r w:rsidR="009B20B3" w:rsidRPr="009B20B3">
              <w:rPr>
                <w:rFonts w:cs="Times New Roman"/>
              </w:rPr>
              <w:t>живот</w:t>
            </w:r>
            <w:proofErr w:type="spellEnd"/>
            <w:r w:rsidR="009B20B3" w:rsidRPr="009B20B3">
              <w:rPr>
                <w:rFonts w:cs="Times New Roman"/>
              </w:rPr>
              <w:t xml:space="preserve">, </w:t>
            </w:r>
            <w:proofErr w:type="spellStart"/>
            <w:r w:rsidR="009B20B3" w:rsidRPr="009B20B3">
              <w:rPr>
                <w:rFonts w:cs="Times New Roman"/>
              </w:rPr>
              <w:t>за</w:t>
            </w:r>
            <w:proofErr w:type="spellEnd"/>
            <w:r w:rsidR="009B20B3" w:rsidRPr="009B20B3">
              <w:rPr>
                <w:rFonts w:cs="Times New Roman"/>
              </w:rPr>
              <w:t xml:space="preserve"> </w:t>
            </w:r>
            <w:proofErr w:type="spellStart"/>
            <w:r w:rsidR="009B20B3" w:rsidRPr="009B20B3">
              <w:rPr>
                <w:rFonts w:cs="Times New Roman"/>
              </w:rPr>
              <w:t>магистрални</w:t>
            </w:r>
            <w:proofErr w:type="spellEnd"/>
            <w:r w:rsidR="009B20B3" w:rsidRPr="009B20B3">
              <w:rPr>
                <w:rFonts w:cs="Times New Roman"/>
              </w:rPr>
              <w:t xml:space="preserve"> </w:t>
            </w:r>
            <w:proofErr w:type="spellStart"/>
            <w:r w:rsidR="009B20B3" w:rsidRPr="009B20B3">
              <w:rPr>
                <w:rFonts w:cs="Times New Roman"/>
              </w:rPr>
              <w:t>унутрашњи</w:t>
            </w:r>
            <w:proofErr w:type="spellEnd"/>
            <w:r w:rsidR="009B20B3" w:rsidRPr="009B20B3">
              <w:rPr>
                <w:rFonts w:cs="Times New Roman"/>
              </w:rPr>
              <w:t xml:space="preserve"> </w:t>
            </w:r>
            <w:proofErr w:type="spellStart"/>
            <w:r w:rsidR="009B20B3" w:rsidRPr="009B20B3">
              <w:rPr>
                <w:rFonts w:cs="Times New Roman"/>
              </w:rPr>
              <w:t>гасовод</w:t>
            </w:r>
            <w:proofErr w:type="spellEnd"/>
            <w:r w:rsidR="009B20B3" w:rsidRPr="009B20B3">
              <w:rPr>
                <w:rFonts w:cs="Times New Roman"/>
              </w:rPr>
              <w:t xml:space="preserve"> </w:t>
            </w:r>
            <w:proofErr w:type="spellStart"/>
            <w:r w:rsidR="009B20B3" w:rsidRPr="009B20B3">
              <w:rPr>
                <w:rFonts w:cs="Times New Roman"/>
              </w:rPr>
              <w:t>високог</w:t>
            </w:r>
            <w:proofErr w:type="spellEnd"/>
            <w:r w:rsidR="009B20B3" w:rsidRPr="009B20B3">
              <w:rPr>
                <w:rFonts w:cs="Times New Roman"/>
              </w:rPr>
              <w:t xml:space="preserve"> </w:t>
            </w:r>
            <w:proofErr w:type="spellStart"/>
            <w:r w:rsidR="009B20B3" w:rsidRPr="009B20B3">
              <w:rPr>
                <w:rFonts w:cs="Times New Roman"/>
              </w:rPr>
              <w:t>притиска</w:t>
            </w:r>
            <w:proofErr w:type="spellEnd"/>
            <w:r w:rsidR="009B20B3" w:rsidRPr="009B20B3">
              <w:rPr>
                <w:rFonts w:cs="Times New Roman"/>
              </w:rPr>
              <w:t xml:space="preserve"> Трупале–</w:t>
            </w:r>
            <w:proofErr w:type="spellStart"/>
            <w:r w:rsidR="009B20B3" w:rsidRPr="009B20B3">
              <w:rPr>
                <w:rFonts w:cs="Times New Roman"/>
              </w:rPr>
              <w:t>Појате</w:t>
            </w:r>
            <w:proofErr w:type="spellEnd"/>
            <w:r w:rsidR="009B20B3" w:rsidRPr="009B20B3">
              <w:rPr>
                <w:rFonts w:cs="Times New Roman"/>
              </w:rPr>
              <w:t xml:space="preserve"> </w:t>
            </w:r>
            <w:proofErr w:type="spellStart"/>
            <w:r w:rsidR="009B20B3" w:rsidRPr="009B20B3">
              <w:rPr>
                <w:rFonts w:cs="Times New Roman"/>
              </w:rPr>
              <w:t>дужине</w:t>
            </w:r>
            <w:proofErr w:type="spellEnd"/>
            <w:r w:rsidR="009B20B3" w:rsidRPr="009B20B3">
              <w:rPr>
                <w:rFonts w:cs="Times New Roman"/>
              </w:rPr>
              <w:t xml:space="preserve"> 62 km, </w:t>
            </w:r>
            <w:proofErr w:type="spellStart"/>
            <w:r w:rsidR="009B20B3" w:rsidRPr="009B20B3">
              <w:rPr>
                <w:rFonts w:cs="Times New Roman"/>
              </w:rPr>
              <w:t>компресорске</w:t>
            </w:r>
            <w:proofErr w:type="spellEnd"/>
            <w:r w:rsidR="009B20B3" w:rsidRPr="009B20B3">
              <w:rPr>
                <w:rFonts w:cs="Times New Roman"/>
              </w:rPr>
              <w:t xml:space="preserve"> </w:t>
            </w:r>
            <w:proofErr w:type="spellStart"/>
            <w:r w:rsidR="009B20B3" w:rsidRPr="009B20B3">
              <w:rPr>
                <w:rFonts w:cs="Times New Roman"/>
              </w:rPr>
              <w:t>станице</w:t>
            </w:r>
            <w:proofErr w:type="spellEnd"/>
            <w:r w:rsidR="004852B1" w:rsidRPr="00347368">
              <w:rPr>
                <w:rFonts w:cs="Times New Roman"/>
              </w:rPr>
              <w:t xml:space="preserve">, </w:t>
            </w:r>
            <w:proofErr w:type="spellStart"/>
            <w:r w:rsidR="009B20B3" w:rsidRPr="009B20B3">
              <w:rPr>
                <w:rFonts w:cs="Times New Roman"/>
              </w:rPr>
              <w:t>блок</w:t>
            </w:r>
            <w:proofErr w:type="spellEnd"/>
            <w:r w:rsidR="009B20B3" w:rsidRPr="009B20B3">
              <w:rPr>
                <w:rFonts w:cs="Times New Roman"/>
              </w:rPr>
              <w:t xml:space="preserve"> </w:t>
            </w:r>
            <w:proofErr w:type="spellStart"/>
            <w:r w:rsidR="009B20B3" w:rsidRPr="009B20B3">
              <w:rPr>
                <w:rFonts w:cs="Times New Roman"/>
              </w:rPr>
              <w:t>вентилске</w:t>
            </w:r>
            <w:proofErr w:type="spellEnd"/>
            <w:r w:rsidR="009B20B3" w:rsidRPr="009B20B3">
              <w:rPr>
                <w:rFonts w:cs="Times New Roman"/>
              </w:rPr>
              <w:t xml:space="preserve"> и </w:t>
            </w:r>
            <w:proofErr w:type="spellStart"/>
            <w:r w:rsidR="009B20B3" w:rsidRPr="009B20B3">
              <w:rPr>
                <w:rFonts w:cs="Times New Roman"/>
              </w:rPr>
              <w:t>мерно-регулационе</w:t>
            </w:r>
            <w:proofErr w:type="spellEnd"/>
            <w:r w:rsidR="009B20B3" w:rsidRPr="009B20B3">
              <w:rPr>
                <w:rFonts w:cs="Times New Roman"/>
              </w:rPr>
              <w:t xml:space="preserve"> </w:t>
            </w:r>
            <w:proofErr w:type="spellStart"/>
            <w:r w:rsidR="009B20B3" w:rsidRPr="009B20B3">
              <w:rPr>
                <w:rFonts w:cs="Times New Roman"/>
              </w:rPr>
              <w:t>станице</w:t>
            </w:r>
            <w:proofErr w:type="spellEnd"/>
            <w:r w:rsidR="009B20B3" w:rsidRPr="009B20B3">
              <w:rPr>
                <w:rFonts w:cs="Times New Roman"/>
              </w:rPr>
              <w:t xml:space="preserve">, </w:t>
            </w:r>
            <w:proofErr w:type="spellStart"/>
            <w:r w:rsidR="009B20B3" w:rsidRPr="009B20B3">
              <w:rPr>
                <w:rFonts w:cs="Times New Roman"/>
              </w:rPr>
              <w:t>као</w:t>
            </w:r>
            <w:proofErr w:type="spellEnd"/>
            <w:r w:rsidR="009B20B3" w:rsidRPr="009B20B3">
              <w:rPr>
                <w:rFonts w:cs="Times New Roman"/>
              </w:rPr>
              <w:t xml:space="preserve"> и </w:t>
            </w:r>
            <w:proofErr w:type="spellStart"/>
            <w:r w:rsidR="009B20B3" w:rsidRPr="009B20B3">
              <w:rPr>
                <w:rFonts w:cs="Times New Roman"/>
              </w:rPr>
              <w:t>потенцијално</w:t>
            </w:r>
            <w:proofErr w:type="spellEnd"/>
            <w:r w:rsidR="009B20B3" w:rsidRPr="009B20B3">
              <w:rPr>
                <w:rFonts w:cs="Times New Roman"/>
              </w:rPr>
              <w:t xml:space="preserve"> </w:t>
            </w:r>
            <w:proofErr w:type="spellStart"/>
            <w:r w:rsidR="009B20B3" w:rsidRPr="009B20B3">
              <w:rPr>
                <w:rFonts w:cs="Times New Roman"/>
              </w:rPr>
              <w:t>проширење</w:t>
            </w:r>
            <w:proofErr w:type="spellEnd"/>
            <w:r w:rsidR="009B20B3" w:rsidRPr="009B20B3">
              <w:rPr>
                <w:rFonts w:cs="Times New Roman"/>
              </w:rPr>
              <w:t xml:space="preserve"> </w:t>
            </w:r>
            <w:proofErr w:type="spellStart"/>
            <w:r w:rsidR="009B20B3" w:rsidRPr="009B20B3">
              <w:rPr>
                <w:rFonts w:cs="Times New Roman"/>
              </w:rPr>
              <w:t>постројења</w:t>
            </w:r>
            <w:proofErr w:type="spellEnd"/>
            <w:r w:rsidR="009B20B3" w:rsidRPr="009B20B3">
              <w:rPr>
                <w:rFonts w:cs="Times New Roman"/>
              </w:rPr>
              <w:t xml:space="preserve"> </w:t>
            </w:r>
            <w:proofErr w:type="spellStart"/>
            <w:r w:rsidR="009B20B3" w:rsidRPr="009B20B3">
              <w:rPr>
                <w:rFonts w:cs="Times New Roman"/>
              </w:rPr>
              <w:t>за</w:t>
            </w:r>
            <w:proofErr w:type="spellEnd"/>
            <w:r w:rsidR="009B20B3" w:rsidRPr="009B20B3">
              <w:rPr>
                <w:rFonts w:cs="Times New Roman"/>
              </w:rPr>
              <w:t xml:space="preserve"> </w:t>
            </w:r>
            <w:proofErr w:type="spellStart"/>
            <w:r w:rsidR="009B20B3" w:rsidRPr="009B20B3">
              <w:rPr>
                <w:rFonts w:cs="Times New Roman"/>
              </w:rPr>
              <w:t>складиштење</w:t>
            </w:r>
            <w:proofErr w:type="spellEnd"/>
            <w:r w:rsidR="009B20B3" w:rsidRPr="009B20B3">
              <w:rPr>
                <w:rFonts w:cs="Times New Roman"/>
              </w:rPr>
              <w:t xml:space="preserve"> </w:t>
            </w:r>
            <w:proofErr w:type="spellStart"/>
            <w:r w:rsidR="009B20B3" w:rsidRPr="009B20B3">
              <w:rPr>
                <w:rFonts w:cs="Times New Roman"/>
              </w:rPr>
              <w:t>гаса</w:t>
            </w:r>
            <w:proofErr w:type="spellEnd"/>
            <w:r w:rsidR="009B20B3" w:rsidRPr="009B20B3">
              <w:rPr>
                <w:rFonts w:cs="Times New Roman"/>
              </w:rPr>
              <w:t xml:space="preserve">, </w:t>
            </w:r>
            <w:proofErr w:type="spellStart"/>
            <w:r w:rsidR="009B20B3" w:rsidRPr="009B20B3">
              <w:rPr>
                <w:rFonts w:cs="Times New Roman"/>
              </w:rPr>
              <w:t>како</w:t>
            </w:r>
            <w:proofErr w:type="spellEnd"/>
            <w:r w:rsidR="009B20B3" w:rsidRPr="009B20B3">
              <w:rPr>
                <w:rFonts w:cs="Times New Roman"/>
              </w:rPr>
              <w:t xml:space="preserve"> </w:t>
            </w:r>
            <w:proofErr w:type="spellStart"/>
            <w:r w:rsidR="009B20B3" w:rsidRPr="009B20B3">
              <w:rPr>
                <w:rFonts w:cs="Times New Roman"/>
              </w:rPr>
              <w:t>је</w:t>
            </w:r>
            <w:proofErr w:type="spellEnd"/>
            <w:r w:rsidR="009B20B3" w:rsidRPr="009B20B3">
              <w:rPr>
                <w:rFonts w:cs="Times New Roman"/>
              </w:rPr>
              <w:t xml:space="preserve"> </w:t>
            </w:r>
            <w:proofErr w:type="spellStart"/>
            <w:r w:rsidR="009B20B3" w:rsidRPr="009B20B3">
              <w:rPr>
                <w:rFonts w:cs="Times New Roman"/>
              </w:rPr>
              <w:t>утврђено</w:t>
            </w:r>
            <w:proofErr w:type="spellEnd"/>
            <w:r w:rsidR="009B20B3" w:rsidRPr="009B20B3">
              <w:rPr>
                <w:rFonts w:cs="Times New Roman"/>
              </w:rPr>
              <w:t xml:space="preserve"> у RPF-у и у </w:t>
            </w:r>
            <w:proofErr w:type="spellStart"/>
            <w:r w:rsidR="009B20B3" w:rsidRPr="009B20B3">
              <w:rPr>
                <w:rFonts w:cs="Times New Roman"/>
              </w:rPr>
              <w:t>складу</w:t>
            </w:r>
            <w:proofErr w:type="spellEnd"/>
            <w:r w:rsidR="009B20B3" w:rsidRPr="009B20B3">
              <w:rPr>
                <w:rFonts w:cs="Times New Roman"/>
              </w:rPr>
              <w:t xml:space="preserve"> </w:t>
            </w:r>
            <w:proofErr w:type="spellStart"/>
            <w:r w:rsidR="009B20B3" w:rsidRPr="009B20B3">
              <w:rPr>
                <w:rFonts w:cs="Times New Roman"/>
              </w:rPr>
              <w:t>са</w:t>
            </w:r>
            <w:proofErr w:type="spellEnd"/>
            <w:r w:rsidR="009B20B3" w:rsidRPr="009B20B3">
              <w:rPr>
                <w:rFonts w:cs="Times New Roman"/>
              </w:rPr>
              <w:t xml:space="preserve"> </w:t>
            </w:r>
            <w:proofErr w:type="spellStart"/>
            <w:r w:rsidR="009B20B3" w:rsidRPr="009B20B3">
              <w:rPr>
                <w:rFonts w:cs="Times New Roman"/>
              </w:rPr>
              <w:t>стандардом</w:t>
            </w:r>
            <w:proofErr w:type="spellEnd"/>
            <w:r w:rsidR="009B20B3">
              <w:rPr>
                <w:rFonts w:cs="Times New Roman"/>
                <w:lang w:val="sr-Cyrl-RS"/>
              </w:rPr>
              <w:t xml:space="preserve"> </w:t>
            </w:r>
            <w:r w:rsidRPr="00347368">
              <w:rPr>
                <w:rFonts w:cs="Times New Roman"/>
              </w:rPr>
              <w:t>ESS5.</w:t>
            </w:r>
          </w:p>
          <w:p w14:paraId="26FB555D" w14:textId="77777777" w:rsidR="008B4670" w:rsidRPr="00347368" w:rsidRDefault="008B4670" w:rsidP="00347368">
            <w:pPr>
              <w:jc w:val="left"/>
              <w:rPr>
                <w:rFonts w:cs="Times New Roman"/>
              </w:rPr>
            </w:pPr>
          </w:p>
          <w:p w14:paraId="7832D27D" w14:textId="77777777" w:rsidR="008B4670" w:rsidRPr="00347368" w:rsidRDefault="008B4670" w:rsidP="00347368">
            <w:pPr>
              <w:jc w:val="left"/>
              <w:rPr>
                <w:rFonts w:cs="Times New Roman"/>
              </w:rPr>
            </w:pPr>
          </w:p>
          <w:p w14:paraId="0B8592E1" w14:textId="77777777" w:rsidR="00104E9E" w:rsidRPr="00347368" w:rsidRDefault="00104E9E" w:rsidP="00347368">
            <w:pPr>
              <w:jc w:val="left"/>
              <w:rPr>
                <w:rFonts w:cs="Times New Roman"/>
              </w:rPr>
            </w:pPr>
          </w:p>
          <w:p w14:paraId="689E2EA0" w14:textId="77777777" w:rsidR="008B4670" w:rsidRPr="00347368" w:rsidRDefault="008B4670" w:rsidP="00347368">
            <w:pPr>
              <w:jc w:val="left"/>
              <w:rPr>
                <w:rFonts w:cs="Times New Roman"/>
              </w:rPr>
            </w:pPr>
          </w:p>
          <w:p w14:paraId="215CBCD9" w14:textId="4BB6837C" w:rsidR="008B4670" w:rsidRPr="00347368" w:rsidRDefault="008B4670" w:rsidP="00347368">
            <w:pPr>
              <w:jc w:val="left"/>
              <w:rPr>
                <w:rFonts w:cs="Times New Roman"/>
              </w:rPr>
            </w:pPr>
            <w:r w:rsidRPr="00347368">
              <w:rPr>
                <w:rFonts w:cs="Times New Roman"/>
              </w:rPr>
              <w:t xml:space="preserve">3. </w:t>
            </w:r>
            <w:proofErr w:type="spellStart"/>
            <w:r w:rsidR="00E12AF9" w:rsidRPr="00E12AF9">
              <w:rPr>
                <w:rFonts w:cs="Times New Roman"/>
              </w:rPr>
              <w:t>Припремити</w:t>
            </w:r>
            <w:proofErr w:type="spellEnd"/>
            <w:r w:rsidR="00E12AF9" w:rsidRPr="00E12AF9">
              <w:rPr>
                <w:rFonts w:cs="Times New Roman"/>
              </w:rPr>
              <w:t xml:space="preserve"> и </w:t>
            </w:r>
            <w:proofErr w:type="spellStart"/>
            <w:r w:rsidR="00E12AF9" w:rsidRPr="00E12AF9">
              <w:rPr>
                <w:rFonts w:cs="Times New Roman"/>
              </w:rPr>
              <w:t>доставити</w:t>
            </w:r>
            <w:proofErr w:type="spellEnd"/>
            <w:r w:rsidR="00E12AF9" w:rsidRPr="00E12AF9">
              <w:rPr>
                <w:rFonts w:cs="Times New Roman"/>
              </w:rPr>
              <w:t xml:space="preserve"> </w:t>
            </w:r>
            <w:proofErr w:type="spellStart"/>
            <w:r w:rsidR="00E12AF9" w:rsidRPr="00E12AF9">
              <w:rPr>
                <w:rFonts w:cs="Times New Roman"/>
              </w:rPr>
              <w:t>извештај</w:t>
            </w:r>
            <w:proofErr w:type="spellEnd"/>
            <w:r w:rsidR="00E12AF9" w:rsidRPr="00E12AF9">
              <w:rPr>
                <w:rFonts w:cs="Times New Roman"/>
              </w:rPr>
              <w:t xml:space="preserve"> о </w:t>
            </w:r>
            <w:proofErr w:type="spellStart"/>
            <w:r w:rsidR="00E12AF9" w:rsidRPr="00E12AF9">
              <w:rPr>
                <w:rFonts w:cs="Times New Roman"/>
              </w:rPr>
              <w:t>завршетку</w:t>
            </w:r>
            <w:proofErr w:type="spellEnd"/>
            <w:r w:rsidR="00E12AF9" w:rsidRPr="00E12AF9">
              <w:rPr>
                <w:rFonts w:cs="Times New Roman"/>
              </w:rPr>
              <w:t>/</w:t>
            </w:r>
            <w:proofErr w:type="spellStart"/>
            <w:r w:rsidR="00E12AF9" w:rsidRPr="00E12AF9">
              <w:rPr>
                <w:rFonts w:cs="Times New Roman"/>
              </w:rPr>
              <w:t>ревизији</w:t>
            </w:r>
            <w:proofErr w:type="spellEnd"/>
            <w:r w:rsidR="00E12AF9" w:rsidRPr="00E12AF9">
              <w:rPr>
                <w:rFonts w:cs="Times New Roman"/>
              </w:rPr>
              <w:t xml:space="preserve"> RAP-а</w:t>
            </w:r>
            <w:r w:rsidRPr="00347368">
              <w:rPr>
                <w:rFonts w:cs="Times New Roman"/>
              </w:rPr>
              <w:t>.</w:t>
            </w:r>
          </w:p>
        </w:tc>
        <w:tc>
          <w:tcPr>
            <w:tcW w:w="1204" w:type="pct"/>
          </w:tcPr>
          <w:p w14:paraId="7BA12100" w14:textId="77777777" w:rsidR="008B4670" w:rsidRPr="00347368" w:rsidRDefault="008B4670" w:rsidP="00347368">
            <w:pPr>
              <w:jc w:val="left"/>
              <w:rPr>
                <w:rFonts w:cs="Times New Roman"/>
              </w:rPr>
            </w:pPr>
          </w:p>
          <w:p w14:paraId="11D3D3F6" w14:textId="417A8AC2" w:rsidR="008B4670" w:rsidRPr="00347368" w:rsidRDefault="008B4670" w:rsidP="00347368">
            <w:pPr>
              <w:jc w:val="left"/>
              <w:rPr>
                <w:rFonts w:cs="Times New Roman"/>
              </w:rPr>
            </w:pPr>
            <w:r w:rsidRPr="00347368">
              <w:rPr>
                <w:rFonts w:cs="Times New Roman"/>
              </w:rPr>
              <w:t>1.</w:t>
            </w:r>
            <w:r w:rsidR="00F30354" w:rsidRPr="00347368">
              <w:rPr>
                <w:rFonts w:cs="Times New Roman"/>
              </w:rPr>
              <w:t xml:space="preserve"> </w:t>
            </w:r>
            <w:proofErr w:type="spellStart"/>
            <w:r w:rsidR="009B20B3" w:rsidRPr="009B20B3">
              <w:rPr>
                <w:rFonts w:cs="Times New Roman"/>
              </w:rPr>
              <w:t>Финализовати</w:t>
            </w:r>
            <w:proofErr w:type="spellEnd"/>
            <w:r w:rsidR="009B20B3" w:rsidRPr="009B20B3">
              <w:rPr>
                <w:rFonts w:cs="Times New Roman"/>
              </w:rPr>
              <w:t xml:space="preserve"> RPF </w:t>
            </w:r>
            <w:proofErr w:type="spellStart"/>
            <w:r w:rsidR="009B20B3" w:rsidRPr="009B20B3">
              <w:rPr>
                <w:rFonts w:cs="Times New Roman"/>
              </w:rPr>
              <w:t>пре</w:t>
            </w:r>
            <w:proofErr w:type="spellEnd"/>
            <w:r w:rsidR="009B20B3" w:rsidRPr="009B20B3">
              <w:rPr>
                <w:rFonts w:cs="Times New Roman"/>
              </w:rPr>
              <w:t xml:space="preserve"> </w:t>
            </w:r>
            <w:proofErr w:type="spellStart"/>
            <w:r w:rsidR="009B20B3" w:rsidRPr="009B20B3">
              <w:rPr>
                <w:rFonts w:cs="Times New Roman"/>
              </w:rPr>
              <w:t>преговора</w:t>
            </w:r>
            <w:proofErr w:type="spellEnd"/>
            <w:r w:rsidR="009B20B3" w:rsidRPr="009B20B3">
              <w:rPr>
                <w:rFonts w:cs="Times New Roman"/>
              </w:rPr>
              <w:t xml:space="preserve"> и </w:t>
            </w:r>
            <w:proofErr w:type="spellStart"/>
            <w:r w:rsidR="009B20B3" w:rsidRPr="009B20B3">
              <w:rPr>
                <w:rFonts w:cs="Times New Roman"/>
              </w:rPr>
              <w:t>поново</w:t>
            </w:r>
            <w:proofErr w:type="spellEnd"/>
            <w:r w:rsidR="009B20B3" w:rsidRPr="009B20B3">
              <w:rPr>
                <w:rFonts w:cs="Times New Roman"/>
              </w:rPr>
              <w:t xml:space="preserve"> </w:t>
            </w:r>
            <w:proofErr w:type="spellStart"/>
            <w:r w:rsidR="009B20B3" w:rsidRPr="009B20B3">
              <w:rPr>
                <w:rFonts w:cs="Times New Roman"/>
              </w:rPr>
              <w:t>га</w:t>
            </w:r>
            <w:proofErr w:type="spellEnd"/>
            <w:r w:rsidR="009B20B3" w:rsidRPr="009B20B3">
              <w:rPr>
                <w:rFonts w:cs="Times New Roman"/>
              </w:rPr>
              <w:t xml:space="preserve"> </w:t>
            </w:r>
            <w:proofErr w:type="spellStart"/>
            <w:r w:rsidR="009B20B3" w:rsidRPr="009B20B3">
              <w:rPr>
                <w:rFonts w:cs="Times New Roman"/>
              </w:rPr>
              <w:t>објавити</w:t>
            </w:r>
            <w:proofErr w:type="spellEnd"/>
            <w:r w:rsidR="009B20B3" w:rsidRPr="009B20B3">
              <w:rPr>
                <w:rFonts w:cs="Times New Roman"/>
              </w:rPr>
              <w:t xml:space="preserve">. </w:t>
            </w:r>
            <w:proofErr w:type="spellStart"/>
            <w:r w:rsidR="009B20B3" w:rsidRPr="009B20B3">
              <w:rPr>
                <w:rFonts w:cs="Times New Roman"/>
              </w:rPr>
              <w:t>Спроводити</w:t>
            </w:r>
            <w:proofErr w:type="spellEnd"/>
            <w:r w:rsidR="009B20B3" w:rsidRPr="009B20B3">
              <w:rPr>
                <w:rFonts w:cs="Times New Roman"/>
              </w:rPr>
              <w:t xml:space="preserve"> RPF </w:t>
            </w:r>
            <w:proofErr w:type="spellStart"/>
            <w:r w:rsidR="009B20B3" w:rsidRPr="009B20B3">
              <w:rPr>
                <w:rFonts w:cs="Times New Roman"/>
              </w:rPr>
              <w:t>током</w:t>
            </w:r>
            <w:proofErr w:type="spellEnd"/>
            <w:r w:rsidR="009B20B3" w:rsidRPr="009B20B3">
              <w:rPr>
                <w:rFonts w:cs="Times New Roman"/>
              </w:rPr>
              <w:t xml:space="preserve"> </w:t>
            </w:r>
            <w:proofErr w:type="spellStart"/>
            <w:r w:rsidR="009B20B3" w:rsidRPr="009B20B3">
              <w:rPr>
                <w:rFonts w:cs="Times New Roman"/>
              </w:rPr>
              <w:t>читавог</w:t>
            </w:r>
            <w:proofErr w:type="spellEnd"/>
            <w:r w:rsidR="009B20B3" w:rsidRPr="009B20B3">
              <w:rPr>
                <w:rFonts w:cs="Times New Roman"/>
              </w:rPr>
              <w:t xml:space="preserve"> </w:t>
            </w:r>
            <w:proofErr w:type="spellStart"/>
            <w:r w:rsidR="009B20B3" w:rsidRPr="009B20B3">
              <w:rPr>
                <w:rFonts w:cs="Times New Roman"/>
              </w:rPr>
              <w:t>периода</w:t>
            </w:r>
            <w:proofErr w:type="spellEnd"/>
            <w:r w:rsidR="009B20B3" w:rsidRPr="009B20B3">
              <w:rPr>
                <w:rFonts w:cs="Times New Roman"/>
              </w:rPr>
              <w:t xml:space="preserve"> </w:t>
            </w:r>
            <w:proofErr w:type="spellStart"/>
            <w:r w:rsidR="009B20B3" w:rsidRPr="009B20B3">
              <w:rPr>
                <w:rFonts w:cs="Times New Roman"/>
              </w:rPr>
              <w:t>имплементације</w:t>
            </w:r>
            <w:proofErr w:type="spellEnd"/>
            <w:r w:rsidR="009B20B3" w:rsidRPr="009B20B3">
              <w:rPr>
                <w:rFonts w:cs="Times New Roman"/>
              </w:rPr>
              <w:t xml:space="preserve"> Пројекта</w:t>
            </w:r>
            <w:r w:rsidRPr="00347368">
              <w:rPr>
                <w:rFonts w:cs="Times New Roman"/>
              </w:rPr>
              <w:t>.</w:t>
            </w:r>
          </w:p>
          <w:p w14:paraId="0A0CA417" w14:textId="079894F2" w:rsidR="00E67DA1" w:rsidRPr="00347368" w:rsidRDefault="00E67DA1" w:rsidP="00347368">
            <w:pPr>
              <w:jc w:val="left"/>
              <w:rPr>
                <w:rFonts w:cs="Times New Roman"/>
              </w:rPr>
            </w:pPr>
          </w:p>
          <w:p w14:paraId="769C8F09" w14:textId="5DE95E6E" w:rsidR="008B4670" w:rsidRPr="00347368" w:rsidRDefault="008B4670" w:rsidP="00347368">
            <w:pPr>
              <w:jc w:val="left"/>
              <w:rPr>
                <w:rFonts w:cs="Times New Roman"/>
              </w:rPr>
            </w:pPr>
            <w:r w:rsidRPr="00347368">
              <w:rPr>
                <w:rFonts w:cs="Times New Roman"/>
              </w:rPr>
              <w:t xml:space="preserve">2. </w:t>
            </w:r>
            <w:proofErr w:type="spellStart"/>
            <w:r w:rsidR="00E12AF9" w:rsidRPr="00E12AF9">
              <w:rPr>
                <w:rFonts w:cs="Times New Roman"/>
              </w:rPr>
              <w:t>Припремити</w:t>
            </w:r>
            <w:proofErr w:type="spellEnd"/>
            <w:r w:rsidR="00E12AF9" w:rsidRPr="00E12AF9">
              <w:rPr>
                <w:rFonts w:cs="Times New Roman"/>
              </w:rPr>
              <w:t xml:space="preserve"> и </w:t>
            </w:r>
            <w:proofErr w:type="spellStart"/>
            <w:r w:rsidR="00E12AF9" w:rsidRPr="00E12AF9">
              <w:rPr>
                <w:rFonts w:cs="Times New Roman"/>
              </w:rPr>
              <w:t>спровести</w:t>
            </w:r>
            <w:proofErr w:type="spellEnd"/>
            <w:r w:rsidR="00E12AF9" w:rsidRPr="00E12AF9">
              <w:rPr>
                <w:rFonts w:cs="Times New Roman"/>
              </w:rPr>
              <w:t xml:space="preserve"> RAP-</w:t>
            </w:r>
            <w:proofErr w:type="spellStart"/>
            <w:r w:rsidR="00E12AF9" w:rsidRPr="00E12AF9">
              <w:rPr>
                <w:rFonts w:cs="Times New Roman"/>
              </w:rPr>
              <w:t>ове</w:t>
            </w:r>
            <w:proofErr w:type="spellEnd"/>
            <w:r w:rsidR="00E12AF9" w:rsidRPr="00E12AF9">
              <w:rPr>
                <w:rFonts w:cs="Times New Roman"/>
              </w:rPr>
              <w:t xml:space="preserve"> </w:t>
            </w:r>
            <w:proofErr w:type="spellStart"/>
            <w:r w:rsidR="00E12AF9" w:rsidRPr="00E12AF9">
              <w:rPr>
                <w:rFonts w:cs="Times New Roman"/>
              </w:rPr>
              <w:t>пре</w:t>
            </w:r>
            <w:proofErr w:type="spellEnd"/>
            <w:r w:rsidR="00E12AF9" w:rsidRPr="00E12AF9">
              <w:rPr>
                <w:rFonts w:cs="Times New Roman"/>
              </w:rPr>
              <w:t xml:space="preserve"> </w:t>
            </w:r>
            <w:proofErr w:type="spellStart"/>
            <w:r w:rsidR="00E12AF9" w:rsidRPr="00E12AF9">
              <w:rPr>
                <w:rFonts w:cs="Times New Roman"/>
              </w:rPr>
              <w:t>извођења</w:t>
            </w:r>
            <w:proofErr w:type="spellEnd"/>
            <w:r w:rsidR="00E12AF9" w:rsidRPr="00E12AF9">
              <w:rPr>
                <w:rFonts w:cs="Times New Roman"/>
              </w:rPr>
              <w:t xml:space="preserve"> </w:t>
            </w:r>
            <w:proofErr w:type="spellStart"/>
            <w:r w:rsidR="00E12AF9" w:rsidRPr="00E12AF9">
              <w:rPr>
                <w:rFonts w:cs="Times New Roman"/>
              </w:rPr>
              <w:t>релевантних</w:t>
            </w:r>
            <w:proofErr w:type="spellEnd"/>
            <w:r w:rsidR="00E12AF9" w:rsidRPr="00E12AF9">
              <w:rPr>
                <w:rFonts w:cs="Times New Roman"/>
              </w:rPr>
              <w:t xml:space="preserve"> </w:t>
            </w:r>
            <w:proofErr w:type="spellStart"/>
            <w:r w:rsidR="00E12AF9" w:rsidRPr="00E12AF9">
              <w:rPr>
                <w:rFonts w:cs="Times New Roman"/>
              </w:rPr>
              <w:t>радова</w:t>
            </w:r>
            <w:proofErr w:type="spellEnd"/>
            <w:r w:rsidR="00E12AF9" w:rsidRPr="00E12AF9">
              <w:rPr>
                <w:rFonts w:cs="Times New Roman"/>
              </w:rPr>
              <w:t xml:space="preserve">, </w:t>
            </w:r>
            <w:proofErr w:type="spellStart"/>
            <w:r w:rsidR="00E12AF9" w:rsidRPr="00E12AF9">
              <w:rPr>
                <w:rFonts w:cs="Times New Roman"/>
              </w:rPr>
              <w:t>укључујући</w:t>
            </w:r>
            <w:proofErr w:type="spellEnd"/>
            <w:r w:rsidR="00E12AF9" w:rsidRPr="00E12AF9">
              <w:rPr>
                <w:rFonts w:cs="Times New Roman"/>
              </w:rPr>
              <w:t xml:space="preserve"> </w:t>
            </w:r>
            <w:proofErr w:type="spellStart"/>
            <w:r w:rsidR="00E12AF9" w:rsidRPr="00E12AF9">
              <w:rPr>
                <w:rFonts w:cs="Times New Roman"/>
              </w:rPr>
              <w:t>обезбеђивање</w:t>
            </w:r>
            <w:proofErr w:type="spellEnd"/>
            <w:r w:rsidR="00E12AF9" w:rsidRPr="00E12AF9">
              <w:rPr>
                <w:rFonts w:cs="Times New Roman"/>
              </w:rPr>
              <w:t xml:space="preserve"> </w:t>
            </w:r>
            <w:proofErr w:type="spellStart"/>
            <w:r w:rsidR="00E12AF9" w:rsidRPr="00E12AF9">
              <w:rPr>
                <w:rFonts w:cs="Times New Roman"/>
              </w:rPr>
              <w:t>да</w:t>
            </w:r>
            <w:proofErr w:type="spellEnd"/>
            <w:r w:rsidR="00E12AF9" w:rsidRPr="00E12AF9">
              <w:rPr>
                <w:rFonts w:cs="Times New Roman"/>
              </w:rPr>
              <w:t xml:space="preserve"> </w:t>
            </w:r>
            <w:proofErr w:type="spellStart"/>
            <w:r w:rsidR="00E12AF9" w:rsidRPr="00E12AF9">
              <w:rPr>
                <w:rFonts w:cs="Times New Roman"/>
              </w:rPr>
              <w:t>се</w:t>
            </w:r>
            <w:proofErr w:type="spellEnd"/>
            <w:r w:rsidR="00E12AF9" w:rsidRPr="00E12AF9">
              <w:rPr>
                <w:rFonts w:cs="Times New Roman"/>
              </w:rPr>
              <w:t xml:space="preserve"> </w:t>
            </w:r>
            <w:proofErr w:type="spellStart"/>
            <w:r w:rsidR="00E12AF9" w:rsidRPr="00E12AF9">
              <w:rPr>
                <w:rFonts w:cs="Times New Roman"/>
              </w:rPr>
              <w:t>пре</w:t>
            </w:r>
            <w:proofErr w:type="spellEnd"/>
            <w:r w:rsidR="00E12AF9" w:rsidRPr="00E12AF9">
              <w:rPr>
                <w:rFonts w:cs="Times New Roman"/>
              </w:rPr>
              <w:t xml:space="preserve"> </w:t>
            </w:r>
            <w:proofErr w:type="spellStart"/>
            <w:r w:rsidR="00E12AF9" w:rsidRPr="00E12AF9">
              <w:rPr>
                <w:rFonts w:cs="Times New Roman"/>
              </w:rPr>
              <w:t>преузимања</w:t>
            </w:r>
            <w:proofErr w:type="spellEnd"/>
            <w:r w:rsidR="00E12AF9" w:rsidRPr="00E12AF9">
              <w:rPr>
                <w:rFonts w:cs="Times New Roman"/>
              </w:rPr>
              <w:t xml:space="preserve"> </w:t>
            </w:r>
            <w:proofErr w:type="spellStart"/>
            <w:r w:rsidR="00E12AF9" w:rsidRPr="00E12AF9">
              <w:rPr>
                <w:rFonts w:cs="Times New Roman"/>
              </w:rPr>
              <w:t>поседа</w:t>
            </w:r>
            <w:proofErr w:type="spellEnd"/>
            <w:r w:rsidR="00E12AF9" w:rsidRPr="00E12AF9">
              <w:rPr>
                <w:rFonts w:cs="Times New Roman"/>
              </w:rPr>
              <w:t xml:space="preserve"> </w:t>
            </w:r>
            <w:proofErr w:type="spellStart"/>
            <w:r w:rsidR="00E12AF9" w:rsidRPr="00E12AF9">
              <w:rPr>
                <w:rFonts w:cs="Times New Roman"/>
              </w:rPr>
              <w:t>над</w:t>
            </w:r>
            <w:proofErr w:type="spellEnd"/>
            <w:r w:rsidR="00E12AF9" w:rsidRPr="00E12AF9">
              <w:rPr>
                <w:rFonts w:cs="Times New Roman"/>
              </w:rPr>
              <w:t xml:space="preserve"> </w:t>
            </w:r>
            <w:proofErr w:type="spellStart"/>
            <w:r w:rsidR="00E12AF9" w:rsidRPr="00E12AF9">
              <w:rPr>
                <w:rFonts w:cs="Times New Roman"/>
              </w:rPr>
              <w:t>земљиштем</w:t>
            </w:r>
            <w:proofErr w:type="spellEnd"/>
            <w:r w:rsidR="00E12AF9" w:rsidRPr="00E12AF9">
              <w:rPr>
                <w:rFonts w:cs="Times New Roman"/>
              </w:rPr>
              <w:t xml:space="preserve"> и </w:t>
            </w:r>
            <w:proofErr w:type="spellStart"/>
            <w:r w:rsidR="00E12AF9" w:rsidRPr="00E12AF9">
              <w:rPr>
                <w:rFonts w:cs="Times New Roman"/>
              </w:rPr>
              <w:t>повезаном</w:t>
            </w:r>
            <w:proofErr w:type="spellEnd"/>
            <w:r w:rsidR="00E12AF9" w:rsidRPr="00E12AF9">
              <w:rPr>
                <w:rFonts w:cs="Times New Roman"/>
              </w:rPr>
              <w:t xml:space="preserve"> </w:t>
            </w:r>
            <w:proofErr w:type="spellStart"/>
            <w:r w:rsidR="00E12AF9" w:rsidRPr="00E12AF9">
              <w:rPr>
                <w:rFonts w:cs="Times New Roman"/>
              </w:rPr>
              <w:t>имовином</w:t>
            </w:r>
            <w:proofErr w:type="spellEnd"/>
            <w:r w:rsidR="00E12AF9" w:rsidRPr="00E12AF9">
              <w:rPr>
                <w:rFonts w:cs="Times New Roman"/>
              </w:rPr>
              <w:t xml:space="preserve"> </w:t>
            </w:r>
            <w:proofErr w:type="spellStart"/>
            <w:r w:rsidR="00E12AF9" w:rsidRPr="00E12AF9">
              <w:rPr>
                <w:rFonts w:cs="Times New Roman"/>
              </w:rPr>
              <w:t>исплати</w:t>
            </w:r>
            <w:proofErr w:type="spellEnd"/>
            <w:r w:rsidR="00E12AF9" w:rsidRPr="00E12AF9">
              <w:rPr>
                <w:rFonts w:cs="Times New Roman"/>
              </w:rPr>
              <w:t xml:space="preserve"> </w:t>
            </w:r>
            <w:proofErr w:type="spellStart"/>
            <w:r w:rsidR="00E12AF9" w:rsidRPr="00E12AF9">
              <w:rPr>
                <w:rFonts w:cs="Times New Roman"/>
              </w:rPr>
              <w:t>потпуна</w:t>
            </w:r>
            <w:proofErr w:type="spellEnd"/>
            <w:r w:rsidR="00E12AF9" w:rsidRPr="00E12AF9">
              <w:rPr>
                <w:rFonts w:cs="Times New Roman"/>
              </w:rPr>
              <w:t xml:space="preserve"> </w:t>
            </w:r>
            <w:proofErr w:type="spellStart"/>
            <w:r w:rsidR="00E12AF9" w:rsidRPr="00E12AF9">
              <w:rPr>
                <w:rFonts w:cs="Times New Roman"/>
              </w:rPr>
              <w:t>накнада</w:t>
            </w:r>
            <w:proofErr w:type="spellEnd"/>
            <w:r w:rsidRPr="00347368">
              <w:rPr>
                <w:rFonts w:cs="Times New Roman"/>
              </w:rPr>
              <w:t>.</w:t>
            </w:r>
          </w:p>
          <w:p w14:paraId="3750E4EA" w14:textId="77777777" w:rsidR="00F9629E" w:rsidRPr="00347368" w:rsidRDefault="00F9629E" w:rsidP="00347368">
            <w:pPr>
              <w:jc w:val="left"/>
              <w:rPr>
                <w:rFonts w:cs="Times New Roman"/>
              </w:rPr>
            </w:pPr>
          </w:p>
          <w:p w14:paraId="7DC58CFF" w14:textId="0499080F" w:rsidR="00EC0116" w:rsidRPr="00347368" w:rsidRDefault="002E53BC" w:rsidP="00347368">
            <w:pPr>
              <w:jc w:val="left"/>
              <w:rPr>
                <w:rFonts w:cs="Times New Roman"/>
              </w:rPr>
            </w:pPr>
            <w:r w:rsidRPr="00347368">
              <w:rPr>
                <w:rFonts w:cs="Times New Roman"/>
              </w:rPr>
              <w:t xml:space="preserve">3. </w:t>
            </w:r>
            <w:proofErr w:type="spellStart"/>
            <w:r w:rsidR="00E12AF9" w:rsidRPr="00E12AF9">
              <w:rPr>
                <w:rFonts w:cs="Times New Roman"/>
              </w:rPr>
              <w:t>Пре</w:t>
            </w:r>
            <w:proofErr w:type="spellEnd"/>
            <w:r w:rsidR="00E12AF9" w:rsidRPr="00E12AF9">
              <w:rPr>
                <w:rFonts w:cs="Times New Roman"/>
              </w:rPr>
              <w:t xml:space="preserve"> </w:t>
            </w:r>
            <w:proofErr w:type="spellStart"/>
            <w:r w:rsidR="00E12AF9" w:rsidRPr="00E12AF9">
              <w:rPr>
                <w:rFonts w:cs="Times New Roman"/>
              </w:rPr>
              <w:t>почетка</w:t>
            </w:r>
            <w:proofErr w:type="spellEnd"/>
            <w:r w:rsidR="00E12AF9" w:rsidRPr="00E12AF9">
              <w:rPr>
                <w:rFonts w:cs="Times New Roman"/>
              </w:rPr>
              <w:t xml:space="preserve"> </w:t>
            </w:r>
            <w:proofErr w:type="spellStart"/>
            <w:r w:rsidR="00E12AF9" w:rsidRPr="00E12AF9">
              <w:rPr>
                <w:rFonts w:cs="Times New Roman"/>
              </w:rPr>
              <w:t>грађевинских</w:t>
            </w:r>
            <w:proofErr w:type="spellEnd"/>
            <w:r w:rsidR="00E12AF9" w:rsidRPr="00E12AF9">
              <w:rPr>
                <w:rFonts w:cs="Times New Roman"/>
              </w:rPr>
              <w:t xml:space="preserve"> </w:t>
            </w:r>
            <w:proofErr w:type="spellStart"/>
            <w:r w:rsidR="00E12AF9" w:rsidRPr="00E12AF9">
              <w:rPr>
                <w:rFonts w:cs="Times New Roman"/>
              </w:rPr>
              <w:t>радова</w:t>
            </w:r>
            <w:proofErr w:type="spellEnd"/>
            <w:r w:rsidR="008B4670" w:rsidRPr="00347368" w:rsidDel="008B4670">
              <w:rPr>
                <w:rFonts w:cs="Times New Roman"/>
              </w:rPr>
              <w:t xml:space="preserve"> </w:t>
            </w:r>
          </w:p>
        </w:tc>
        <w:tc>
          <w:tcPr>
            <w:tcW w:w="733" w:type="pct"/>
          </w:tcPr>
          <w:p w14:paraId="18269774" w14:textId="77777777" w:rsidR="002B2C83" w:rsidRPr="00347368" w:rsidRDefault="002B2C83" w:rsidP="00347368">
            <w:pPr>
              <w:jc w:val="left"/>
              <w:rPr>
                <w:rFonts w:cs="Times New Roman"/>
              </w:rPr>
            </w:pPr>
          </w:p>
          <w:p w14:paraId="392FF51D" w14:textId="77777777" w:rsidR="0034147D" w:rsidRPr="00347368" w:rsidRDefault="0034147D" w:rsidP="00347368">
            <w:pPr>
              <w:jc w:val="left"/>
              <w:rPr>
                <w:rFonts w:cs="Times New Roman"/>
              </w:rPr>
            </w:pPr>
          </w:p>
          <w:p w14:paraId="49070DB8" w14:textId="2CD5F99C" w:rsidR="00A67107" w:rsidRPr="00E12AF9" w:rsidRDefault="00E12AF9" w:rsidP="00347368">
            <w:pPr>
              <w:jc w:val="left"/>
              <w:rPr>
                <w:rFonts w:cs="Times New Roman"/>
                <w:lang w:val="sr-Cyrl-RS"/>
              </w:rPr>
            </w:pPr>
            <w:r>
              <w:rPr>
                <w:rFonts w:cs="Times New Roman"/>
                <w:lang w:val="sr-Cyrl-RS"/>
              </w:rPr>
              <w:t>МРЕ</w:t>
            </w:r>
          </w:p>
          <w:p w14:paraId="1EBF0D5F" w14:textId="2FDE37A9" w:rsidR="00EC0116" w:rsidRPr="00347368" w:rsidRDefault="00C13574" w:rsidP="00347368">
            <w:pPr>
              <w:jc w:val="left"/>
              <w:rPr>
                <w:rFonts w:cs="Times New Roman"/>
              </w:rPr>
            </w:pPr>
            <w:r w:rsidRPr="00347368">
              <w:rPr>
                <w:rFonts w:cs="Times New Roman"/>
              </w:rPr>
              <w:t>“</w:t>
            </w:r>
            <w:r w:rsidR="00E12AF9">
              <w:rPr>
                <w:rFonts w:cs="Times New Roman"/>
                <w:lang w:val="sr-Cyrl-RS"/>
              </w:rPr>
              <w:t>Србијагас</w:t>
            </w:r>
            <w:r w:rsidRPr="00347368">
              <w:rPr>
                <w:rFonts w:cs="Times New Roman"/>
              </w:rPr>
              <w:t>”</w:t>
            </w:r>
            <w:r w:rsidR="00E12AF9">
              <w:rPr>
                <w:rFonts w:cs="Times New Roman"/>
                <w:lang w:val="sr-Cyrl-RS"/>
              </w:rPr>
              <w:t xml:space="preserve"> </w:t>
            </w:r>
            <w:r w:rsidR="000C07EF" w:rsidRPr="00347368">
              <w:rPr>
                <w:rFonts w:cs="Times New Roman"/>
              </w:rPr>
              <w:t>(</w:t>
            </w:r>
            <w:proofErr w:type="spellStart"/>
            <w:r w:rsidR="00E12AF9" w:rsidRPr="00E12AF9">
              <w:rPr>
                <w:rFonts w:cs="Times New Roman"/>
              </w:rPr>
              <w:t>биће</w:t>
            </w:r>
            <w:proofErr w:type="spellEnd"/>
            <w:r w:rsidR="00E12AF9" w:rsidRPr="00E12AF9">
              <w:rPr>
                <w:rFonts w:cs="Times New Roman"/>
              </w:rPr>
              <w:t xml:space="preserve"> </w:t>
            </w:r>
            <w:proofErr w:type="spellStart"/>
            <w:r w:rsidR="00E12AF9" w:rsidRPr="00E12AF9">
              <w:rPr>
                <w:rFonts w:cs="Times New Roman"/>
              </w:rPr>
              <w:t>потврђено</w:t>
            </w:r>
            <w:proofErr w:type="spellEnd"/>
            <w:r w:rsidR="000C07EF" w:rsidRPr="00347368">
              <w:rPr>
                <w:rFonts w:cs="Times New Roman"/>
              </w:rPr>
              <w:t>)</w:t>
            </w:r>
          </w:p>
        </w:tc>
      </w:tr>
      <w:tr w:rsidR="00625796" w:rsidRPr="00347368" w14:paraId="015F49C9" w14:textId="77777777" w:rsidTr="009D7F44">
        <w:tc>
          <w:tcPr>
            <w:tcW w:w="268" w:type="pct"/>
          </w:tcPr>
          <w:p w14:paraId="5A1DA067" w14:textId="0CA40E7A" w:rsidR="00EC0116" w:rsidRPr="00347368" w:rsidRDefault="00245837" w:rsidP="00347368">
            <w:pPr>
              <w:jc w:val="left"/>
              <w:rPr>
                <w:rFonts w:cs="Times New Roman"/>
              </w:rPr>
            </w:pPr>
            <w:r w:rsidRPr="00347368">
              <w:rPr>
                <w:rFonts w:cs="Times New Roman"/>
              </w:rPr>
              <w:t>5.2</w:t>
            </w:r>
          </w:p>
        </w:tc>
        <w:tc>
          <w:tcPr>
            <w:tcW w:w="2795" w:type="pct"/>
          </w:tcPr>
          <w:p w14:paraId="5659883A" w14:textId="41855D8D" w:rsidR="00C13574" w:rsidRPr="00347368" w:rsidRDefault="00D11A3F" w:rsidP="00347368">
            <w:pPr>
              <w:jc w:val="left"/>
              <w:rPr>
                <w:rFonts w:cs="Times New Roman"/>
                <w:b/>
                <w:bCs/>
                <w:color w:val="4472C4" w:themeColor="accent1"/>
              </w:rPr>
            </w:pPr>
            <w:r w:rsidRPr="00D11A3F">
              <w:rPr>
                <w:rFonts w:cs="Times New Roman"/>
                <w:b/>
                <w:bCs/>
                <w:color w:val="4472C4" w:themeColor="accent1"/>
              </w:rPr>
              <w:t>НЕЗАВИСНИ ЕКСТЕРНИ МОНИТОРИНГ</w:t>
            </w:r>
            <w:r w:rsidR="00245837" w:rsidRPr="00347368">
              <w:rPr>
                <w:rFonts w:cs="Times New Roman"/>
                <w:b/>
                <w:bCs/>
                <w:color w:val="4472C4" w:themeColor="accent1"/>
              </w:rPr>
              <w:t xml:space="preserve">: </w:t>
            </w:r>
          </w:p>
          <w:p w14:paraId="3D9F86C7" w14:textId="13018F9F" w:rsidR="00EC0116" w:rsidRPr="00347368" w:rsidRDefault="00D11A3F" w:rsidP="00347368">
            <w:pPr>
              <w:jc w:val="left"/>
              <w:rPr>
                <w:rFonts w:cs="Times New Roman"/>
              </w:rPr>
            </w:pPr>
            <w:proofErr w:type="spellStart"/>
            <w:r w:rsidRPr="00D11A3F">
              <w:rPr>
                <w:rFonts w:cs="Times New Roman"/>
              </w:rPr>
              <w:t>Ангажовати</w:t>
            </w:r>
            <w:proofErr w:type="spellEnd"/>
            <w:r w:rsidRPr="00D11A3F">
              <w:rPr>
                <w:rFonts w:cs="Times New Roman"/>
              </w:rPr>
              <w:t xml:space="preserve"> </w:t>
            </w:r>
            <w:proofErr w:type="spellStart"/>
            <w:r w:rsidRPr="00D11A3F">
              <w:rPr>
                <w:rFonts w:cs="Times New Roman"/>
              </w:rPr>
              <w:t>независни</w:t>
            </w:r>
            <w:proofErr w:type="spellEnd"/>
            <w:r w:rsidRPr="00D11A3F">
              <w:rPr>
                <w:rFonts w:cs="Times New Roman"/>
              </w:rPr>
              <w:t xml:space="preserve"> </w:t>
            </w:r>
            <w:proofErr w:type="spellStart"/>
            <w:r w:rsidRPr="00D11A3F">
              <w:rPr>
                <w:rFonts w:cs="Times New Roman"/>
              </w:rPr>
              <w:t>екстерни</w:t>
            </w:r>
            <w:proofErr w:type="spellEnd"/>
            <w:r w:rsidRPr="00D11A3F">
              <w:rPr>
                <w:rFonts w:cs="Times New Roman"/>
              </w:rPr>
              <w:t xml:space="preserve"> </w:t>
            </w:r>
            <w:proofErr w:type="spellStart"/>
            <w:r w:rsidRPr="00D11A3F">
              <w:rPr>
                <w:rFonts w:cs="Times New Roman"/>
              </w:rPr>
              <w:t>мониторинг</w:t>
            </w:r>
            <w:proofErr w:type="spellEnd"/>
            <w:r w:rsidRPr="00D11A3F">
              <w:rPr>
                <w:rFonts w:cs="Times New Roman"/>
              </w:rPr>
              <w:t xml:space="preserve"> </w:t>
            </w:r>
            <w:proofErr w:type="spellStart"/>
            <w:r w:rsidRPr="00D11A3F">
              <w:rPr>
                <w:rFonts w:cs="Times New Roman"/>
              </w:rPr>
              <w:t>за</w:t>
            </w:r>
            <w:proofErr w:type="spellEnd"/>
            <w:r w:rsidRPr="00D11A3F">
              <w:rPr>
                <w:rFonts w:cs="Times New Roman"/>
              </w:rPr>
              <w:t xml:space="preserve"> </w:t>
            </w:r>
            <w:proofErr w:type="spellStart"/>
            <w:r w:rsidRPr="00D11A3F">
              <w:rPr>
                <w:rFonts w:cs="Times New Roman"/>
              </w:rPr>
              <w:t>праћење</w:t>
            </w:r>
            <w:proofErr w:type="spellEnd"/>
            <w:r w:rsidRPr="00D11A3F">
              <w:rPr>
                <w:rFonts w:cs="Times New Roman"/>
              </w:rPr>
              <w:t xml:space="preserve"> </w:t>
            </w:r>
            <w:proofErr w:type="spellStart"/>
            <w:r w:rsidRPr="00D11A3F">
              <w:rPr>
                <w:rFonts w:cs="Times New Roman"/>
              </w:rPr>
              <w:t>процеса</w:t>
            </w:r>
            <w:proofErr w:type="spellEnd"/>
            <w:r w:rsidRPr="00D11A3F">
              <w:rPr>
                <w:rFonts w:cs="Times New Roman"/>
              </w:rPr>
              <w:t xml:space="preserve"> </w:t>
            </w:r>
            <w:proofErr w:type="spellStart"/>
            <w:r w:rsidRPr="00D11A3F">
              <w:rPr>
                <w:rFonts w:cs="Times New Roman"/>
              </w:rPr>
              <w:t>спровођења</w:t>
            </w:r>
            <w:proofErr w:type="spellEnd"/>
            <w:r w:rsidRPr="00D11A3F">
              <w:rPr>
                <w:rFonts w:cs="Times New Roman"/>
              </w:rPr>
              <w:t xml:space="preserve"> RAP-а </w:t>
            </w:r>
            <w:proofErr w:type="spellStart"/>
            <w:r w:rsidRPr="00D11A3F">
              <w:rPr>
                <w:rFonts w:cs="Times New Roman"/>
              </w:rPr>
              <w:t>за</w:t>
            </w:r>
            <w:proofErr w:type="spellEnd"/>
            <w:r w:rsidRPr="00D11A3F">
              <w:rPr>
                <w:rFonts w:cs="Times New Roman"/>
              </w:rPr>
              <w:t xml:space="preserve"> </w:t>
            </w:r>
            <w:proofErr w:type="spellStart"/>
            <w:r w:rsidRPr="00D11A3F">
              <w:rPr>
                <w:rFonts w:cs="Times New Roman"/>
              </w:rPr>
              <w:t>гасну</w:t>
            </w:r>
            <w:proofErr w:type="spellEnd"/>
            <w:r w:rsidRPr="00D11A3F">
              <w:rPr>
                <w:rFonts w:cs="Times New Roman"/>
              </w:rPr>
              <w:t xml:space="preserve"> </w:t>
            </w:r>
            <w:proofErr w:type="spellStart"/>
            <w:r w:rsidRPr="00D11A3F">
              <w:rPr>
                <w:rFonts w:cs="Times New Roman"/>
              </w:rPr>
              <w:t>инфраструктуру</w:t>
            </w:r>
            <w:proofErr w:type="spellEnd"/>
            <w:r w:rsidRPr="00D11A3F">
              <w:rPr>
                <w:rFonts w:cs="Times New Roman"/>
              </w:rPr>
              <w:t xml:space="preserve"> (</w:t>
            </w:r>
            <w:proofErr w:type="spellStart"/>
            <w:r w:rsidRPr="00D11A3F">
              <w:rPr>
                <w:rFonts w:cs="Times New Roman"/>
              </w:rPr>
              <w:t>гасовод</w:t>
            </w:r>
            <w:proofErr w:type="spellEnd"/>
            <w:r w:rsidRPr="00D11A3F">
              <w:rPr>
                <w:rFonts w:cs="Times New Roman"/>
              </w:rPr>
              <w:t xml:space="preserve"> и МР </w:t>
            </w:r>
            <w:proofErr w:type="spellStart"/>
            <w:r w:rsidRPr="00D11A3F">
              <w:rPr>
                <w:rFonts w:cs="Times New Roman"/>
              </w:rPr>
              <w:t>станице</w:t>
            </w:r>
            <w:proofErr w:type="spellEnd"/>
            <w:r w:rsidR="00177DB1" w:rsidRPr="00347368">
              <w:rPr>
                <w:rFonts w:cs="Times New Roman"/>
              </w:rPr>
              <w:t>)</w:t>
            </w:r>
          </w:p>
        </w:tc>
        <w:tc>
          <w:tcPr>
            <w:tcW w:w="1204" w:type="pct"/>
          </w:tcPr>
          <w:p w14:paraId="3FE0A1D8" w14:textId="77777777" w:rsidR="002E53BC" w:rsidRPr="00347368" w:rsidRDefault="002E53BC" w:rsidP="00347368">
            <w:pPr>
              <w:jc w:val="left"/>
              <w:rPr>
                <w:rFonts w:cs="Times New Roman"/>
              </w:rPr>
            </w:pPr>
          </w:p>
          <w:p w14:paraId="698717CC" w14:textId="1D8706A1" w:rsidR="00EC0116" w:rsidRPr="00347368" w:rsidRDefault="00D11A3F" w:rsidP="00347368">
            <w:pPr>
              <w:jc w:val="left"/>
              <w:rPr>
                <w:rFonts w:cs="Times New Roman"/>
              </w:rPr>
            </w:pPr>
            <w:proofErr w:type="spellStart"/>
            <w:r w:rsidRPr="00D11A3F">
              <w:rPr>
                <w:rFonts w:cs="Times New Roman"/>
              </w:rPr>
              <w:t>Током</w:t>
            </w:r>
            <w:proofErr w:type="spellEnd"/>
            <w:r w:rsidRPr="00D11A3F">
              <w:rPr>
                <w:rFonts w:cs="Times New Roman"/>
              </w:rPr>
              <w:t xml:space="preserve"> и </w:t>
            </w:r>
            <w:proofErr w:type="spellStart"/>
            <w:r w:rsidRPr="00D11A3F">
              <w:rPr>
                <w:rFonts w:cs="Times New Roman"/>
              </w:rPr>
              <w:t>након</w:t>
            </w:r>
            <w:proofErr w:type="spellEnd"/>
            <w:r w:rsidRPr="00D11A3F">
              <w:rPr>
                <w:rFonts w:cs="Times New Roman"/>
              </w:rPr>
              <w:t xml:space="preserve"> </w:t>
            </w:r>
            <w:proofErr w:type="spellStart"/>
            <w:r w:rsidRPr="00D11A3F">
              <w:rPr>
                <w:rFonts w:cs="Times New Roman"/>
              </w:rPr>
              <w:t>спровођења</w:t>
            </w:r>
            <w:proofErr w:type="spellEnd"/>
            <w:r w:rsidRPr="00D11A3F">
              <w:rPr>
                <w:rFonts w:cs="Times New Roman"/>
              </w:rPr>
              <w:t xml:space="preserve"> RAP-</w:t>
            </w:r>
            <w:proofErr w:type="spellStart"/>
            <w:r w:rsidRPr="00D11A3F">
              <w:rPr>
                <w:rFonts w:cs="Times New Roman"/>
              </w:rPr>
              <w:t>ова</w:t>
            </w:r>
            <w:proofErr w:type="spellEnd"/>
          </w:p>
          <w:p w14:paraId="2C0267B2" w14:textId="3AC33528" w:rsidR="00A02289" w:rsidRPr="00347368" w:rsidRDefault="00A02289" w:rsidP="00347368">
            <w:pPr>
              <w:jc w:val="left"/>
              <w:rPr>
                <w:rFonts w:cs="Times New Roman"/>
              </w:rPr>
            </w:pPr>
          </w:p>
        </w:tc>
        <w:tc>
          <w:tcPr>
            <w:tcW w:w="733" w:type="pct"/>
          </w:tcPr>
          <w:p w14:paraId="529925D3" w14:textId="77777777" w:rsidR="00D50708" w:rsidRPr="00347368" w:rsidRDefault="00D50708" w:rsidP="00347368">
            <w:pPr>
              <w:jc w:val="left"/>
              <w:rPr>
                <w:rFonts w:cs="Times New Roman"/>
              </w:rPr>
            </w:pPr>
          </w:p>
          <w:p w14:paraId="72471205" w14:textId="4D3968DD" w:rsidR="00F9629E" w:rsidRPr="00D11A3F" w:rsidRDefault="00D11A3F" w:rsidP="00347368">
            <w:pPr>
              <w:jc w:val="left"/>
              <w:rPr>
                <w:rFonts w:cs="Times New Roman"/>
                <w:lang w:val="sr-Cyrl-RS"/>
              </w:rPr>
            </w:pPr>
            <w:r>
              <w:rPr>
                <w:rFonts w:cs="Times New Roman"/>
                <w:lang w:val="sr-Cyrl-RS"/>
              </w:rPr>
              <w:t>МРЕ</w:t>
            </w:r>
          </w:p>
          <w:p w14:paraId="7350E49D" w14:textId="2BC3D80C" w:rsidR="00EC0116" w:rsidRPr="00347368" w:rsidRDefault="00D11A3F" w:rsidP="00347368">
            <w:pPr>
              <w:jc w:val="left"/>
              <w:rPr>
                <w:rFonts w:cs="Times New Roman"/>
              </w:rPr>
            </w:pPr>
            <w:r w:rsidRPr="00D11A3F">
              <w:rPr>
                <w:rFonts w:cs="Times New Roman"/>
              </w:rPr>
              <w:t>“</w:t>
            </w:r>
            <w:proofErr w:type="spellStart"/>
            <w:r w:rsidRPr="00D11A3F">
              <w:rPr>
                <w:rFonts w:cs="Times New Roman"/>
              </w:rPr>
              <w:t>Србијагас</w:t>
            </w:r>
            <w:proofErr w:type="spellEnd"/>
            <w:r w:rsidRPr="00D11A3F">
              <w:rPr>
                <w:rFonts w:cs="Times New Roman"/>
              </w:rPr>
              <w:t>” (</w:t>
            </w:r>
            <w:proofErr w:type="spellStart"/>
            <w:r w:rsidRPr="00D11A3F">
              <w:rPr>
                <w:rFonts w:cs="Times New Roman"/>
              </w:rPr>
              <w:t>биће</w:t>
            </w:r>
            <w:proofErr w:type="spellEnd"/>
            <w:r w:rsidRPr="00D11A3F">
              <w:rPr>
                <w:rFonts w:cs="Times New Roman"/>
              </w:rPr>
              <w:t xml:space="preserve"> </w:t>
            </w:r>
            <w:proofErr w:type="spellStart"/>
            <w:r w:rsidRPr="00D11A3F">
              <w:rPr>
                <w:rFonts w:cs="Times New Roman"/>
              </w:rPr>
              <w:t>потврђено</w:t>
            </w:r>
            <w:proofErr w:type="spellEnd"/>
            <w:r w:rsidRPr="00D11A3F">
              <w:rPr>
                <w:rFonts w:cs="Times New Roman"/>
              </w:rPr>
              <w:t>)</w:t>
            </w:r>
          </w:p>
        </w:tc>
      </w:tr>
      <w:tr w:rsidR="00245837" w:rsidRPr="00347368" w14:paraId="2DEC8D9D" w14:textId="77777777" w:rsidTr="4B7286EC">
        <w:tc>
          <w:tcPr>
            <w:tcW w:w="5000" w:type="pct"/>
            <w:gridSpan w:val="4"/>
            <w:shd w:val="clear" w:color="auto" w:fill="F7CAAC" w:themeFill="accent2" w:themeFillTint="66"/>
          </w:tcPr>
          <w:p w14:paraId="034CA1EC" w14:textId="71890684" w:rsidR="00245837" w:rsidRPr="00347368" w:rsidRDefault="00245837" w:rsidP="00347368">
            <w:pPr>
              <w:jc w:val="left"/>
              <w:rPr>
                <w:rFonts w:cs="Times New Roman"/>
              </w:rPr>
            </w:pPr>
            <w:r w:rsidRPr="00347368">
              <w:rPr>
                <w:rFonts w:cs="Times New Roman"/>
                <w:b/>
                <w:bCs/>
              </w:rPr>
              <w:t xml:space="preserve">ESS 6: </w:t>
            </w:r>
            <w:r w:rsidR="00FB4FA7" w:rsidRPr="00FB4FA7">
              <w:rPr>
                <w:rFonts w:cs="Times New Roman"/>
                <w:b/>
                <w:bCs/>
              </w:rPr>
              <w:t>ОЧУВАЊЕ БИОДИВЕРЗИТЕТА И ОДРЖИВО УПРАВЉАЊЕ ЖИВИМ ПРИРОДНИМ РЕСУРСИМА</w:t>
            </w:r>
          </w:p>
        </w:tc>
      </w:tr>
      <w:tr w:rsidR="00625796" w:rsidRPr="00347368" w14:paraId="29D15BFF" w14:textId="77777777" w:rsidTr="009D7F44">
        <w:tc>
          <w:tcPr>
            <w:tcW w:w="268" w:type="pct"/>
          </w:tcPr>
          <w:p w14:paraId="67018053" w14:textId="00DEC23A" w:rsidR="00EC0116" w:rsidRPr="00347368" w:rsidRDefault="00245837" w:rsidP="00347368">
            <w:pPr>
              <w:jc w:val="left"/>
              <w:rPr>
                <w:rFonts w:cs="Times New Roman"/>
              </w:rPr>
            </w:pPr>
            <w:r w:rsidRPr="00347368">
              <w:rPr>
                <w:rFonts w:cs="Times New Roman"/>
              </w:rPr>
              <w:t>6.1.</w:t>
            </w:r>
          </w:p>
        </w:tc>
        <w:tc>
          <w:tcPr>
            <w:tcW w:w="2795" w:type="pct"/>
          </w:tcPr>
          <w:p w14:paraId="2811E2BA" w14:textId="3B1C0D6B" w:rsidR="00133E02" w:rsidRPr="00347368" w:rsidRDefault="00FB4FA7" w:rsidP="00347368">
            <w:pPr>
              <w:jc w:val="left"/>
            </w:pPr>
            <w:r w:rsidRPr="00FB4FA7">
              <w:rPr>
                <w:rFonts w:cs="Times New Roman"/>
                <w:b/>
                <w:bCs/>
                <w:color w:val="4472C4" w:themeColor="accent1"/>
              </w:rPr>
              <w:t>РИЗИЦИ И УТИЦАЈИ НА БИОДИВЕРЗИТЕТ</w:t>
            </w:r>
            <w:r w:rsidR="00245837" w:rsidRPr="00347368">
              <w:rPr>
                <w:rFonts w:cs="Times New Roman"/>
                <w:b/>
                <w:bCs/>
                <w:color w:val="4472C4" w:themeColor="accent1"/>
              </w:rPr>
              <w:t>:</w:t>
            </w:r>
          </w:p>
          <w:p w14:paraId="3D547054" w14:textId="00E9AC80" w:rsidR="00133E02" w:rsidRPr="00347368" w:rsidRDefault="00FB4FA7" w:rsidP="00347368">
            <w:pPr>
              <w:jc w:val="left"/>
            </w:pPr>
            <w:proofErr w:type="spellStart"/>
            <w:r w:rsidRPr="00FB4FA7">
              <w:rPr>
                <w:rFonts w:eastAsia="Segoe UI" w:cs="Segoe UI"/>
              </w:rPr>
              <w:t>Припремити</w:t>
            </w:r>
            <w:proofErr w:type="spellEnd"/>
            <w:r w:rsidRPr="00FB4FA7">
              <w:rPr>
                <w:rFonts w:eastAsia="Segoe UI" w:cs="Segoe UI"/>
              </w:rPr>
              <w:t xml:space="preserve"> и </w:t>
            </w:r>
            <w:proofErr w:type="spellStart"/>
            <w:r w:rsidRPr="00FB4FA7">
              <w:rPr>
                <w:rFonts w:eastAsia="Segoe UI" w:cs="Segoe UI"/>
              </w:rPr>
              <w:t>спровести</w:t>
            </w:r>
            <w:proofErr w:type="spellEnd"/>
            <w:r w:rsidRPr="00FB4FA7">
              <w:rPr>
                <w:rFonts w:eastAsia="Segoe UI" w:cs="Segoe UI"/>
              </w:rPr>
              <w:t xml:space="preserve"> </w:t>
            </w:r>
            <w:proofErr w:type="spellStart"/>
            <w:r w:rsidRPr="00FB4FA7">
              <w:rPr>
                <w:rFonts w:eastAsia="Segoe UI" w:cs="Segoe UI"/>
              </w:rPr>
              <w:t>План</w:t>
            </w:r>
            <w:proofErr w:type="spellEnd"/>
            <w:r w:rsidRPr="00FB4FA7">
              <w:rPr>
                <w:rFonts w:eastAsia="Segoe UI" w:cs="Segoe UI"/>
              </w:rPr>
              <w:t xml:space="preserve"> </w:t>
            </w:r>
            <w:proofErr w:type="spellStart"/>
            <w:r w:rsidRPr="00FB4FA7">
              <w:rPr>
                <w:rFonts w:eastAsia="Segoe UI" w:cs="Segoe UI"/>
              </w:rPr>
              <w:t>управљања</w:t>
            </w:r>
            <w:proofErr w:type="spellEnd"/>
            <w:r w:rsidRPr="00FB4FA7">
              <w:rPr>
                <w:rFonts w:eastAsia="Segoe UI" w:cs="Segoe UI"/>
              </w:rPr>
              <w:t xml:space="preserve"> </w:t>
            </w:r>
            <w:proofErr w:type="spellStart"/>
            <w:r w:rsidRPr="00FB4FA7">
              <w:rPr>
                <w:rFonts w:eastAsia="Segoe UI" w:cs="Segoe UI"/>
              </w:rPr>
              <w:t>биодиверзитетом</w:t>
            </w:r>
            <w:proofErr w:type="spellEnd"/>
            <w:r w:rsidRPr="00FB4FA7">
              <w:rPr>
                <w:rFonts w:eastAsia="Segoe UI" w:cs="Segoe UI"/>
              </w:rPr>
              <w:t xml:space="preserve"> (BMP), </w:t>
            </w:r>
            <w:proofErr w:type="spellStart"/>
            <w:r w:rsidRPr="00FB4FA7">
              <w:rPr>
                <w:rFonts w:eastAsia="Segoe UI" w:cs="Segoe UI"/>
              </w:rPr>
              <w:t>заснован</w:t>
            </w:r>
            <w:proofErr w:type="spellEnd"/>
            <w:r w:rsidRPr="00FB4FA7">
              <w:rPr>
                <w:rFonts w:eastAsia="Segoe UI" w:cs="Segoe UI"/>
              </w:rPr>
              <w:t xml:space="preserve"> </w:t>
            </w:r>
            <w:proofErr w:type="spellStart"/>
            <w:r w:rsidRPr="00FB4FA7">
              <w:rPr>
                <w:rFonts w:eastAsia="Segoe UI" w:cs="Segoe UI"/>
              </w:rPr>
              <w:t>на</w:t>
            </w:r>
            <w:proofErr w:type="spellEnd"/>
            <w:r w:rsidRPr="00FB4FA7">
              <w:rPr>
                <w:rFonts w:eastAsia="Segoe UI" w:cs="Segoe UI"/>
              </w:rPr>
              <w:t xml:space="preserve"> </w:t>
            </w:r>
            <w:proofErr w:type="spellStart"/>
            <w:r w:rsidRPr="00FB4FA7">
              <w:rPr>
                <w:rFonts w:eastAsia="Segoe UI" w:cs="Segoe UI"/>
              </w:rPr>
              <w:t>налазима</w:t>
            </w:r>
            <w:proofErr w:type="spellEnd"/>
            <w:r w:rsidRPr="00FB4FA7">
              <w:rPr>
                <w:rFonts w:eastAsia="Segoe UI" w:cs="Segoe UI"/>
              </w:rPr>
              <w:t xml:space="preserve"> ESIA и </w:t>
            </w:r>
            <w:proofErr w:type="spellStart"/>
            <w:r w:rsidRPr="00FB4FA7">
              <w:rPr>
                <w:rFonts w:eastAsia="Segoe UI" w:cs="Segoe UI"/>
              </w:rPr>
              <w:t>процене</w:t>
            </w:r>
            <w:proofErr w:type="spellEnd"/>
            <w:r w:rsidRPr="00FB4FA7">
              <w:rPr>
                <w:rFonts w:eastAsia="Segoe UI" w:cs="Segoe UI"/>
              </w:rPr>
              <w:t xml:space="preserve"> </w:t>
            </w:r>
            <w:proofErr w:type="spellStart"/>
            <w:r w:rsidRPr="00FB4FA7">
              <w:rPr>
                <w:rFonts w:eastAsia="Segoe UI" w:cs="Segoe UI"/>
              </w:rPr>
              <w:t>критичних</w:t>
            </w:r>
            <w:proofErr w:type="spellEnd"/>
            <w:r w:rsidRPr="00FB4FA7">
              <w:rPr>
                <w:rFonts w:eastAsia="Segoe UI" w:cs="Segoe UI"/>
              </w:rPr>
              <w:t xml:space="preserve"> </w:t>
            </w:r>
            <w:proofErr w:type="spellStart"/>
            <w:r w:rsidRPr="00FB4FA7">
              <w:rPr>
                <w:rFonts w:eastAsia="Segoe UI" w:cs="Segoe UI"/>
              </w:rPr>
              <w:t>станишта</w:t>
            </w:r>
            <w:proofErr w:type="spellEnd"/>
            <w:r w:rsidRPr="00FB4FA7">
              <w:rPr>
                <w:rFonts w:eastAsia="Segoe UI" w:cs="Segoe UI"/>
              </w:rPr>
              <w:t xml:space="preserve">, </w:t>
            </w:r>
            <w:proofErr w:type="spellStart"/>
            <w:r w:rsidRPr="00FB4FA7">
              <w:rPr>
                <w:rFonts w:eastAsia="Segoe UI" w:cs="Segoe UI"/>
              </w:rPr>
              <w:t>укључујући</w:t>
            </w:r>
            <w:proofErr w:type="spellEnd"/>
            <w:r w:rsidRPr="00FB4FA7">
              <w:rPr>
                <w:rFonts w:eastAsia="Segoe UI" w:cs="Segoe UI"/>
              </w:rPr>
              <w:t xml:space="preserve"> </w:t>
            </w:r>
            <w:proofErr w:type="spellStart"/>
            <w:r w:rsidRPr="00FB4FA7">
              <w:rPr>
                <w:rFonts w:eastAsia="Segoe UI" w:cs="Segoe UI"/>
              </w:rPr>
              <w:t>све</w:t>
            </w:r>
            <w:proofErr w:type="spellEnd"/>
            <w:r w:rsidRPr="00FB4FA7">
              <w:rPr>
                <w:rFonts w:eastAsia="Segoe UI" w:cs="Segoe UI"/>
              </w:rPr>
              <w:t xml:space="preserve"> </w:t>
            </w:r>
            <w:proofErr w:type="spellStart"/>
            <w:r w:rsidRPr="00FB4FA7">
              <w:rPr>
                <w:rFonts w:eastAsia="Segoe UI" w:cs="Segoe UI"/>
              </w:rPr>
              <w:t>захтеве</w:t>
            </w:r>
            <w:proofErr w:type="spellEnd"/>
            <w:r w:rsidRPr="00FB4FA7">
              <w:rPr>
                <w:rFonts w:eastAsia="Segoe UI" w:cs="Segoe UI"/>
              </w:rPr>
              <w:t xml:space="preserve"> </w:t>
            </w:r>
            <w:proofErr w:type="spellStart"/>
            <w:r w:rsidRPr="00FB4FA7">
              <w:rPr>
                <w:rFonts w:eastAsia="Segoe UI" w:cs="Segoe UI"/>
              </w:rPr>
              <w:t>за</w:t>
            </w:r>
            <w:proofErr w:type="spellEnd"/>
            <w:r w:rsidRPr="00FB4FA7">
              <w:rPr>
                <w:rFonts w:eastAsia="Segoe UI" w:cs="Segoe UI"/>
              </w:rPr>
              <w:t xml:space="preserve"> </w:t>
            </w:r>
            <w:proofErr w:type="spellStart"/>
            <w:r w:rsidRPr="00FB4FA7">
              <w:rPr>
                <w:rFonts w:eastAsia="Segoe UI" w:cs="Segoe UI"/>
              </w:rPr>
              <w:t>одсуство</w:t>
            </w:r>
            <w:proofErr w:type="spellEnd"/>
            <w:r w:rsidRPr="00FB4FA7">
              <w:rPr>
                <w:rFonts w:eastAsia="Segoe UI" w:cs="Segoe UI"/>
              </w:rPr>
              <w:t xml:space="preserve"> </w:t>
            </w:r>
            <w:proofErr w:type="spellStart"/>
            <w:r w:rsidRPr="00FB4FA7">
              <w:rPr>
                <w:rFonts w:eastAsia="Segoe UI" w:cs="Segoe UI"/>
              </w:rPr>
              <w:t>нето</w:t>
            </w:r>
            <w:proofErr w:type="spellEnd"/>
            <w:r w:rsidRPr="00FB4FA7">
              <w:rPr>
                <w:rFonts w:eastAsia="Segoe UI" w:cs="Segoe UI"/>
              </w:rPr>
              <w:t xml:space="preserve"> </w:t>
            </w:r>
            <w:proofErr w:type="spellStart"/>
            <w:r w:rsidRPr="00FB4FA7">
              <w:rPr>
                <w:rFonts w:eastAsia="Segoe UI" w:cs="Segoe UI"/>
              </w:rPr>
              <w:t>губитка</w:t>
            </w:r>
            <w:proofErr w:type="spellEnd"/>
            <w:r w:rsidRPr="00FB4FA7">
              <w:rPr>
                <w:rFonts w:eastAsia="Segoe UI" w:cs="Segoe UI"/>
              </w:rPr>
              <w:t xml:space="preserve"> </w:t>
            </w:r>
            <w:proofErr w:type="spellStart"/>
            <w:r w:rsidRPr="00FB4FA7">
              <w:rPr>
                <w:rFonts w:eastAsia="Segoe UI" w:cs="Segoe UI"/>
              </w:rPr>
              <w:t>или</w:t>
            </w:r>
            <w:proofErr w:type="spellEnd"/>
            <w:r w:rsidRPr="00FB4FA7">
              <w:rPr>
                <w:rFonts w:eastAsia="Segoe UI" w:cs="Segoe UI"/>
              </w:rPr>
              <w:t xml:space="preserve"> </w:t>
            </w:r>
            <w:proofErr w:type="spellStart"/>
            <w:r w:rsidRPr="00FB4FA7">
              <w:rPr>
                <w:rFonts w:eastAsia="Segoe UI" w:cs="Segoe UI"/>
              </w:rPr>
              <w:t>остваривање</w:t>
            </w:r>
            <w:proofErr w:type="spellEnd"/>
            <w:r w:rsidRPr="00FB4FA7">
              <w:rPr>
                <w:rFonts w:eastAsia="Segoe UI" w:cs="Segoe UI"/>
              </w:rPr>
              <w:t xml:space="preserve"> </w:t>
            </w:r>
            <w:proofErr w:type="spellStart"/>
            <w:r w:rsidRPr="00FB4FA7">
              <w:rPr>
                <w:rFonts w:eastAsia="Segoe UI" w:cs="Segoe UI"/>
              </w:rPr>
              <w:t>нето</w:t>
            </w:r>
            <w:proofErr w:type="spellEnd"/>
            <w:r w:rsidRPr="00FB4FA7">
              <w:rPr>
                <w:rFonts w:eastAsia="Segoe UI" w:cs="Segoe UI"/>
              </w:rPr>
              <w:t xml:space="preserve"> </w:t>
            </w:r>
            <w:proofErr w:type="spellStart"/>
            <w:r w:rsidRPr="00FB4FA7">
              <w:rPr>
                <w:rFonts w:eastAsia="Segoe UI" w:cs="Segoe UI"/>
              </w:rPr>
              <w:t>добитка</w:t>
            </w:r>
            <w:proofErr w:type="spellEnd"/>
            <w:r w:rsidRPr="00FB4FA7">
              <w:rPr>
                <w:rFonts w:eastAsia="Segoe UI" w:cs="Segoe UI"/>
              </w:rPr>
              <w:t xml:space="preserve">, </w:t>
            </w:r>
            <w:proofErr w:type="spellStart"/>
            <w:r w:rsidRPr="00FB4FA7">
              <w:rPr>
                <w:rFonts w:eastAsia="Segoe UI" w:cs="Segoe UI"/>
              </w:rPr>
              <w:t>као</w:t>
            </w:r>
            <w:proofErr w:type="spellEnd"/>
            <w:r w:rsidRPr="00FB4FA7">
              <w:rPr>
                <w:rFonts w:eastAsia="Segoe UI" w:cs="Segoe UI"/>
              </w:rPr>
              <w:t xml:space="preserve"> </w:t>
            </w:r>
            <w:proofErr w:type="spellStart"/>
            <w:r w:rsidRPr="00FB4FA7">
              <w:rPr>
                <w:rFonts w:eastAsia="Segoe UI" w:cs="Segoe UI"/>
              </w:rPr>
              <w:t>део</w:t>
            </w:r>
            <w:proofErr w:type="spellEnd"/>
            <w:r w:rsidRPr="00FB4FA7">
              <w:rPr>
                <w:rFonts w:eastAsia="Segoe UI" w:cs="Segoe UI"/>
              </w:rPr>
              <w:t xml:space="preserve"> ESMP-а, у </w:t>
            </w:r>
            <w:proofErr w:type="spellStart"/>
            <w:r w:rsidRPr="00FB4FA7">
              <w:rPr>
                <w:rFonts w:eastAsia="Segoe UI" w:cs="Segoe UI"/>
              </w:rPr>
              <w:t>складу</w:t>
            </w:r>
            <w:proofErr w:type="spellEnd"/>
            <w:r w:rsidRPr="00FB4FA7">
              <w:rPr>
                <w:rFonts w:eastAsia="Segoe UI" w:cs="Segoe UI"/>
              </w:rPr>
              <w:t xml:space="preserve"> </w:t>
            </w:r>
            <w:proofErr w:type="spellStart"/>
            <w:r w:rsidRPr="00FB4FA7">
              <w:rPr>
                <w:rFonts w:eastAsia="Segoe UI" w:cs="Segoe UI"/>
              </w:rPr>
              <w:t>са</w:t>
            </w:r>
            <w:proofErr w:type="spellEnd"/>
            <w:r w:rsidRPr="00FB4FA7">
              <w:rPr>
                <w:rFonts w:eastAsia="Segoe UI" w:cs="Segoe UI"/>
              </w:rPr>
              <w:t xml:space="preserve"> </w:t>
            </w:r>
            <w:proofErr w:type="spellStart"/>
            <w:r w:rsidRPr="00FB4FA7">
              <w:rPr>
                <w:rFonts w:eastAsia="Segoe UI" w:cs="Segoe UI"/>
              </w:rPr>
              <w:t>стандардом</w:t>
            </w:r>
            <w:proofErr w:type="spellEnd"/>
            <w:r>
              <w:rPr>
                <w:rFonts w:eastAsia="Segoe UI" w:cs="Segoe UI"/>
                <w:lang w:val="sr-Cyrl-RS"/>
              </w:rPr>
              <w:t xml:space="preserve"> </w:t>
            </w:r>
            <w:r w:rsidR="3E8522C4" w:rsidRPr="00347368">
              <w:rPr>
                <w:rFonts w:eastAsia="Segoe UI" w:cs="Segoe UI"/>
              </w:rPr>
              <w:t>ESS6.</w:t>
            </w:r>
          </w:p>
          <w:p w14:paraId="2FB528FE" w14:textId="7B89A413" w:rsidR="00133E02" w:rsidRPr="00347368" w:rsidRDefault="00133E02" w:rsidP="00347368">
            <w:pPr>
              <w:jc w:val="left"/>
              <w:rPr>
                <w:rFonts w:eastAsia="Segoe UI" w:cs="Segoe UI"/>
              </w:rPr>
            </w:pPr>
          </w:p>
          <w:p w14:paraId="3FA4DB26" w14:textId="242133BE" w:rsidR="00133E02" w:rsidRPr="00347368" w:rsidRDefault="00FB4FA7" w:rsidP="00FB4FA7">
            <w:pPr>
              <w:ind w:right="-247"/>
              <w:jc w:val="left"/>
              <w:rPr>
                <w:rFonts w:eastAsia="Segoe UI" w:cs="Segoe UI"/>
              </w:rPr>
            </w:pPr>
            <w:proofErr w:type="spellStart"/>
            <w:r w:rsidRPr="00FB4FA7">
              <w:rPr>
                <w:rFonts w:eastAsia="Aptos" w:cs="Aptos"/>
              </w:rPr>
              <w:t>Завршити</w:t>
            </w:r>
            <w:proofErr w:type="spellEnd"/>
            <w:r w:rsidRPr="00FB4FA7">
              <w:rPr>
                <w:rFonts w:eastAsia="Aptos" w:cs="Aptos"/>
              </w:rPr>
              <w:t xml:space="preserve"> </w:t>
            </w:r>
            <w:proofErr w:type="spellStart"/>
            <w:r w:rsidRPr="00FB4FA7">
              <w:rPr>
                <w:rFonts w:eastAsia="Aptos" w:cs="Aptos"/>
              </w:rPr>
              <w:t>сезонска</w:t>
            </w:r>
            <w:proofErr w:type="spellEnd"/>
            <w:r w:rsidRPr="00FB4FA7">
              <w:rPr>
                <w:rFonts w:eastAsia="Aptos" w:cs="Aptos"/>
              </w:rPr>
              <w:t xml:space="preserve"> </w:t>
            </w:r>
            <w:proofErr w:type="spellStart"/>
            <w:r w:rsidRPr="00FB4FA7">
              <w:rPr>
                <w:rFonts w:eastAsia="Aptos" w:cs="Aptos"/>
              </w:rPr>
              <w:t>истраживања</w:t>
            </w:r>
            <w:proofErr w:type="spellEnd"/>
            <w:r w:rsidRPr="00FB4FA7">
              <w:rPr>
                <w:rFonts w:eastAsia="Aptos" w:cs="Aptos"/>
              </w:rPr>
              <w:t xml:space="preserve"> </w:t>
            </w:r>
            <w:proofErr w:type="spellStart"/>
            <w:r w:rsidRPr="00FB4FA7">
              <w:rPr>
                <w:rFonts w:eastAsia="Aptos" w:cs="Aptos"/>
              </w:rPr>
              <w:t>биодиверзитета</w:t>
            </w:r>
            <w:proofErr w:type="spellEnd"/>
            <w:r w:rsidRPr="00FB4FA7">
              <w:rPr>
                <w:rFonts w:eastAsia="Aptos" w:cs="Aptos"/>
              </w:rPr>
              <w:t xml:space="preserve">, </w:t>
            </w:r>
            <w:proofErr w:type="spellStart"/>
            <w:r w:rsidRPr="00FB4FA7">
              <w:rPr>
                <w:rFonts w:eastAsia="Aptos" w:cs="Aptos"/>
              </w:rPr>
              <w:t>скрининг</w:t>
            </w:r>
            <w:proofErr w:type="spellEnd"/>
            <w:r>
              <w:rPr>
                <w:rFonts w:eastAsia="Aptos" w:cs="Aptos"/>
                <w:lang w:val="sr-Cyrl-RS"/>
              </w:rPr>
              <w:t xml:space="preserve"> „</w:t>
            </w:r>
            <w:r w:rsidR="07FEBF65" w:rsidRPr="00347368">
              <w:rPr>
                <w:rFonts w:eastAsia="Aptos" w:cs="Aptos"/>
              </w:rPr>
              <w:t>Emerald</w:t>
            </w:r>
            <w:r>
              <w:rPr>
                <w:rFonts w:eastAsia="Aptos" w:cs="Aptos"/>
                <w:lang w:val="sr-Cyrl-RS"/>
              </w:rPr>
              <w:t>“</w:t>
            </w:r>
            <w:r w:rsidR="07FEBF65" w:rsidRPr="00347368">
              <w:rPr>
                <w:rFonts w:eastAsia="Aptos" w:cs="Aptos"/>
              </w:rPr>
              <w:t xml:space="preserve"> </w:t>
            </w:r>
            <w:proofErr w:type="spellStart"/>
            <w:r w:rsidRPr="00FB4FA7">
              <w:rPr>
                <w:rFonts w:eastAsia="Aptos" w:cs="Aptos"/>
              </w:rPr>
              <w:t>мреже</w:t>
            </w:r>
            <w:proofErr w:type="spellEnd"/>
            <w:r w:rsidRPr="00FB4FA7">
              <w:rPr>
                <w:rFonts w:eastAsia="Aptos" w:cs="Aptos"/>
              </w:rPr>
              <w:t xml:space="preserve"> и </w:t>
            </w:r>
            <w:proofErr w:type="spellStart"/>
            <w:r w:rsidRPr="00FB4FA7">
              <w:rPr>
                <w:rFonts w:eastAsia="Aptos" w:cs="Aptos"/>
              </w:rPr>
              <w:t>скрининг</w:t>
            </w:r>
            <w:proofErr w:type="spellEnd"/>
            <w:r w:rsidRPr="00FB4FA7">
              <w:rPr>
                <w:rFonts w:eastAsia="Aptos" w:cs="Aptos"/>
              </w:rPr>
              <w:t xml:space="preserve"> </w:t>
            </w:r>
            <w:proofErr w:type="spellStart"/>
            <w:r w:rsidRPr="00FB4FA7">
              <w:rPr>
                <w:rFonts w:eastAsia="Aptos" w:cs="Aptos"/>
              </w:rPr>
              <w:t>критичних</w:t>
            </w:r>
            <w:proofErr w:type="spellEnd"/>
            <w:r w:rsidRPr="00FB4FA7">
              <w:rPr>
                <w:rFonts w:eastAsia="Aptos" w:cs="Aptos"/>
              </w:rPr>
              <w:t xml:space="preserve"> </w:t>
            </w:r>
            <w:proofErr w:type="spellStart"/>
            <w:r w:rsidRPr="00FB4FA7">
              <w:rPr>
                <w:rFonts w:eastAsia="Aptos" w:cs="Aptos"/>
              </w:rPr>
              <w:t>станишта</w:t>
            </w:r>
            <w:proofErr w:type="spellEnd"/>
            <w:r w:rsidRPr="00FB4FA7">
              <w:rPr>
                <w:rFonts w:eastAsia="Aptos" w:cs="Aptos"/>
              </w:rPr>
              <w:t xml:space="preserve">, </w:t>
            </w:r>
            <w:proofErr w:type="spellStart"/>
            <w:r w:rsidRPr="00FB4FA7">
              <w:rPr>
                <w:rFonts w:eastAsia="Aptos" w:cs="Aptos"/>
              </w:rPr>
              <w:t>као</w:t>
            </w:r>
            <w:proofErr w:type="spellEnd"/>
            <w:r w:rsidRPr="00FB4FA7">
              <w:rPr>
                <w:rFonts w:eastAsia="Aptos" w:cs="Aptos"/>
              </w:rPr>
              <w:t xml:space="preserve"> и </w:t>
            </w:r>
            <w:proofErr w:type="spellStart"/>
            <w:r w:rsidRPr="00FB4FA7">
              <w:rPr>
                <w:rFonts w:eastAsia="Aptos" w:cs="Aptos"/>
              </w:rPr>
              <w:t>Процену</w:t>
            </w:r>
            <w:proofErr w:type="spellEnd"/>
            <w:r w:rsidRPr="00FB4FA7">
              <w:rPr>
                <w:rFonts w:eastAsia="Aptos" w:cs="Aptos"/>
              </w:rPr>
              <w:t xml:space="preserve"> </w:t>
            </w:r>
            <w:proofErr w:type="spellStart"/>
            <w:r w:rsidRPr="00FB4FA7">
              <w:rPr>
                <w:rFonts w:eastAsia="Aptos" w:cs="Aptos"/>
              </w:rPr>
              <w:t>критичних</w:t>
            </w:r>
            <w:proofErr w:type="spellEnd"/>
            <w:r w:rsidRPr="00FB4FA7">
              <w:rPr>
                <w:rFonts w:eastAsia="Aptos" w:cs="Aptos"/>
              </w:rPr>
              <w:t xml:space="preserve"> </w:t>
            </w:r>
            <w:proofErr w:type="spellStart"/>
            <w:r w:rsidRPr="00FB4FA7">
              <w:rPr>
                <w:rFonts w:eastAsia="Aptos" w:cs="Aptos"/>
              </w:rPr>
              <w:t>станишта</w:t>
            </w:r>
            <w:proofErr w:type="spellEnd"/>
            <w:r w:rsidRPr="00FB4FA7">
              <w:rPr>
                <w:rFonts w:eastAsia="Aptos" w:cs="Aptos"/>
              </w:rPr>
              <w:t xml:space="preserve"> </w:t>
            </w:r>
            <w:proofErr w:type="spellStart"/>
            <w:r w:rsidRPr="00FB4FA7">
              <w:rPr>
                <w:rFonts w:eastAsia="Aptos" w:cs="Aptos"/>
              </w:rPr>
              <w:t>уколико</w:t>
            </w:r>
            <w:proofErr w:type="spellEnd"/>
            <w:r w:rsidRPr="00FB4FA7">
              <w:rPr>
                <w:rFonts w:eastAsia="Aptos" w:cs="Aptos"/>
              </w:rPr>
              <w:t xml:space="preserve"> </w:t>
            </w:r>
            <w:proofErr w:type="spellStart"/>
            <w:r w:rsidRPr="00FB4FA7">
              <w:rPr>
                <w:rFonts w:eastAsia="Aptos" w:cs="Aptos"/>
              </w:rPr>
              <w:t>буде</w:t>
            </w:r>
            <w:proofErr w:type="spellEnd"/>
            <w:r w:rsidRPr="00FB4FA7">
              <w:rPr>
                <w:rFonts w:eastAsia="Aptos" w:cs="Aptos"/>
              </w:rPr>
              <w:t xml:space="preserve"> </w:t>
            </w:r>
            <w:proofErr w:type="spellStart"/>
            <w:r w:rsidRPr="00FB4FA7">
              <w:rPr>
                <w:rFonts w:eastAsia="Aptos" w:cs="Aptos"/>
              </w:rPr>
              <w:t>потребна</w:t>
            </w:r>
            <w:proofErr w:type="spellEnd"/>
            <w:r w:rsidRPr="00FB4FA7">
              <w:rPr>
                <w:rFonts w:eastAsia="Aptos" w:cs="Aptos"/>
              </w:rPr>
              <w:t xml:space="preserve">, у </w:t>
            </w:r>
            <w:proofErr w:type="spellStart"/>
            <w:r w:rsidRPr="00FB4FA7">
              <w:rPr>
                <w:rFonts w:eastAsia="Aptos" w:cs="Aptos"/>
              </w:rPr>
              <w:t>складу</w:t>
            </w:r>
            <w:proofErr w:type="spellEnd"/>
            <w:r w:rsidRPr="00FB4FA7">
              <w:rPr>
                <w:rFonts w:eastAsia="Aptos" w:cs="Aptos"/>
              </w:rPr>
              <w:t xml:space="preserve"> </w:t>
            </w:r>
            <w:proofErr w:type="spellStart"/>
            <w:r w:rsidRPr="00FB4FA7">
              <w:rPr>
                <w:rFonts w:eastAsia="Aptos" w:cs="Aptos"/>
              </w:rPr>
              <w:t>са</w:t>
            </w:r>
            <w:proofErr w:type="spellEnd"/>
            <w:r w:rsidRPr="00FB4FA7">
              <w:rPr>
                <w:rFonts w:eastAsia="Aptos" w:cs="Aptos"/>
              </w:rPr>
              <w:t xml:space="preserve"> </w:t>
            </w:r>
            <w:proofErr w:type="spellStart"/>
            <w:r w:rsidRPr="00FB4FA7">
              <w:rPr>
                <w:rFonts w:eastAsia="Aptos" w:cs="Aptos"/>
              </w:rPr>
              <w:t>стандардом</w:t>
            </w:r>
            <w:proofErr w:type="spellEnd"/>
            <w:r w:rsidRPr="00FB4FA7">
              <w:rPr>
                <w:rFonts w:eastAsia="Aptos" w:cs="Aptos"/>
              </w:rPr>
              <w:t xml:space="preserve"> </w:t>
            </w:r>
            <w:r w:rsidR="07FEBF65" w:rsidRPr="00347368">
              <w:rPr>
                <w:rFonts w:eastAsia="Aptos" w:cs="Aptos"/>
              </w:rPr>
              <w:t xml:space="preserve">ESS6 </w:t>
            </w:r>
            <w:r w:rsidRPr="00FB4FA7">
              <w:rPr>
                <w:rFonts w:eastAsia="Aptos" w:cs="Aptos"/>
              </w:rPr>
              <w:t xml:space="preserve">и </w:t>
            </w:r>
            <w:proofErr w:type="spellStart"/>
            <w:r w:rsidRPr="00FB4FA7">
              <w:rPr>
                <w:rFonts w:eastAsia="Aptos" w:cs="Aptos"/>
              </w:rPr>
              <w:t>на</w:t>
            </w:r>
            <w:proofErr w:type="spellEnd"/>
            <w:r w:rsidRPr="00FB4FA7">
              <w:rPr>
                <w:rFonts w:eastAsia="Aptos" w:cs="Aptos"/>
              </w:rPr>
              <w:t xml:space="preserve"> </w:t>
            </w:r>
            <w:proofErr w:type="spellStart"/>
            <w:r w:rsidRPr="00FB4FA7">
              <w:rPr>
                <w:rFonts w:eastAsia="Aptos" w:cs="Aptos"/>
              </w:rPr>
              <w:t>начин</w:t>
            </w:r>
            <w:proofErr w:type="spellEnd"/>
            <w:r w:rsidRPr="00FB4FA7">
              <w:rPr>
                <w:rFonts w:eastAsia="Aptos" w:cs="Aptos"/>
              </w:rPr>
              <w:t xml:space="preserve"> </w:t>
            </w:r>
            <w:proofErr w:type="spellStart"/>
            <w:r w:rsidRPr="00FB4FA7">
              <w:rPr>
                <w:rFonts w:eastAsia="Aptos" w:cs="Aptos"/>
              </w:rPr>
              <w:t>прихватљив</w:t>
            </w:r>
            <w:proofErr w:type="spellEnd"/>
            <w:r w:rsidRPr="00FB4FA7">
              <w:rPr>
                <w:rFonts w:eastAsia="Aptos" w:cs="Aptos"/>
              </w:rPr>
              <w:t xml:space="preserve"> </w:t>
            </w:r>
            <w:proofErr w:type="spellStart"/>
            <w:r w:rsidRPr="00FB4FA7">
              <w:rPr>
                <w:rFonts w:eastAsia="Aptos" w:cs="Aptos"/>
              </w:rPr>
              <w:t>за</w:t>
            </w:r>
            <w:proofErr w:type="spellEnd"/>
            <w:r w:rsidRPr="00FB4FA7">
              <w:rPr>
                <w:rFonts w:eastAsia="Aptos" w:cs="Aptos"/>
              </w:rPr>
              <w:t xml:space="preserve"> Банку, </w:t>
            </w:r>
            <w:proofErr w:type="spellStart"/>
            <w:r w:rsidRPr="00FB4FA7">
              <w:rPr>
                <w:rFonts w:eastAsia="Aptos" w:cs="Aptos"/>
              </w:rPr>
              <w:t>пре</w:t>
            </w:r>
            <w:proofErr w:type="spellEnd"/>
            <w:r w:rsidRPr="00FB4FA7">
              <w:rPr>
                <w:rFonts w:eastAsia="Aptos" w:cs="Aptos"/>
              </w:rPr>
              <w:t xml:space="preserve"> </w:t>
            </w:r>
            <w:proofErr w:type="spellStart"/>
            <w:r w:rsidRPr="00FB4FA7">
              <w:rPr>
                <w:rFonts w:eastAsia="Aptos" w:cs="Aptos"/>
              </w:rPr>
              <w:t>почетка</w:t>
            </w:r>
            <w:proofErr w:type="spellEnd"/>
            <w:r w:rsidRPr="00FB4FA7">
              <w:rPr>
                <w:rFonts w:eastAsia="Aptos" w:cs="Aptos"/>
              </w:rPr>
              <w:t xml:space="preserve"> </w:t>
            </w:r>
            <w:proofErr w:type="spellStart"/>
            <w:r w:rsidRPr="00FB4FA7">
              <w:rPr>
                <w:rFonts w:eastAsia="Aptos" w:cs="Aptos"/>
              </w:rPr>
              <w:t>релевантних</w:t>
            </w:r>
            <w:proofErr w:type="spellEnd"/>
            <w:r w:rsidRPr="00FB4FA7">
              <w:rPr>
                <w:rFonts w:eastAsia="Aptos" w:cs="Aptos"/>
              </w:rPr>
              <w:t xml:space="preserve"> </w:t>
            </w:r>
            <w:proofErr w:type="spellStart"/>
            <w:r w:rsidRPr="00FB4FA7">
              <w:rPr>
                <w:rFonts w:eastAsia="Aptos" w:cs="Aptos"/>
              </w:rPr>
              <w:t>радова</w:t>
            </w:r>
            <w:proofErr w:type="spellEnd"/>
            <w:r w:rsidR="07FEBF65" w:rsidRPr="00347368">
              <w:rPr>
                <w:rFonts w:eastAsia="Aptos" w:cs="Aptos"/>
              </w:rPr>
              <w:t>.</w:t>
            </w:r>
          </w:p>
        </w:tc>
        <w:tc>
          <w:tcPr>
            <w:tcW w:w="1204" w:type="pct"/>
          </w:tcPr>
          <w:p w14:paraId="3E861697" w14:textId="784A77A4" w:rsidR="00EC0116" w:rsidRPr="00347368" w:rsidRDefault="00EC0116" w:rsidP="00347368">
            <w:pPr>
              <w:jc w:val="left"/>
              <w:rPr>
                <w:rFonts w:cs="Times New Roman"/>
              </w:rPr>
            </w:pPr>
          </w:p>
          <w:p w14:paraId="2C4441F8" w14:textId="6A97877C" w:rsidR="00EC0116" w:rsidRPr="00347368" w:rsidRDefault="00FB4FA7" w:rsidP="00347368">
            <w:pPr>
              <w:jc w:val="left"/>
            </w:pPr>
            <w:proofErr w:type="spellStart"/>
            <w:r w:rsidRPr="00FB4FA7">
              <w:rPr>
                <w:rFonts w:cs="Times New Roman"/>
              </w:rPr>
              <w:t>Исти</w:t>
            </w:r>
            <w:proofErr w:type="spellEnd"/>
            <w:r w:rsidRPr="00FB4FA7">
              <w:rPr>
                <w:rFonts w:cs="Times New Roman"/>
              </w:rPr>
              <w:t xml:space="preserve"> </w:t>
            </w:r>
            <w:proofErr w:type="spellStart"/>
            <w:r w:rsidRPr="00FB4FA7">
              <w:rPr>
                <w:rFonts w:cs="Times New Roman"/>
              </w:rPr>
              <w:t>временски</w:t>
            </w:r>
            <w:proofErr w:type="spellEnd"/>
            <w:r w:rsidRPr="00FB4FA7">
              <w:rPr>
                <w:rFonts w:cs="Times New Roman"/>
              </w:rPr>
              <w:t xml:space="preserve"> </w:t>
            </w:r>
            <w:proofErr w:type="spellStart"/>
            <w:r w:rsidRPr="00FB4FA7">
              <w:rPr>
                <w:rFonts w:cs="Times New Roman"/>
              </w:rPr>
              <w:t>оквир</w:t>
            </w:r>
            <w:proofErr w:type="spellEnd"/>
            <w:r w:rsidRPr="00FB4FA7">
              <w:rPr>
                <w:rFonts w:cs="Times New Roman"/>
              </w:rPr>
              <w:t xml:space="preserve"> </w:t>
            </w:r>
            <w:proofErr w:type="spellStart"/>
            <w:r w:rsidRPr="00FB4FA7">
              <w:rPr>
                <w:rFonts w:cs="Times New Roman"/>
              </w:rPr>
              <w:t>као</w:t>
            </w:r>
            <w:proofErr w:type="spellEnd"/>
            <w:r w:rsidRPr="00FB4FA7">
              <w:rPr>
                <w:rFonts w:cs="Times New Roman"/>
              </w:rPr>
              <w:t xml:space="preserve"> и </w:t>
            </w:r>
            <w:proofErr w:type="spellStart"/>
            <w:r w:rsidRPr="00FB4FA7">
              <w:rPr>
                <w:rFonts w:cs="Times New Roman"/>
              </w:rPr>
              <w:t>за</w:t>
            </w:r>
            <w:proofErr w:type="spellEnd"/>
            <w:r w:rsidRPr="00FB4FA7">
              <w:rPr>
                <w:rFonts w:cs="Times New Roman"/>
              </w:rPr>
              <w:t xml:space="preserve"> ESIA i ESMP (</w:t>
            </w:r>
            <w:proofErr w:type="spellStart"/>
            <w:r w:rsidRPr="00FB4FA7">
              <w:rPr>
                <w:rFonts w:cs="Times New Roman"/>
              </w:rPr>
              <w:t>Активност</w:t>
            </w:r>
            <w:proofErr w:type="spellEnd"/>
            <w:r>
              <w:rPr>
                <w:rFonts w:cs="Times New Roman"/>
                <w:lang w:val="sr-Cyrl-RS"/>
              </w:rPr>
              <w:t xml:space="preserve"> </w:t>
            </w:r>
            <w:r w:rsidR="00B44990" w:rsidRPr="00347368">
              <w:rPr>
                <w:rFonts w:cs="Times New Roman"/>
              </w:rPr>
              <w:t>1.1).</w:t>
            </w:r>
          </w:p>
          <w:p w14:paraId="15FE31D1" w14:textId="01215769" w:rsidR="00EC0116" w:rsidRPr="00347368" w:rsidRDefault="00EC0116" w:rsidP="00347368">
            <w:pPr>
              <w:jc w:val="left"/>
              <w:rPr>
                <w:rFonts w:cs="Times New Roman"/>
              </w:rPr>
            </w:pPr>
          </w:p>
          <w:p w14:paraId="39711F41" w14:textId="6EA8430A" w:rsidR="00EC0116" w:rsidRPr="00347368" w:rsidRDefault="00EC0116" w:rsidP="00347368">
            <w:pPr>
              <w:jc w:val="left"/>
              <w:rPr>
                <w:rFonts w:cs="Times New Roman"/>
              </w:rPr>
            </w:pPr>
          </w:p>
          <w:p w14:paraId="381634B3" w14:textId="2F01DC97" w:rsidR="00EC0116" w:rsidRPr="00347368" w:rsidRDefault="00FB4FA7" w:rsidP="00347368">
            <w:pPr>
              <w:jc w:val="left"/>
              <w:rPr>
                <w:rFonts w:cs="Times New Roman"/>
              </w:rPr>
            </w:pPr>
            <w:proofErr w:type="spellStart"/>
            <w:r w:rsidRPr="00FB4FA7">
              <w:rPr>
                <w:rFonts w:cs="Times New Roman"/>
              </w:rPr>
              <w:t>Исти</w:t>
            </w:r>
            <w:proofErr w:type="spellEnd"/>
            <w:r w:rsidRPr="00FB4FA7">
              <w:rPr>
                <w:rFonts w:cs="Times New Roman"/>
              </w:rPr>
              <w:t xml:space="preserve"> </w:t>
            </w:r>
            <w:proofErr w:type="spellStart"/>
            <w:r w:rsidRPr="00FB4FA7">
              <w:rPr>
                <w:rFonts w:cs="Times New Roman"/>
              </w:rPr>
              <w:t>временски</w:t>
            </w:r>
            <w:proofErr w:type="spellEnd"/>
            <w:r w:rsidRPr="00FB4FA7">
              <w:rPr>
                <w:rFonts w:cs="Times New Roman"/>
              </w:rPr>
              <w:t xml:space="preserve"> </w:t>
            </w:r>
            <w:proofErr w:type="spellStart"/>
            <w:r w:rsidRPr="00FB4FA7">
              <w:rPr>
                <w:rFonts w:cs="Times New Roman"/>
              </w:rPr>
              <w:t>оквир</w:t>
            </w:r>
            <w:proofErr w:type="spellEnd"/>
            <w:r w:rsidRPr="00FB4FA7">
              <w:rPr>
                <w:rFonts w:cs="Times New Roman"/>
              </w:rPr>
              <w:t xml:space="preserve"> </w:t>
            </w:r>
            <w:proofErr w:type="spellStart"/>
            <w:r w:rsidRPr="00FB4FA7">
              <w:rPr>
                <w:rFonts w:cs="Times New Roman"/>
              </w:rPr>
              <w:t>као</w:t>
            </w:r>
            <w:proofErr w:type="spellEnd"/>
            <w:r w:rsidRPr="00FB4FA7">
              <w:rPr>
                <w:rFonts w:cs="Times New Roman"/>
              </w:rPr>
              <w:t xml:space="preserve"> и </w:t>
            </w:r>
            <w:proofErr w:type="spellStart"/>
            <w:r w:rsidRPr="00FB4FA7">
              <w:rPr>
                <w:rFonts w:cs="Times New Roman"/>
              </w:rPr>
              <w:t>за</w:t>
            </w:r>
            <w:proofErr w:type="spellEnd"/>
            <w:r w:rsidRPr="00FB4FA7">
              <w:rPr>
                <w:rFonts w:cs="Times New Roman"/>
              </w:rPr>
              <w:t xml:space="preserve"> ESIA i ESMP (</w:t>
            </w:r>
            <w:proofErr w:type="spellStart"/>
            <w:r w:rsidRPr="00FB4FA7">
              <w:rPr>
                <w:rFonts w:cs="Times New Roman"/>
              </w:rPr>
              <w:t>Активност</w:t>
            </w:r>
            <w:proofErr w:type="spellEnd"/>
            <w:r>
              <w:rPr>
                <w:rFonts w:cs="Times New Roman"/>
                <w:lang w:val="sr-Cyrl-RS"/>
              </w:rPr>
              <w:t xml:space="preserve"> </w:t>
            </w:r>
            <w:r w:rsidR="0AFAD21E" w:rsidRPr="00347368">
              <w:rPr>
                <w:rFonts w:cs="Times New Roman"/>
              </w:rPr>
              <w:t>1.1).</w:t>
            </w:r>
          </w:p>
          <w:p w14:paraId="32782955" w14:textId="0BB52E55" w:rsidR="00EC0116" w:rsidRPr="00347368" w:rsidRDefault="00EC0116" w:rsidP="00347368">
            <w:pPr>
              <w:jc w:val="left"/>
              <w:rPr>
                <w:rFonts w:cs="Times New Roman"/>
              </w:rPr>
            </w:pPr>
          </w:p>
        </w:tc>
        <w:tc>
          <w:tcPr>
            <w:tcW w:w="733" w:type="pct"/>
          </w:tcPr>
          <w:p w14:paraId="7ED4CC80" w14:textId="77777777" w:rsidR="002B2C83" w:rsidRPr="00347368" w:rsidRDefault="002B2C83" w:rsidP="00347368">
            <w:pPr>
              <w:jc w:val="left"/>
              <w:rPr>
                <w:rFonts w:cs="Times New Roman"/>
              </w:rPr>
            </w:pPr>
          </w:p>
          <w:p w14:paraId="2498148A" w14:textId="73AF0FE9" w:rsidR="00F9629E" w:rsidRPr="00D11A3F" w:rsidRDefault="00D11A3F" w:rsidP="00347368">
            <w:pPr>
              <w:jc w:val="left"/>
              <w:rPr>
                <w:rFonts w:cs="Times New Roman"/>
                <w:lang w:val="sr-Cyrl-RS"/>
              </w:rPr>
            </w:pPr>
            <w:r>
              <w:rPr>
                <w:rFonts w:cs="Times New Roman"/>
                <w:lang w:val="sr-Cyrl-RS"/>
              </w:rPr>
              <w:t>МРЕ</w:t>
            </w:r>
          </w:p>
          <w:p w14:paraId="46D66444" w14:textId="3F683A24" w:rsidR="00EC0116" w:rsidRPr="00347368" w:rsidRDefault="00D11A3F" w:rsidP="00347368">
            <w:pPr>
              <w:jc w:val="left"/>
              <w:rPr>
                <w:rFonts w:cs="Times New Roman"/>
              </w:rPr>
            </w:pPr>
            <w:r w:rsidRPr="00D11A3F">
              <w:rPr>
                <w:rFonts w:cs="Times New Roman"/>
              </w:rPr>
              <w:t>“</w:t>
            </w:r>
            <w:proofErr w:type="spellStart"/>
            <w:r w:rsidRPr="00D11A3F">
              <w:rPr>
                <w:rFonts w:cs="Times New Roman"/>
              </w:rPr>
              <w:t>Србијагас</w:t>
            </w:r>
            <w:proofErr w:type="spellEnd"/>
            <w:r w:rsidRPr="00D11A3F">
              <w:rPr>
                <w:rFonts w:cs="Times New Roman"/>
              </w:rPr>
              <w:t>” (</w:t>
            </w:r>
            <w:proofErr w:type="spellStart"/>
            <w:r w:rsidRPr="00D11A3F">
              <w:rPr>
                <w:rFonts w:cs="Times New Roman"/>
              </w:rPr>
              <w:t>биће</w:t>
            </w:r>
            <w:proofErr w:type="spellEnd"/>
            <w:r w:rsidRPr="00D11A3F">
              <w:rPr>
                <w:rFonts w:cs="Times New Roman"/>
              </w:rPr>
              <w:t xml:space="preserve"> </w:t>
            </w:r>
            <w:proofErr w:type="spellStart"/>
            <w:r w:rsidRPr="00D11A3F">
              <w:rPr>
                <w:rFonts w:cs="Times New Roman"/>
              </w:rPr>
              <w:t>потврђено</w:t>
            </w:r>
            <w:proofErr w:type="spellEnd"/>
            <w:r w:rsidRPr="00D11A3F">
              <w:rPr>
                <w:rFonts w:cs="Times New Roman"/>
              </w:rPr>
              <w:t>)</w:t>
            </w:r>
          </w:p>
        </w:tc>
      </w:tr>
      <w:tr w:rsidR="00245837" w:rsidRPr="00347368" w14:paraId="4583ACDF" w14:textId="77777777" w:rsidTr="4B7286EC">
        <w:tc>
          <w:tcPr>
            <w:tcW w:w="5000" w:type="pct"/>
            <w:gridSpan w:val="4"/>
            <w:shd w:val="clear" w:color="auto" w:fill="F7CAAC" w:themeFill="accent2" w:themeFillTint="66"/>
          </w:tcPr>
          <w:p w14:paraId="3ECFD0A2" w14:textId="63052D14" w:rsidR="00245837" w:rsidRPr="00CD5802" w:rsidRDefault="00245837" w:rsidP="00CD5802">
            <w:pPr>
              <w:ind w:left="-109" w:right="-189"/>
              <w:jc w:val="left"/>
              <w:rPr>
                <w:rFonts w:cs="Times New Roman"/>
                <w:sz w:val="21"/>
                <w:szCs w:val="21"/>
              </w:rPr>
            </w:pPr>
            <w:r w:rsidRPr="00CD5802">
              <w:rPr>
                <w:rFonts w:cs="Times New Roman"/>
                <w:b/>
                <w:bCs/>
                <w:sz w:val="21"/>
                <w:szCs w:val="21"/>
              </w:rPr>
              <w:t xml:space="preserve">ESS 7: </w:t>
            </w:r>
            <w:r w:rsidR="00CD5802" w:rsidRPr="00CD5802">
              <w:rPr>
                <w:rFonts w:cs="Times New Roman"/>
                <w:b/>
                <w:bCs/>
                <w:sz w:val="21"/>
                <w:szCs w:val="21"/>
              </w:rPr>
              <w:t>АУТОХТОНИ НАРОДИ / ИСТОРИЈСКИ ЗАПОСТАВЉЕНЕ ТРАДИЦИОНАЛНЕ ЛОКАЛНЕ ЗАЈЕДНИЦЕ У ПОДСАХАРСКОЈ АФРИЦИ</w:t>
            </w:r>
          </w:p>
        </w:tc>
      </w:tr>
      <w:tr w:rsidR="008B4670" w:rsidRPr="00347368" w14:paraId="0AFA1084" w14:textId="77777777" w:rsidTr="4B7286EC">
        <w:tc>
          <w:tcPr>
            <w:tcW w:w="5000" w:type="pct"/>
            <w:gridSpan w:val="4"/>
          </w:tcPr>
          <w:p w14:paraId="1183DE76" w14:textId="5126938A" w:rsidR="008B4670" w:rsidRPr="00347368" w:rsidRDefault="00CD5802" w:rsidP="00347368">
            <w:pPr>
              <w:jc w:val="left"/>
              <w:rPr>
                <w:rFonts w:cs="Times New Roman"/>
              </w:rPr>
            </w:pPr>
            <w:proofErr w:type="spellStart"/>
            <w:r w:rsidRPr="00CD5802">
              <w:rPr>
                <w:rFonts w:cs="Times New Roman"/>
              </w:rPr>
              <w:t>Сматра</w:t>
            </w:r>
            <w:proofErr w:type="spellEnd"/>
            <w:r w:rsidRPr="00CD5802">
              <w:rPr>
                <w:rFonts w:cs="Times New Roman"/>
              </w:rPr>
              <w:t xml:space="preserve"> </w:t>
            </w:r>
            <w:proofErr w:type="spellStart"/>
            <w:r w:rsidRPr="00CD5802">
              <w:rPr>
                <w:rFonts w:cs="Times New Roman"/>
              </w:rPr>
              <w:t>се</w:t>
            </w:r>
            <w:proofErr w:type="spellEnd"/>
            <w:r w:rsidRPr="00CD5802">
              <w:rPr>
                <w:rFonts w:cs="Times New Roman"/>
              </w:rPr>
              <w:t xml:space="preserve"> </w:t>
            </w:r>
            <w:proofErr w:type="spellStart"/>
            <w:r w:rsidRPr="00CD5802">
              <w:rPr>
                <w:rFonts w:cs="Times New Roman"/>
              </w:rPr>
              <w:t>да</w:t>
            </w:r>
            <w:proofErr w:type="spellEnd"/>
            <w:r w:rsidRPr="00CD5802">
              <w:rPr>
                <w:rFonts w:cs="Times New Roman"/>
              </w:rPr>
              <w:t xml:space="preserve"> </w:t>
            </w:r>
            <w:proofErr w:type="spellStart"/>
            <w:r w:rsidRPr="00CD5802">
              <w:rPr>
                <w:rFonts w:cs="Times New Roman"/>
              </w:rPr>
              <w:t>овај</w:t>
            </w:r>
            <w:proofErr w:type="spellEnd"/>
            <w:r w:rsidRPr="00CD5802">
              <w:rPr>
                <w:rFonts w:cs="Times New Roman"/>
              </w:rPr>
              <w:t xml:space="preserve"> </w:t>
            </w:r>
            <w:proofErr w:type="spellStart"/>
            <w:r w:rsidRPr="00CD5802">
              <w:rPr>
                <w:rFonts w:cs="Times New Roman"/>
              </w:rPr>
              <w:t>стандард</w:t>
            </w:r>
            <w:proofErr w:type="spellEnd"/>
            <w:r w:rsidRPr="00CD5802">
              <w:rPr>
                <w:rFonts w:cs="Times New Roman"/>
              </w:rPr>
              <w:t xml:space="preserve"> </w:t>
            </w:r>
            <w:proofErr w:type="spellStart"/>
            <w:r w:rsidRPr="00CD5802">
              <w:rPr>
                <w:rFonts w:cs="Times New Roman"/>
              </w:rPr>
              <w:t>није</w:t>
            </w:r>
            <w:proofErr w:type="spellEnd"/>
            <w:r w:rsidRPr="00CD5802">
              <w:rPr>
                <w:rFonts w:cs="Times New Roman"/>
              </w:rPr>
              <w:t xml:space="preserve"> </w:t>
            </w:r>
            <w:proofErr w:type="spellStart"/>
            <w:r w:rsidRPr="00CD5802">
              <w:rPr>
                <w:rFonts w:cs="Times New Roman"/>
              </w:rPr>
              <w:t>релевантан</w:t>
            </w:r>
            <w:proofErr w:type="spellEnd"/>
            <w:r w:rsidRPr="00CD5802">
              <w:rPr>
                <w:rFonts w:cs="Times New Roman"/>
              </w:rPr>
              <w:t xml:space="preserve"> </w:t>
            </w:r>
            <w:proofErr w:type="spellStart"/>
            <w:r w:rsidRPr="00CD5802">
              <w:rPr>
                <w:rFonts w:cs="Times New Roman"/>
              </w:rPr>
              <w:t>за</w:t>
            </w:r>
            <w:proofErr w:type="spellEnd"/>
            <w:r w:rsidRPr="00CD5802">
              <w:rPr>
                <w:rFonts w:cs="Times New Roman"/>
              </w:rPr>
              <w:t xml:space="preserve"> </w:t>
            </w:r>
            <w:proofErr w:type="spellStart"/>
            <w:r w:rsidRPr="00CD5802">
              <w:rPr>
                <w:rFonts w:cs="Times New Roman"/>
              </w:rPr>
              <w:t>овај</w:t>
            </w:r>
            <w:proofErr w:type="spellEnd"/>
            <w:r w:rsidRPr="00CD5802">
              <w:rPr>
                <w:rFonts w:cs="Times New Roman"/>
              </w:rPr>
              <w:t xml:space="preserve"> </w:t>
            </w:r>
            <w:proofErr w:type="spellStart"/>
            <w:r w:rsidRPr="00CD5802">
              <w:rPr>
                <w:rFonts w:cs="Times New Roman"/>
              </w:rPr>
              <w:t>Пројекат</w:t>
            </w:r>
            <w:proofErr w:type="spellEnd"/>
          </w:p>
        </w:tc>
      </w:tr>
      <w:tr w:rsidR="00245837" w:rsidRPr="00347368" w14:paraId="7C53AB25" w14:textId="77777777" w:rsidTr="4B7286EC">
        <w:tc>
          <w:tcPr>
            <w:tcW w:w="5000" w:type="pct"/>
            <w:gridSpan w:val="4"/>
            <w:shd w:val="clear" w:color="auto" w:fill="F7CAAC" w:themeFill="accent2" w:themeFillTint="66"/>
          </w:tcPr>
          <w:p w14:paraId="794C39D5" w14:textId="396F5F5D" w:rsidR="00245837" w:rsidRPr="00347368" w:rsidRDefault="00245837" w:rsidP="00347368">
            <w:pPr>
              <w:jc w:val="left"/>
              <w:rPr>
                <w:rFonts w:cs="Times New Roman"/>
              </w:rPr>
            </w:pPr>
            <w:r w:rsidRPr="00347368">
              <w:rPr>
                <w:rFonts w:cs="Times New Roman"/>
                <w:b/>
                <w:bCs/>
              </w:rPr>
              <w:t xml:space="preserve">ESS 8: </w:t>
            </w:r>
            <w:r w:rsidR="002A2CA3" w:rsidRPr="002A2CA3">
              <w:rPr>
                <w:rFonts w:cs="Times New Roman"/>
                <w:b/>
                <w:bCs/>
              </w:rPr>
              <w:t>КУЛТУРНО НАСЛЕЂЕ</w:t>
            </w:r>
          </w:p>
        </w:tc>
      </w:tr>
      <w:tr w:rsidR="00625796" w:rsidRPr="00347368" w14:paraId="2932BB38" w14:textId="77777777" w:rsidTr="009D7F44">
        <w:tc>
          <w:tcPr>
            <w:tcW w:w="268" w:type="pct"/>
          </w:tcPr>
          <w:p w14:paraId="3001565A" w14:textId="38B32473" w:rsidR="00245837" w:rsidRPr="00347368" w:rsidRDefault="00245837" w:rsidP="00347368">
            <w:pPr>
              <w:jc w:val="left"/>
              <w:rPr>
                <w:rFonts w:cs="Times New Roman"/>
              </w:rPr>
            </w:pPr>
            <w:r w:rsidRPr="00347368">
              <w:rPr>
                <w:rFonts w:cs="Times New Roman"/>
              </w:rPr>
              <w:t>8.1.</w:t>
            </w:r>
          </w:p>
        </w:tc>
        <w:tc>
          <w:tcPr>
            <w:tcW w:w="2795" w:type="pct"/>
          </w:tcPr>
          <w:p w14:paraId="2E2B7612" w14:textId="3381D34B" w:rsidR="005124A1" w:rsidRPr="00347368" w:rsidRDefault="002A2CA3" w:rsidP="00347368">
            <w:pPr>
              <w:jc w:val="left"/>
              <w:rPr>
                <w:rFonts w:cs="Times New Roman"/>
                <w:color w:val="4472C4" w:themeColor="accent1"/>
              </w:rPr>
            </w:pPr>
            <w:r w:rsidRPr="002A2CA3">
              <w:rPr>
                <w:rFonts w:cs="Times New Roman"/>
                <w:b/>
                <w:bCs/>
                <w:color w:val="4472C4" w:themeColor="accent1"/>
              </w:rPr>
              <w:t>РИЗИЦИ И УТИЦАЈИ НА КУЛТУРНО НАСЛЕЂЕ</w:t>
            </w:r>
            <w:r w:rsidR="001632C4" w:rsidRPr="00347368">
              <w:rPr>
                <w:rFonts w:cs="Times New Roman"/>
                <w:color w:val="4472C4" w:themeColor="accent1"/>
              </w:rPr>
              <w:t>:</w:t>
            </w:r>
          </w:p>
          <w:p w14:paraId="3E5A7D3B" w14:textId="67B2CA85" w:rsidR="00245837" w:rsidRPr="00347368" w:rsidRDefault="002A2CA3" w:rsidP="00347368">
            <w:pPr>
              <w:jc w:val="left"/>
              <w:rPr>
                <w:rFonts w:cs="Times New Roman"/>
              </w:rPr>
            </w:pPr>
            <w:proofErr w:type="spellStart"/>
            <w:r w:rsidRPr="002A2CA3">
              <w:rPr>
                <w:rFonts w:cs="Times New Roman"/>
              </w:rPr>
              <w:t>Проценити</w:t>
            </w:r>
            <w:proofErr w:type="spellEnd"/>
            <w:r w:rsidRPr="002A2CA3">
              <w:rPr>
                <w:rFonts w:cs="Times New Roman"/>
              </w:rPr>
              <w:t xml:space="preserve"> </w:t>
            </w:r>
            <w:proofErr w:type="spellStart"/>
            <w:r w:rsidRPr="002A2CA3">
              <w:rPr>
                <w:rFonts w:cs="Times New Roman"/>
              </w:rPr>
              <w:t>ризике</w:t>
            </w:r>
            <w:proofErr w:type="spellEnd"/>
            <w:r w:rsidRPr="002A2CA3">
              <w:rPr>
                <w:rFonts w:cs="Times New Roman"/>
              </w:rPr>
              <w:t xml:space="preserve"> и </w:t>
            </w:r>
            <w:proofErr w:type="spellStart"/>
            <w:r w:rsidRPr="002A2CA3">
              <w:rPr>
                <w:rFonts w:cs="Times New Roman"/>
              </w:rPr>
              <w:t>утицаје</w:t>
            </w:r>
            <w:proofErr w:type="spellEnd"/>
            <w:r w:rsidRPr="002A2CA3">
              <w:rPr>
                <w:rFonts w:cs="Times New Roman"/>
              </w:rPr>
              <w:t xml:space="preserve"> </w:t>
            </w:r>
            <w:proofErr w:type="spellStart"/>
            <w:r w:rsidRPr="002A2CA3">
              <w:rPr>
                <w:rFonts w:cs="Times New Roman"/>
              </w:rPr>
              <w:t>на</w:t>
            </w:r>
            <w:proofErr w:type="spellEnd"/>
            <w:r w:rsidRPr="002A2CA3">
              <w:rPr>
                <w:rFonts w:cs="Times New Roman"/>
              </w:rPr>
              <w:t xml:space="preserve"> </w:t>
            </w:r>
            <w:proofErr w:type="spellStart"/>
            <w:r w:rsidRPr="002A2CA3">
              <w:rPr>
                <w:rFonts w:cs="Times New Roman"/>
              </w:rPr>
              <w:t>културно</w:t>
            </w:r>
            <w:proofErr w:type="spellEnd"/>
            <w:r w:rsidRPr="002A2CA3">
              <w:rPr>
                <w:rFonts w:cs="Times New Roman"/>
              </w:rPr>
              <w:t xml:space="preserve"> </w:t>
            </w:r>
            <w:proofErr w:type="spellStart"/>
            <w:r w:rsidRPr="002A2CA3">
              <w:rPr>
                <w:rFonts w:cs="Times New Roman"/>
              </w:rPr>
              <w:t>наслеђе</w:t>
            </w:r>
            <w:proofErr w:type="spellEnd"/>
            <w:r w:rsidRPr="002A2CA3">
              <w:rPr>
                <w:rFonts w:cs="Times New Roman"/>
              </w:rPr>
              <w:t xml:space="preserve"> </w:t>
            </w:r>
            <w:proofErr w:type="spellStart"/>
            <w:r w:rsidRPr="002A2CA3">
              <w:rPr>
                <w:rFonts w:cs="Times New Roman"/>
              </w:rPr>
              <w:t>као</w:t>
            </w:r>
            <w:proofErr w:type="spellEnd"/>
            <w:r w:rsidRPr="002A2CA3">
              <w:rPr>
                <w:rFonts w:cs="Times New Roman"/>
              </w:rPr>
              <w:t xml:space="preserve"> </w:t>
            </w:r>
            <w:proofErr w:type="spellStart"/>
            <w:r w:rsidRPr="002A2CA3">
              <w:rPr>
                <w:rFonts w:cs="Times New Roman"/>
              </w:rPr>
              <w:t>део</w:t>
            </w:r>
            <w:proofErr w:type="spellEnd"/>
            <w:r w:rsidRPr="002A2CA3">
              <w:rPr>
                <w:rFonts w:cs="Times New Roman"/>
              </w:rPr>
              <w:t xml:space="preserve"> ESIA, </w:t>
            </w:r>
            <w:proofErr w:type="spellStart"/>
            <w:r w:rsidRPr="002A2CA3">
              <w:rPr>
                <w:rFonts w:cs="Times New Roman"/>
              </w:rPr>
              <w:t>укључујући</w:t>
            </w:r>
            <w:proofErr w:type="spellEnd"/>
            <w:r w:rsidRPr="002A2CA3">
              <w:rPr>
                <w:rFonts w:cs="Times New Roman"/>
              </w:rPr>
              <w:t xml:space="preserve"> </w:t>
            </w:r>
            <w:proofErr w:type="spellStart"/>
            <w:r w:rsidRPr="002A2CA3">
              <w:rPr>
                <w:rFonts w:cs="Times New Roman"/>
              </w:rPr>
              <w:t>ограничења</w:t>
            </w:r>
            <w:proofErr w:type="spellEnd"/>
            <w:r w:rsidRPr="002A2CA3">
              <w:rPr>
                <w:rFonts w:cs="Times New Roman"/>
              </w:rPr>
              <w:t xml:space="preserve"> </w:t>
            </w:r>
            <w:proofErr w:type="spellStart"/>
            <w:r w:rsidRPr="002A2CA3">
              <w:rPr>
                <w:rFonts w:cs="Times New Roman"/>
              </w:rPr>
              <w:t>приступа</w:t>
            </w:r>
            <w:proofErr w:type="spellEnd"/>
            <w:r w:rsidRPr="002A2CA3">
              <w:rPr>
                <w:rFonts w:cs="Times New Roman"/>
              </w:rPr>
              <w:t xml:space="preserve">, и </w:t>
            </w:r>
            <w:proofErr w:type="spellStart"/>
            <w:r w:rsidRPr="002A2CA3">
              <w:rPr>
                <w:rFonts w:cs="Times New Roman"/>
              </w:rPr>
              <w:t>припремити</w:t>
            </w:r>
            <w:proofErr w:type="spellEnd"/>
            <w:r w:rsidRPr="002A2CA3">
              <w:rPr>
                <w:rFonts w:cs="Times New Roman"/>
              </w:rPr>
              <w:t xml:space="preserve"> </w:t>
            </w:r>
            <w:proofErr w:type="spellStart"/>
            <w:r w:rsidRPr="002A2CA3">
              <w:rPr>
                <w:rFonts w:cs="Times New Roman"/>
              </w:rPr>
              <w:t>План</w:t>
            </w:r>
            <w:proofErr w:type="spellEnd"/>
            <w:r w:rsidRPr="002A2CA3">
              <w:rPr>
                <w:rFonts w:cs="Times New Roman"/>
              </w:rPr>
              <w:t xml:space="preserve"> </w:t>
            </w:r>
            <w:proofErr w:type="spellStart"/>
            <w:r w:rsidRPr="002A2CA3">
              <w:rPr>
                <w:rFonts w:cs="Times New Roman"/>
              </w:rPr>
              <w:t>управљања</w:t>
            </w:r>
            <w:proofErr w:type="spellEnd"/>
            <w:r w:rsidRPr="002A2CA3">
              <w:rPr>
                <w:rFonts w:cs="Times New Roman"/>
              </w:rPr>
              <w:t xml:space="preserve"> </w:t>
            </w:r>
            <w:proofErr w:type="spellStart"/>
            <w:r w:rsidRPr="002A2CA3">
              <w:rPr>
                <w:rFonts w:cs="Times New Roman"/>
              </w:rPr>
              <w:t>културним</w:t>
            </w:r>
            <w:proofErr w:type="spellEnd"/>
            <w:r w:rsidRPr="002A2CA3">
              <w:rPr>
                <w:rFonts w:cs="Times New Roman"/>
              </w:rPr>
              <w:t xml:space="preserve"> </w:t>
            </w:r>
            <w:proofErr w:type="spellStart"/>
            <w:r w:rsidRPr="002A2CA3">
              <w:rPr>
                <w:rFonts w:cs="Times New Roman"/>
              </w:rPr>
              <w:t>наслеђем</w:t>
            </w:r>
            <w:proofErr w:type="spellEnd"/>
            <w:r w:rsidRPr="002A2CA3">
              <w:rPr>
                <w:rFonts w:cs="Times New Roman"/>
              </w:rPr>
              <w:t xml:space="preserve"> (CHMP), </w:t>
            </w:r>
            <w:proofErr w:type="spellStart"/>
            <w:r w:rsidRPr="002A2CA3">
              <w:rPr>
                <w:rFonts w:cs="Times New Roman"/>
              </w:rPr>
              <w:t>укључујући</w:t>
            </w:r>
            <w:proofErr w:type="spellEnd"/>
            <w:r w:rsidRPr="002A2CA3">
              <w:rPr>
                <w:rFonts w:cs="Times New Roman"/>
              </w:rPr>
              <w:t xml:space="preserve"> и </w:t>
            </w:r>
            <w:proofErr w:type="spellStart"/>
            <w:r w:rsidRPr="002A2CA3">
              <w:rPr>
                <w:rFonts w:cs="Times New Roman"/>
              </w:rPr>
              <w:t>процедуру</w:t>
            </w:r>
            <w:proofErr w:type="spellEnd"/>
            <w:r w:rsidRPr="002A2CA3">
              <w:rPr>
                <w:rFonts w:cs="Times New Roman"/>
              </w:rPr>
              <w:t xml:space="preserve"> у </w:t>
            </w:r>
            <w:proofErr w:type="spellStart"/>
            <w:r w:rsidRPr="002A2CA3">
              <w:rPr>
                <w:rFonts w:cs="Times New Roman"/>
              </w:rPr>
              <w:t>случају</w:t>
            </w:r>
            <w:proofErr w:type="spellEnd"/>
            <w:r w:rsidRPr="002A2CA3">
              <w:rPr>
                <w:rFonts w:cs="Times New Roman"/>
              </w:rPr>
              <w:t xml:space="preserve"> </w:t>
            </w:r>
            <w:proofErr w:type="spellStart"/>
            <w:r w:rsidRPr="002A2CA3">
              <w:rPr>
                <w:rFonts w:cs="Times New Roman"/>
              </w:rPr>
              <w:t>случајних</w:t>
            </w:r>
            <w:proofErr w:type="spellEnd"/>
            <w:r w:rsidRPr="002A2CA3">
              <w:rPr>
                <w:rFonts w:cs="Times New Roman"/>
              </w:rPr>
              <w:t xml:space="preserve"> </w:t>
            </w:r>
            <w:proofErr w:type="spellStart"/>
            <w:r w:rsidRPr="002A2CA3">
              <w:rPr>
                <w:rFonts w:cs="Times New Roman"/>
              </w:rPr>
              <w:t>археолошких</w:t>
            </w:r>
            <w:proofErr w:type="spellEnd"/>
            <w:r w:rsidRPr="002A2CA3">
              <w:rPr>
                <w:rFonts w:cs="Times New Roman"/>
              </w:rPr>
              <w:t xml:space="preserve"> </w:t>
            </w:r>
            <w:proofErr w:type="spellStart"/>
            <w:r w:rsidRPr="002A2CA3">
              <w:rPr>
                <w:rFonts w:cs="Times New Roman"/>
              </w:rPr>
              <w:t>налаза</w:t>
            </w:r>
            <w:proofErr w:type="spellEnd"/>
            <w:r>
              <w:rPr>
                <w:rFonts w:cs="Times New Roman"/>
                <w:lang w:val="sr-Cyrl-RS"/>
              </w:rPr>
              <w:t xml:space="preserve"> </w:t>
            </w:r>
            <w:proofErr w:type="spellStart"/>
            <w:r w:rsidRPr="002A2CA3">
              <w:rPr>
                <w:rFonts w:cs="Times New Roman"/>
              </w:rPr>
              <w:t>као</w:t>
            </w:r>
            <w:proofErr w:type="spellEnd"/>
            <w:r w:rsidRPr="002A2CA3">
              <w:rPr>
                <w:rFonts w:cs="Times New Roman"/>
              </w:rPr>
              <w:t xml:space="preserve"> </w:t>
            </w:r>
            <w:proofErr w:type="spellStart"/>
            <w:r w:rsidRPr="002A2CA3">
              <w:rPr>
                <w:rFonts w:cs="Times New Roman"/>
              </w:rPr>
              <w:t>део</w:t>
            </w:r>
            <w:proofErr w:type="spellEnd"/>
            <w:r w:rsidRPr="002A2CA3">
              <w:rPr>
                <w:rFonts w:cs="Times New Roman"/>
              </w:rPr>
              <w:t xml:space="preserve"> ESMP-а, и </w:t>
            </w:r>
            <w:proofErr w:type="spellStart"/>
            <w:r w:rsidRPr="002A2CA3">
              <w:rPr>
                <w:rFonts w:cs="Times New Roman"/>
              </w:rPr>
              <w:t>спровести</w:t>
            </w:r>
            <w:proofErr w:type="spellEnd"/>
            <w:r w:rsidRPr="002A2CA3">
              <w:rPr>
                <w:rFonts w:cs="Times New Roman"/>
              </w:rPr>
              <w:t xml:space="preserve"> </w:t>
            </w:r>
            <w:proofErr w:type="spellStart"/>
            <w:r w:rsidRPr="002A2CA3">
              <w:rPr>
                <w:rFonts w:cs="Times New Roman"/>
              </w:rPr>
              <w:t>га</w:t>
            </w:r>
            <w:proofErr w:type="spellEnd"/>
            <w:r w:rsidRPr="002A2CA3">
              <w:rPr>
                <w:rFonts w:cs="Times New Roman"/>
              </w:rPr>
              <w:t xml:space="preserve"> </w:t>
            </w:r>
            <w:proofErr w:type="spellStart"/>
            <w:r w:rsidRPr="002A2CA3">
              <w:rPr>
                <w:rFonts w:cs="Times New Roman"/>
              </w:rPr>
              <w:t>за</w:t>
            </w:r>
            <w:proofErr w:type="spellEnd"/>
            <w:r w:rsidRPr="002A2CA3">
              <w:rPr>
                <w:rFonts w:cs="Times New Roman"/>
              </w:rPr>
              <w:t xml:space="preserve"> </w:t>
            </w:r>
            <w:proofErr w:type="spellStart"/>
            <w:r w:rsidRPr="002A2CA3">
              <w:rPr>
                <w:rFonts w:cs="Times New Roman"/>
              </w:rPr>
              <w:t>потребе</w:t>
            </w:r>
            <w:proofErr w:type="spellEnd"/>
            <w:r w:rsidRPr="002A2CA3">
              <w:rPr>
                <w:rFonts w:cs="Times New Roman"/>
              </w:rPr>
              <w:t xml:space="preserve"> Пројекта, у </w:t>
            </w:r>
            <w:proofErr w:type="spellStart"/>
            <w:r w:rsidRPr="002A2CA3">
              <w:rPr>
                <w:rFonts w:cs="Times New Roman"/>
              </w:rPr>
              <w:t>складу</w:t>
            </w:r>
            <w:proofErr w:type="spellEnd"/>
            <w:r w:rsidRPr="002A2CA3">
              <w:rPr>
                <w:rFonts w:cs="Times New Roman"/>
              </w:rPr>
              <w:t xml:space="preserve"> </w:t>
            </w:r>
            <w:proofErr w:type="spellStart"/>
            <w:r w:rsidRPr="002A2CA3">
              <w:rPr>
                <w:rFonts w:cs="Times New Roman"/>
              </w:rPr>
              <w:t>са</w:t>
            </w:r>
            <w:proofErr w:type="spellEnd"/>
            <w:r w:rsidRPr="002A2CA3">
              <w:rPr>
                <w:rFonts w:cs="Times New Roman"/>
              </w:rPr>
              <w:t xml:space="preserve"> </w:t>
            </w:r>
            <w:proofErr w:type="spellStart"/>
            <w:r w:rsidRPr="002A2CA3">
              <w:rPr>
                <w:rFonts w:cs="Times New Roman"/>
              </w:rPr>
              <w:t>стандардом</w:t>
            </w:r>
            <w:proofErr w:type="spellEnd"/>
            <w:r>
              <w:rPr>
                <w:rFonts w:cs="Times New Roman"/>
                <w:lang w:val="sr-Cyrl-RS"/>
              </w:rPr>
              <w:t xml:space="preserve"> </w:t>
            </w:r>
            <w:r w:rsidR="001632C4" w:rsidRPr="00347368">
              <w:rPr>
                <w:rFonts w:cs="Times New Roman"/>
              </w:rPr>
              <w:t>ESS8</w:t>
            </w:r>
            <w:r w:rsidR="009D70F7" w:rsidRPr="00347368">
              <w:rPr>
                <w:rFonts w:cs="Times New Roman"/>
              </w:rPr>
              <w:t>.</w:t>
            </w:r>
          </w:p>
        </w:tc>
        <w:tc>
          <w:tcPr>
            <w:tcW w:w="1204" w:type="pct"/>
          </w:tcPr>
          <w:p w14:paraId="24ED4B71" w14:textId="77777777" w:rsidR="001632C4" w:rsidRPr="00347368" w:rsidRDefault="001632C4" w:rsidP="00347368">
            <w:pPr>
              <w:jc w:val="left"/>
              <w:rPr>
                <w:rFonts w:cs="Times New Roman"/>
              </w:rPr>
            </w:pPr>
          </w:p>
          <w:p w14:paraId="308325AA" w14:textId="6FE5FA6E" w:rsidR="00245837" w:rsidRPr="00347368" w:rsidRDefault="002A2CA3" w:rsidP="00347368">
            <w:pPr>
              <w:jc w:val="left"/>
              <w:rPr>
                <w:rFonts w:cs="Times New Roman"/>
              </w:rPr>
            </w:pPr>
            <w:proofErr w:type="spellStart"/>
            <w:r w:rsidRPr="002A2CA3">
              <w:rPr>
                <w:rFonts w:cs="Times New Roman"/>
              </w:rPr>
              <w:t>Исти</w:t>
            </w:r>
            <w:proofErr w:type="spellEnd"/>
            <w:r w:rsidRPr="002A2CA3">
              <w:rPr>
                <w:rFonts w:cs="Times New Roman"/>
              </w:rPr>
              <w:t xml:space="preserve"> </w:t>
            </w:r>
            <w:proofErr w:type="spellStart"/>
            <w:r w:rsidRPr="002A2CA3">
              <w:rPr>
                <w:rFonts w:cs="Times New Roman"/>
              </w:rPr>
              <w:t>временски</w:t>
            </w:r>
            <w:proofErr w:type="spellEnd"/>
            <w:r w:rsidRPr="002A2CA3">
              <w:rPr>
                <w:rFonts w:cs="Times New Roman"/>
              </w:rPr>
              <w:t xml:space="preserve"> </w:t>
            </w:r>
            <w:proofErr w:type="spellStart"/>
            <w:r w:rsidRPr="002A2CA3">
              <w:rPr>
                <w:rFonts w:cs="Times New Roman"/>
              </w:rPr>
              <w:t>оквир</w:t>
            </w:r>
            <w:proofErr w:type="spellEnd"/>
            <w:r w:rsidRPr="002A2CA3">
              <w:rPr>
                <w:rFonts w:cs="Times New Roman"/>
              </w:rPr>
              <w:t xml:space="preserve"> </w:t>
            </w:r>
            <w:proofErr w:type="spellStart"/>
            <w:r w:rsidRPr="002A2CA3">
              <w:rPr>
                <w:rFonts w:cs="Times New Roman"/>
              </w:rPr>
              <w:t>као</w:t>
            </w:r>
            <w:proofErr w:type="spellEnd"/>
            <w:r w:rsidRPr="002A2CA3">
              <w:rPr>
                <w:rFonts w:cs="Times New Roman"/>
              </w:rPr>
              <w:t xml:space="preserve"> и </w:t>
            </w:r>
            <w:proofErr w:type="spellStart"/>
            <w:r w:rsidRPr="002A2CA3">
              <w:rPr>
                <w:rFonts w:cs="Times New Roman"/>
              </w:rPr>
              <w:t>за</w:t>
            </w:r>
            <w:proofErr w:type="spellEnd"/>
            <w:r w:rsidRPr="002A2CA3">
              <w:rPr>
                <w:rFonts w:cs="Times New Roman"/>
              </w:rPr>
              <w:t xml:space="preserve"> ESIA и ESMP (</w:t>
            </w:r>
            <w:proofErr w:type="spellStart"/>
            <w:r w:rsidRPr="002A2CA3">
              <w:rPr>
                <w:rFonts w:cs="Times New Roman"/>
              </w:rPr>
              <w:t>Активност</w:t>
            </w:r>
            <w:proofErr w:type="spellEnd"/>
            <w:r>
              <w:rPr>
                <w:rFonts w:cs="Times New Roman"/>
                <w:lang w:val="sr-Cyrl-RS"/>
              </w:rPr>
              <w:t xml:space="preserve"> </w:t>
            </w:r>
            <w:r w:rsidR="001632C4" w:rsidRPr="00347368">
              <w:rPr>
                <w:rFonts w:cs="Times New Roman"/>
              </w:rPr>
              <w:t>1.1).</w:t>
            </w:r>
          </w:p>
        </w:tc>
        <w:tc>
          <w:tcPr>
            <w:tcW w:w="733" w:type="pct"/>
          </w:tcPr>
          <w:p w14:paraId="2604149E" w14:textId="77777777" w:rsidR="002A2CA3" w:rsidRPr="002A2CA3" w:rsidRDefault="002A2CA3" w:rsidP="002A2CA3">
            <w:pPr>
              <w:jc w:val="left"/>
              <w:rPr>
                <w:rFonts w:cs="Times New Roman"/>
              </w:rPr>
            </w:pPr>
            <w:r w:rsidRPr="002A2CA3">
              <w:rPr>
                <w:rFonts w:cs="Times New Roman"/>
              </w:rPr>
              <w:t>МРЕ</w:t>
            </w:r>
          </w:p>
          <w:p w14:paraId="0F6F26D3" w14:textId="0597B79C" w:rsidR="0040077C" w:rsidRDefault="002A2CA3" w:rsidP="002A2CA3">
            <w:pPr>
              <w:jc w:val="left"/>
              <w:rPr>
                <w:rFonts w:cs="Times New Roman"/>
              </w:rPr>
            </w:pPr>
            <w:r w:rsidRPr="002A2CA3">
              <w:rPr>
                <w:rFonts w:cs="Times New Roman"/>
              </w:rPr>
              <w:t>“</w:t>
            </w:r>
            <w:proofErr w:type="spellStart"/>
            <w:r w:rsidRPr="002A2CA3">
              <w:rPr>
                <w:rFonts w:cs="Times New Roman"/>
              </w:rPr>
              <w:t>Србијагас</w:t>
            </w:r>
            <w:proofErr w:type="spellEnd"/>
            <w:r w:rsidRPr="002A2CA3">
              <w:rPr>
                <w:rFonts w:cs="Times New Roman"/>
              </w:rPr>
              <w:t>” (</w:t>
            </w:r>
            <w:proofErr w:type="spellStart"/>
            <w:r w:rsidRPr="002A2CA3">
              <w:rPr>
                <w:rFonts w:cs="Times New Roman"/>
              </w:rPr>
              <w:t>биће</w:t>
            </w:r>
            <w:proofErr w:type="spellEnd"/>
            <w:r w:rsidRPr="002A2CA3">
              <w:rPr>
                <w:rFonts w:cs="Times New Roman"/>
              </w:rPr>
              <w:t xml:space="preserve"> </w:t>
            </w:r>
            <w:proofErr w:type="spellStart"/>
            <w:r w:rsidRPr="002A2CA3">
              <w:rPr>
                <w:rFonts w:cs="Times New Roman"/>
              </w:rPr>
              <w:t>потврђено</w:t>
            </w:r>
            <w:proofErr w:type="spellEnd"/>
            <w:r w:rsidR="000C07EF" w:rsidRPr="00347368">
              <w:rPr>
                <w:rFonts w:cs="Times New Roman"/>
              </w:rPr>
              <w:t>)</w:t>
            </w:r>
          </w:p>
          <w:p w14:paraId="0BA68163" w14:textId="5666F86C" w:rsidR="0040077C" w:rsidRDefault="002D0656" w:rsidP="0040077C">
            <w:pPr>
              <w:jc w:val="left"/>
              <w:rPr>
                <w:rFonts w:cs="Times New Roman"/>
              </w:rPr>
            </w:pPr>
            <w:proofErr w:type="spellStart"/>
            <w:r w:rsidRPr="002D0656">
              <w:rPr>
                <w:rFonts w:cs="Times New Roman"/>
              </w:rPr>
              <w:t>Гасна</w:t>
            </w:r>
            <w:proofErr w:type="spellEnd"/>
            <w:r w:rsidRPr="002D0656">
              <w:rPr>
                <w:rFonts w:cs="Times New Roman"/>
              </w:rPr>
              <w:t xml:space="preserve"> </w:t>
            </w:r>
            <w:proofErr w:type="spellStart"/>
            <w:r w:rsidRPr="002D0656">
              <w:rPr>
                <w:rFonts w:cs="Times New Roman"/>
              </w:rPr>
              <w:t>инфраструктура</w:t>
            </w:r>
            <w:proofErr w:type="spellEnd"/>
          </w:p>
          <w:p w14:paraId="3248AD72" w14:textId="22596B29" w:rsidR="00CB77F6" w:rsidRPr="00347368" w:rsidRDefault="00CB77F6" w:rsidP="007E7AB6">
            <w:pPr>
              <w:jc w:val="left"/>
              <w:rPr>
                <w:rFonts w:cs="Times New Roman"/>
              </w:rPr>
            </w:pPr>
          </w:p>
        </w:tc>
      </w:tr>
      <w:tr w:rsidR="005124A1" w:rsidRPr="00347368" w14:paraId="341B9B76" w14:textId="77777777" w:rsidTr="4B7286EC">
        <w:tc>
          <w:tcPr>
            <w:tcW w:w="5000" w:type="pct"/>
            <w:gridSpan w:val="4"/>
            <w:shd w:val="clear" w:color="auto" w:fill="F7CAAC" w:themeFill="accent2" w:themeFillTint="66"/>
          </w:tcPr>
          <w:p w14:paraId="70A9908E" w14:textId="74EF63A6" w:rsidR="005124A1" w:rsidRPr="00347368" w:rsidRDefault="005124A1" w:rsidP="00347368">
            <w:pPr>
              <w:jc w:val="left"/>
              <w:rPr>
                <w:rFonts w:cs="Times New Roman"/>
              </w:rPr>
            </w:pPr>
            <w:r w:rsidRPr="00347368">
              <w:rPr>
                <w:rFonts w:cs="Times New Roman"/>
                <w:b/>
                <w:bCs/>
              </w:rPr>
              <w:t xml:space="preserve">ESS 9: </w:t>
            </w:r>
            <w:r w:rsidR="002D0656" w:rsidRPr="002D0656">
              <w:rPr>
                <w:rFonts w:cs="Times New Roman"/>
                <w:b/>
                <w:bCs/>
              </w:rPr>
              <w:t>ФИНАНСИЈСКИ ПОСРЕДНИЦИ</w:t>
            </w:r>
          </w:p>
        </w:tc>
      </w:tr>
      <w:tr w:rsidR="001632C4" w:rsidRPr="00347368" w14:paraId="3E9A34F5" w14:textId="77777777" w:rsidTr="4B7286EC">
        <w:tc>
          <w:tcPr>
            <w:tcW w:w="5000" w:type="pct"/>
            <w:gridSpan w:val="4"/>
          </w:tcPr>
          <w:p w14:paraId="358C6853" w14:textId="1AB90998" w:rsidR="001632C4" w:rsidRPr="00347368" w:rsidRDefault="002D0656" w:rsidP="00347368">
            <w:pPr>
              <w:jc w:val="left"/>
              <w:rPr>
                <w:rFonts w:cs="Times New Roman"/>
              </w:rPr>
            </w:pPr>
            <w:proofErr w:type="spellStart"/>
            <w:r w:rsidRPr="002D0656">
              <w:rPr>
                <w:rFonts w:cs="Times New Roman"/>
              </w:rPr>
              <w:t>Сматра</w:t>
            </w:r>
            <w:proofErr w:type="spellEnd"/>
            <w:r w:rsidRPr="002D0656">
              <w:rPr>
                <w:rFonts w:cs="Times New Roman"/>
              </w:rPr>
              <w:t xml:space="preserve"> </w:t>
            </w:r>
            <w:proofErr w:type="spellStart"/>
            <w:r w:rsidRPr="002D0656">
              <w:rPr>
                <w:rFonts w:cs="Times New Roman"/>
              </w:rPr>
              <w:t>се</w:t>
            </w:r>
            <w:proofErr w:type="spellEnd"/>
            <w:r w:rsidRPr="002D0656">
              <w:rPr>
                <w:rFonts w:cs="Times New Roman"/>
              </w:rPr>
              <w:t xml:space="preserve"> </w:t>
            </w:r>
            <w:proofErr w:type="spellStart"/>
            <w:r w:rsidRPr="002D0656">
              <w:rPr>
                <w:rFonts w:cs="Times New Roman"/>
              </w:rPr>
              <w:t>да</w:t>
            </w:r>
            <w:proofErr w:type="spellEnd"/>
            <w:r w:rsidRPr="002D0656">
              <w:rPr>
                <w:rFonts w:cs="Times New Roman"/>
              </w:rPr>
              <w:t xml:space="preserve"> </w:t>
            </w:r>
            <w:proofErr w:type="spellStart"/>
            <w:r w:rsidRPr="002D0656">
              <w:rPr>
                <w:rFonts w:cs="Times New Roman"/>
              </w:rPr>
              <w:t>овај</w:t>
            </w:r>
            <w:proofErr w:type="spellEnd"/>
            <w:r w:rsidRPr="002D0656">
              <w:rPr>
                <w:rFonts w:cs="Times New Roman"/>
              </w:rPr>
              <w:t xml:space="preserve"> </w:t>
            </w:r>
            <w:proofErr w:type="spellStart"/>
            <w:r w:rsidRPr="002D0656">
              <w:rPr>
                <w:rFonts w:cs="Times New Roman"/>
              </w:rPr>
              <w:t>стандард</w:t>
            </w:r>
            <w:proofErr w:type="spellEnd"/>
            <w:r w:rsidRPr="002D0656">
              <w:rPr>
                <w:rFonts w:cs="Times New Roman"/>
              </w:rPr>
              <w:t xml:space="preserve"> </w:t>
            </w:r>
            <w:proofErr w:type="spellStart"/>
            <w:r w:rsidRPr="002D0656">
              <w:rPr>
                <w:rFonts w:cs="Times New Roman"/>
              </w:rPr>
              <w:t>није</w:t>
            </w:r>
            <w:proofErr w:type="spellEnd"/>
            <w:r w:rsidRPr="002D0656">
              <w:rPr>
                <w:rFonts w:cs="Times New Roman"/>
              </w:rPr>
              <w:t xml:space="preserve"> </w:t>
            </w:r>
            <w:proofErr w:type="spellStart"/>
            <w:r w:rsidRPr="002D0656">
              <w:rPr>
                <w:rFonts w:cs="Times New Roman"/>
              </w:rPr>
              <w:t>релевантан</w:t>
            </w:r>
            <w:proofErr w:type="spellEnd"/>
            <w:r w:rsidRPr="002D0656">
              <w:rPr>
                <w:rFonts w:cs="Times New Roman"/>
              </w:rPr>
              <w:t xml:space="preserve"> </w:t>
            </w:r>
            <w:proofErr w:type="spellStart"/>
            <w:r w:rsidRPr="002D0656">
              <w:rPr>
                <w:rFonts w:cs="Times New Roman"/>
              </w:rPr>
              <w:t>за</w:t>
            </w:r>
            <w:proofErr w:type="spellEnd"/>
            <w:r w:rsidRPr="002D0656">
              <w:rPr>
                <w:rFonts w:cs="Times New Roman"/>
              </w:rPr>
              <w:t xml:space="preserve"> </w:t>
            </w:r>
            <w:proofErr w:type="spellStart"/>
            <w:r w:rsidRPr="002D0656">
              <w:rPr>
                <w:rFonts w:cs="Times New Roman"/>
              </w:rPr>
              <w:t>овај</w:t>
            </w:r>
            <w:proofErr w:type="spellEnd"/>
            <w:r w:rsidRPr="002D0656">
              <w:rPr>
                <w:rFonts w:cs="Times New Roman"/>
              </w:rPr>
              <w:t xml:space="preserve"> </w:t>
            </w:r>
            <w:proofErr w:type="spellStart"/>
            <w:r w:rsidRPr="002D0656">
              <w:rPr>
                <w:rFonts w:cs="Times New Roman"/>
              </w:rPr>
              <w:t>Пројекат</w:t>
            </w:r>
            <w:proofErr w:type="spellEnd"/>
          </w:p>
          <w:p w14:paraId="30336443" w14:textId="401FE54C" w:rsidR="001635B7" w:rsidRPr="00347368" w:rsidRDefault="001635B7" w:rsidP="00347368">
            <w:pPr>
              <w:jc w:val="left"/>
              <w:rPr>
                <w:rFonts w:cs="Times New Roman"/>
              </w:rPr>
            </w:pPr>
          </w:p>
        </w:tc>
      </w:tr>
      <w:tr w:rsidR="005124A1" w:rsidRPr="00347368" w14:paraId="5E6BFFA5" w14:textId="77777777" w:rsidTr="4B7286EC">
        <w:tc>
          <w:tcPr>
            <w:tcW w:w="5000" w:type="pct"/>
            <w:gridSpan w:val="4"/>
            <w:shd w:val="clear" w:color="auto" w:fill="F7CAAC" w:themeFill="accent2" w:themeFillTint="66"/>
          </w:tcPr>
          <w:p w14:paraId="5715124D" w14:textId="2A6FED39" w:rsidR="005124A1" w:rsidRPr="00347368" w:rsidRDefault="005124A1" w:rsidP="00347368">
            <w:pPr>
              <w:jc w:val="left"/>
              <w:rPr>
                <w:rFonts w:cs="Times New Roman"/>
              </w:rPr>
            </w:pPr>
            <w:r w:rsidRPr="00347368">
              <w:rPr>
                <w:rFonts w:cs="Times New Roman"/>
                <w:b/>
                <w:bCs/>
              </w:rPr>
              <w:lastRenderedPageBreak/>
              <w:t xml:space="preserve">ESS 10: </w:t>
            </w:r>
            <w:r w:rsidR="009A6FB6" w:rsidRPr="009A6FB6">
              <w:rPr>
                <w:rFonts w:cs="Times New Roman"/>
                <w:b/>
                <w:bCs/>
              </w:rPr>
              <w:t>УКЉУЧИВАЊЕ ЗАИНТЕРЕСОВАНИХ СТРАНА И ОБЈАВЉИВАЊЕ ИНФОРМАЦИЈА</w:t>
            </w:r>
          </w:p>
        </w:tc>
      </w:tr>
      <w:tr w:rsidR="00625796" w:rsidRPr="00347368" w14:paraId="64E6F5F4" w14:textId="77777777" w:rsidTr="009D7F44">
        <w:tc>
          <w:tcPr>
            <w:tcW w:w="268" w:type="pct"/>
          </w:tcPr>
          <w:p w14:paraId="3EF76B30" w14:textId="6D5090BD" w:rsidR="00EC0116" w:rsidRPr="00347368" w:rsidRDefault="005124A1" w:rsidP="00347368">
            <w:pPr>
              <w:jc w:val="left"/>
              <w:rPr>
                <w:rFonts w:cs="Times New Roman"/>
              </w:rPr>
            </w:pPr>
            <w:r w:rsidRPr="00347368">
              <w:rPr>
                <w:rFonts w:cs="Times New Roman"/>
              </w:rPr>
              <w:t>10.1.</w:t>
            </w:r>
          </w:p>
        </w:tc>
        <w:tc>
          <w:tcPr>
            <w:tcW w:w="2795" w:type="pct"/>
          </w:tcPr>
          <w:p w14:paraId="51DB7CDF" w14:textId="5CA554FA" w:rsidR="005124A1" w:rsidRPr="00347368" w:rsidRDefault="009A6FB6" w:rsidP="00347368">
            <w:pPr>
              <w:jc w:val="left"/>
              <w:rPr>
                <w:rFonts w:cs="Times New Roman"/>
                <w:b/>
                <w:bCs/>
                <w:color w:val="4472C4" w:themeColor="accent1"/>
              </w:rPr>
            </w:pPr>
            <w:r w:rsidRPr="009A6FB6">
              <w:rPr>
                <w:rFonts w:cs="Times New Roman"/>
                <w:b/>
                <w:bCs/>
                <w:color w:val="4472C4" w:themeColor="accent1"/>
              </w:rPr>
              <w:t xml:space="preserve">ПЛАН УКЉУЧИВАЊА ЗАИНТЕРЕСОВАНИХ СТРАНА </w:t>
            </w:r>
            <w:r w:rsidR="00753BB3" w:rsidRPr="00347368">
              <w:rPr>
                <w:rFonts w:cs="Times New Roman"/>
                <w:b/>
                <w:bCs/>
                <w:color w:val="4472C4" w:themeColor="accent1"/>
              </w:rPr>
              <w:t xml:space="preserve">(SEP) </w:t>
            </w:r>
          </w:p>
          <w:p w14:paraId="34D7E3FC" w14:textId="701C2E97" w:rsidR="00EC0116" w:rsidRPr="00347368" w:rsidRDefault="00ED2689" w:rsidP="00347368">
            <w:pPr>
              <w:jc w:val="left"/>
              <w:rPr>
                <w:rFonts w:cs="Times New Roman"/>
              </w:rPr>
            </w:pPr>
            <w:proofErr w:type="spellStart"/>
            <w:r w:rsidRPr="00ED2689">
              <w:rPr>
                <w:rFonts w:cs="Times New Roman"/>
              </w:rPr>
              <w:t>Ажурирати</w:t>
            </w:r>
            <w:proofErr w:type="spellEnd"/>
            <w:r w:rsidRPr="00ED2689">
              <w:rPr>
                <w:rFonts w:cs="Times New Roman"/>
              </w:rPr>
              <w:t xml:space="preserve"> и </w:t>
            </w:r>
            <w:proofErr w:type="spellStart"/>
            <w:r w:rsidRPr="00ED2689">
              <w:rPr>
                <w:rFonts w:cs="Times New Roman"/>
              </w:rPr>
              <w:t>спровести</w:t>
            </w:r>
            <w:proofErr w:type="spellEnd"/>
            <w:r w:rsidRPr="00ED2689">
              <w:rPr>
                <w:rFonts w:cs="Times New Roman"/>
              </w:rPr>
              <w:t xml:space="preserve"> SEP </w:t>
            </w:r>
            <w:proofErr w:type="spellStart"/>
            <w:r w:rsidRPr="00ED2689">
              <w:rPr>
                <w:rFonts w:cs="Times New Roman"/>
              </w:rPr>
              <w:t>за</w:t>
            </w:r>
            <w:proofErr w:type="spellEnd"/>
            <w:r w:rsidRPr="00ED2689">
              <w:rPr>
                <w:rFonts w:cs="Times New Roman"/>
              </w:rPr>
              <w:t xml:space="preserve"> </w:t>
            </w:r>
            <w:proofErr w:type="spellStart"/>
            <w:r w:rsidRPr="00ED2689">
              <w:rPr>
                <w:rFonts w:cs="Times New Roman"/>
              </w:rPr>
              <w:t>потребе</w:t>
            </w:r>
            <w:proofErr w:type="spellEnd"/>
            <w:r w:rsidRPr="00ED2689">
              <w:rPr>
                <w:rFonts w:cs="Times New Roman"/>
              </w:rPr>
              <w:t xml:space="preserve"> Пројекта, у </w:t>
            </w:r>
            <w:proofErr w:type="spellStart"/>
            <w:r w:rsidRPr="00ED2689">
              <w:rPr>
                <w:rFonts w:cs="Times New Roman"/>
              </w:rPr>
              <w:t>складу</w:t>
            </w:r>
            <w:proofErr w:type="spellEnd"/>
            <w:r w:rsidRPr="00ED2689">
              <w:rPr>
                <w:rFonts w:cs="Times New Roman"/>
              </w:rPr>
              <w:t xml:space="preserve"> </w:t>
            </w:r>
            <w:proofErr w:type="spellStart"/>
            <w:r w:rsidRPr="00ED2689">
              <w:rPr>
                <w:rFonts w:cs="Times New Roman"/>
              </w:rPr>
              <w:t>са</w:t>
            </w:r>
            <w:proofErr w:type="spellEnd"/>
            <w:r w:rsidRPr="00ED2689">
              <w:rPr>
                <w:rFonts w:cs="Times New Roman"/>
              </w:rPr>
              <w:t xml:space="preserve"> </w:t>
            </w:r>
            <w:proofErr w:type="spellStart"/>
            <w:r w:rsidRPr="00ED2689">
              <w:rPr>
                <w:rFonts w:cs="Times New Roman"/>
              </w:rPr>
              <w:t>стандардом</w:t>
            </w:r>
            <w:proofErr w:type="spellEnd"/>
            <w:r w:rsidRPr="00ED2689">
              <w:rPr>
                <w:rFonts w:cs="Times New Roman"/>
              </w:rPr>
              <w:t xml:space="preserve"> </w:t>
            </w:r>
            <w:r w:rsidR="001632C4" w:rsidRPr="00347368">
              <w:rPr>
                <w:rFonts w:cs="Times New Roman"/>
              </w:rPr>
              <w:t xml:space="preserve">ESS10, </w:t>
            </w:r>
            <w:proofErr w:type="spellStart"/>
            <w:r w:rsidRPr="00ED2689">
              <w:rPr>
                <w:rFonts w:cs="Times New Roman"/>
              </w:rPr>
              <w:t>који</w:t>
            </w:r>
            <w:proofErr w:type="spellEnd"/>
            <w:r w:rsidRPr="00ED2689">
              <w:rPr>
                <w:rFonts w:cs="Times New Roman"/>
              </w:rPr>
              <w:t xml:space="preserve"> </w:t>
            </w:r>
            <w:proofErr w:type="spellStart"/>
            <w:r w:rsidRPr="00ED2689">
              <w:rPr>
                <w:rFonts w:cs="Times New Roman"/>
              </w:rPr>
              <w:t>ће</w:t>
            </w:r>
            <w:proofErr w:type="spellEnd"/>
            <w:r w:rsidRPr="00ED2689">
              <w:rPr>
                <w:rFonts w:cs="Times New Roman"/>
              </w:rPr>
              <w:t xml:space="preserve"> </w:t>
            </w:r>
            <w:proofErr w:type="spellStart"/>
            <w:r w:rsidRPr="00ED2689">
              <w:rPr>
                <w:rFonts w:cs="Times New Roman"/>
              </w:rPr>
              <w:t>укључивати</w:t>
            </w:r>
            <w:proofErr w:type="spellEnd"/>
            <w:r w:rsidRPr="00ED2689">
              <w:rPr>
                <w:rFonts w:cs="Times New Roman"/>
              </w:rPr>
              <w:t xml:space="preserve"> </w:t>
            </w:r>
            <w:proofErr w:type="spellStart"/>
            <w:r w:rsidRPr="00ED2689">
              <w:rPr>
                <w:rFonts w:cs="Times New Roman"/>
              </w:rPr>
              <w:t>мере</w:t>
            </w:r>
            <w:proofErr w:type="spellEnd"/>
            <w:r w:rsidRPr="00ED2689">
              <w:rPr>
                <w:rFonts w:cs="Times New Roman"/>
              </w:rPr>
              <w:t xml:space="preserve"> </w:t>
            </w:r>
            <w:proofErr w:type="spellStart"/>
            <w:r w:rsidRPr="00ED2689">
              <w:rPr>
                <w:rFonts w:cs="Times New Roman"/>
              </w:rPr>
              <w:t>да</w:t>
            </w:r>
            <w:proofErr w:type="spellEnd"/>
            <w:r w:rsidRPr="00ED2689">
              <w:rPr>
                <w:rFonts w:cs="Times New Roman"/>
              </w:rPr>
              <w:t xml:space="preserve"> </w:t>
            </w:r>
            <w:proofErr w:type="spellStart"/>
            <w:r w:rsidRPr="00ED2689">
              <w:rPr>
                <w:rFonts w:cs="Times New Roman"/>
              </w:rPr>
              <w:t>се</w:t>
            </w:r>
            <w:proofErr w:type="spellEnd"/>
            <w:r w:rsidRPr="00ED2689">
              <w:rPr>
                <w:rFonts w:cs="Times New Roman"/>
              </w:rPr>
              <w:t xml:space="preserve">, </w:t>
            </w:r>
            <w:proofErr w:type="spellStart"/>
            <w:r w:rsidRPr="00ED2689">
              <w:rPr>
                <w:rFonts w:cs="Times New Roman"/>
              </w:rPr>
              <w:t>између</w:t>
            </w:r>
            <w:proofErr w:type="spellEnd"/>
            <w:r w:rsidRPr="00ED2689">
              <w:rPr>
                <w:rFonts w:cs="Times New Roman"/>
              </w:rPr>
              <w:t xml:space="preserve"> </w:t>
            </w:r>
            <w:proofErr w:type="spellStart"/>
            <w:r w:rsidRPr="00ED2689">
              <w:rPr>
                <w:rFonts w:cs="Times New Roman"/>
              </w:rPr>
              <w:t>осталог</w:t>
            </w:r>
            <w:proofErr w:type="spellEnd"/>
            <w:r w:rsidRPr="00ED2689">
              <w:rPr>
                <w:rFonts w:cs="Times New Roman"/>
              </w:rPr>
              <w:t xml:space="preserve">, </w:t>
            </w:r>
            <w:proofErr w:type="spellStart"/>
            <w:r w:rsidRPr="00ED2689">
              <w:rPr>
                <w:rFonts w:cs="Times New Roman"/>
              </w:rPr>
              <w:t>заинтересованим</w:t>
            </w:r>
            <w:proofErr w:type="spellEnd"/>
            <w:r w:rsidRPr="00ED2689">
              <w:rPr>
                <w:rFonts w:cs="Times New Roman"/>
              </w:rPr>
              <w:t xml:space="preserve"> </w:t>
            </w:r>
            <w:proofErr w:type="spellStart"/>
            <w:r w:rsidRPr="00ED2689">
              <w:rPr>
                <w:rFonts w:cs="Times New Roman"/>
              </w:rPr>
              <w:t>странама</w:t>
            </w:r>
            <w:proofErr w:type="spellEnd"/>
            <w:r w:rsidRPr="00ED2689">
              <w:rPr>
                <w:rFonts w:cs="Times New Roman"/>
              </w:rPr>
              <w:t xml:space="preserve"> </w:t>
            </w:r>
            <w:proofErr w:type="spellStart"/>
            <w:r w:rsidRPr="00ED2689">
              <w:rPr>
                <w:rFonts w:cs="Times New Roman"/>
              </w:rPr>
              <w:t>обезбеде</w:t>
            </w:r>
            <w:proofErr w:type="spellEnd"/>
            <w:r w:rsidRPr="00ED2689">
              <w:rPr>
                <w:rFonts w:cs="Times New Roman"/>
              </w:rPr>
              <w:t xml:space="preserve"> </w:t>
            </w:r>
            <w:proofErr w:type="spellStart"/>
            <w:r w:rsidRPr="00ED2689">
              <w:rPr>
                <w:rFonts w:cs="Times New Roman"/>
              </w:rPr>
              <w:t>благовремене</w:t>
            </w:r>
            <w:proofErr w:type="spellEnd"/>
            <w:r w:rsidRPr="00ED2689">
              <w:rPr>
                <w:rFonts w:cs="Times New Roman"/>
              </w:rPr>
              <w:t xml:space="preserve">, </w:t>
            </w:r>
            <w:proofErr w:type="spellStart"/>
            <w:r w:rsidRPr="00ED2689">
              <w:rPr>
                <w:rFonts w:cs="Times New Roman"/>
              </w:rPr>
              <w:t>релевантне</w:t>
            </w:r>
            <w:proofErr w:type="spellEnd"/>
            <w:r w:rsidRPr="00ED2689">
              <w:rPr>
                <w:rFonts w:cs="Times New Roman"/>
              </w:rPr>
              <w:t xml:space="preserve">, </w:t>
            </w:r>
            <w:proofErr w:type="spellStart"/>
            <w:r w:rsidRPr="00ED2689">
              <w:rPr>
                <w:rFonts w:cs="Times New Roman"/>
              </w:rPr>
              <w:t>разумљиве</w:t>
            </w:r>
            <w:proofErr w:type="spellEnd"/>
            <w:r w:rsidRPr="00ED2689">
              <w:rPr>
                <w:rFonts w:cs="Times New Roman"/>
              </w:rPr>
              <w:t xml:space="preserve"> и </w:t>
            </w:r>
            <w:proofErr w:type="spellStart"/>
            <w:r w:rsidRPr="00ED2689">
              <w:rPr>
                <w:rFonts w:cs="Times New Roman"/>
              </w:rPr>
              <w:t>приступачне</w:t>
            </w:r>
            <w:proofErr w:type="spellEnd"/>
            <w:r w:rsidRPr="00ED2689">
              <w:rPr>
                <w:rFonts w:cs="Times New Roman"/>
              </w:rPr>
              <w:t xml:space="preserve"> </w:t>
            </w:r>
            <w:proofErr w:type="spellStart"/>
            <w:r w:rsidRPr="00ED2689">
              <w:rPr>
                <w:rFonts w:cs="Times New Roman"/>
              </w:rPr>
              <w:t>информације</w:t>
            </w:r>
            <w:proofErr w:type="spellEnd"/>
            <w:r w:rsidRPr="00ED2689">
              <w:rPr>
                <w:rFonts w:cs="Times New Roman"/>
              </w:rPr>
              <w:t xml:space="preserve">, </w:t>
            </w:r>
            <w:proofErr w:type="spellStart"/>
            <w:r w:rsidRPr="00ED2689">
              <w:rPr>
                <w:rFonts w:cs="Times New Roman"/>
              </w:rPr>
              <w:t>као</w:t>
            </w:r>
            <w:proofErr w:type="spellEnd"/>
            <w:r w:rsidRPr="00ED2689">
              <w:rPr>
                <w:rFonts w:cs="Times New Roman"/>
              </w:rPr>
              <w:t xml:space="preserve"> и </w:t>
            </w:r>
            <w:proofErr w:type="spellStart"/>
            <w:r w:rsidRPr="00ED2689">
              <w:rPr>
                <w:rFonts w:cs="Times New Roman"/>
              </w:rPr>
              <w:t>да</w:t>
            </w:r>
            <w:proofErr w:type="spellEnd"/>
            <w:r w:rsidRPr="00ED2689">
              <w:rPr>
                <w:rFonts w:cs="Times New Roman"/>
              </w:rPr>
              <w:t xml:space="preserve"> </w:t>
            </w:r>
            <w:proofErr w:type="spellStart"/>
            <w:r w:rsidRPr="00ED2689">
              <w:rPr>
                <w:rFonts w:cs="Times New Roman"/>
              </w:rPr>
              <w:t>се</w:t>
            </w:r>
            <w:proofErr w:type="spellEnd"/>
            <w:r w:rsidRPr="00ED2689">
              <w:rPr>
                <w:rFonts w:cs="Times New Roman"/>
              </w:rPr>
              <w:t xml:space="preserve"> </w:t>
            </w:r>
            <w:proofErr w:type="spellStart"/>
            <w:r w:rsidRPr="00ED2689">
              <w:rPr>
                <w:rFonts w:cs="Times New Roman"/>
              </w:rPr>
              <w:t>са</w:t>
            </w:r>
            <w:proofErr w:type="spellEnd"/>
            <w:r w:rsidRPr="00ED2689">
              <w:rPr>
                <w:rFonts w:cs="Times New Roman"/>
              </w:rPr>
              <w:t xml:space="preserve"> </w:t>
            </w:r>
            <w:proofErr w:type="spellStart"/>
            <w:r w:rsidRPr="00ED2689">
              <w:rPr>
                <w:rFonts w:cs="Times New Roman"/>
              </w:rPr>
              <w:t>њима</w:t>
            </w:r>
            <w:proofErr w:type="spellEnd"/>
            <w:r w:rsidRPr="00ED2689">
              <w:rPr>
                <w:rFonts w:cs="Times New Roman"/>
              </w:rPr>
              <w:t xml:space="preserve"> </w:t>
            </w:r>
            <w:proofErr w:type="spellStart"/>
            <w:r w:rsidRPr="00ED2689">
              <w:rPr>
                <w:rFonts w:cs="Times New Roman"/>
              </w:rPr>
              <w:t>обаве</w:t>
            </w:r>
            <w:proofErr w:type="spellEnd"/>
            <w:r w:rsidRPr="00ED2689">
              <w:rPr>
                <w:rFonts w:cs="Times New Roman"/>
              </w:rPr>
              <w:t xml:space="preserve"> </w:t>
            </w:r>
            <w:proofErr w:type="spellStart"/>
            <w:r w:rsidRPr="00ED2689">
              <w:rPr>
                <w:rFonts w:cs="Times New Roman"/>
              </w:rPr>
              <w:t>консултације</w:t>
            </w:r>
            <w:proofErr w:type="spellEnd"/>
            <w:r w:rsidRPr="00ED2689">
              <w:rPr>
                <w:rFonts w:cs="Times New Roman"/>
              </w:rPr>
              <w:t xml:space="preserve"> </w:t>
            </w:r>
            <w:proofErr w:type="spellStart"/>
            <w:r w:rsidRPr="00ED2689">
              <w:rPr>
                <w:rFonts w:cs="Times New Roman"/>
              </w:rPr>
              <w:t>на</w:t>
            </w:r>
            <w:proofErr w:type="spellEnd"/>
            <w:r w:rsidRPr="00ED2689">
              <w:rPr>
                <w:rFonts w:cs="Times New Roman"/>
              </w:rPr>
              <w:t xml:space="preserve"> </w:t>
            </w:r>
            <w:proofErr w:type="spellStart"/>
            <w:r w:rsidRPr="00ED2689">
              <w:rPr>
                <w:rFonts w:cs="Times New Roman"/>
              </w:rPr>
              <w:t>културолошки</w:t>
            </w:r>
            <w:proofErr w:type="spellEnd"/>
            <w:r w:rsidRPr="00ED2689">
              <w:rPr>
                <w:rFonts w:cs="Times New Roman"/>
              </w:rPr>
              <w:t xml:space="preserve"> </w:t>
            </w:r>
            <w:proofErr w:type="spellStart"/>
            <w:r w:rsidRPr="00ED2689">
              <w:rPr>
                <w:rFonts w:cs="Times New Roman"/>
              </w:rPr>
              <w:t>природан</w:t>
            </w:r>
            <w:proofErr w:type="spellEnd"/>
            <w:r w:rsidRPr="00ED2689">
              <w:rPr>
                <w:rFonts w:cs="Times New Roman"/>
              </w:rPr>
              <w:t xml:space="preserve"> и </w:t>
            </w:r>
            <w:proofErr w:type="spellStart"/>
            <w:r w:rsidRPr="00ED2689">
              <w:rPr>
                <w:rFonts w:cs="Times New Roman"/>
              </w:rPr>
              <w:t>прикладан</w:t>
            </w:r>
            <w:proofErr w:type="spellEnd"/>
            <w:r w:rsidRPr="00ED2689">
              <w:rPr>
                <w:rFonts w:cs="Times New Roman"/>
              </w:rPr>
              <w:t xml:space="preserve"> </w:t>
            </w:r>
            <w:proofErr w:type="spellStart"/>
            <w:r w:rsidRPr="00ED2689">
              <w:rPr>
                <w:rFonts w:cs="Times New Roman"/>
              </w:rPr>
              <w:t>начин</w:t>
            </w:r>
            <w:proofErr w:type="spellEnd"/>
            <w:r w:rsidRPr="00ED2689">
              <w:rPr>
                <w:rFonts w:cs="Times New Roman"/>
              </w:rPr>
              <w:t xml:space="preserve">, </w:t>
            </w:r>
            <w:proofErr w:type="spellStart"/>
            <w:r w:rsidRPr="00ED2689">
              <w:rPr>
                <w:rFonts w:cs="Times New Roman"/>
              </w:rPr>
              <w:t>без</w:t>
            </w:r>
            <w:proofErr w:type="spellEnd"/>
            <w:r w:rsidRPr="00ED2689">
              <w:rPr>
                <w:rFonts w:cs="Times New Roman"/>
              </w:rPr>
              <w:t xml:space="preserve"> </w:t>
            </w:r>
            <w:proofErr w:type="spellStart"/>
            <w:r w:rsidRPr="00ED2689">
              <w:rPr>
                <w:rFonts w:cs="Times New Roman"/>
              </w:rPr>
              <w:t>манипулације</w:t>
            </w:r>
            <w:proofErr w:type="spellEnd"/>
            <w:r w:rsidRPr="00ED2689">
              <w:rPr>
                <w:rFonts w:cs="Times New Roman"/>
              </w:rPr>
              <w:t xml:space="preserve">, </w:t>
            </w:r>
            <w:proofErr w:type="spellStart"/>
            <w:r w:rsidRPr="00ED2689">
              <w:rPr>
                <w:rFonts w:cs="Times New Roman"/>
              </w:rPr>
              <w:t>уплитања</w:t>
            </w:r>
            <w:proofErr w:type="spellEnd"/>
            <w:r w:rsidRPr="00ED2689">
              <w:rPr>
                <w:rFonts w:cs="Times New Roman"/>
              </w:rPr>
              <w:t xml:space="preserve">, </w:t>
            </w:r>
            <w:proofErr w:type="spellStart"/>
            <w:r w:rsidRPr="00ED2689">
              <w:rPr>
                <w:rFonts w:cs="Times New Roman"/>
              </w:rPr>
              <w:t>принуде</w:t>
            </w:r>
            <w:proofErr w:type="spellEnd"/>
            <w:r w:rsidRPr="00ED2689">
              <w:rPr>
                <w:rFonts w:cs="Times New Roman"/>
              </w:rPr>
              <w:t xml:space="preserve">, </w:t>
            </w:r>
            <w:proofErr w:type="spellStart"/>
            <w:r w:rsidRPr="00ED2689">
              <w:rPr>
                <w:rFonts w:cs="Times New Roman"/>
              </w:rPr>
              <w:t>дискриминације</w:t>
            </w:r>
            <w:proofErr w:type="spellEnd"/>
            <w:r w:rsidRPr="00ED2689">
              <w:rPr>
                <w:rFonts w:cs="Times New Roman"/>
              </w:rPr>
              <w:t xml:space="preserve"> и </w:t>
            </w:r>
            <w:proofErr w:type="spellStart"/>
            <w:r w:rsidRPr="00ED2689">
              <w:rPr>
                <w:rFonts w:cs="Times New Roman"/>
              </w:rPr>
              <w:t>застрашивања</w:t>
            </w:r>
            <w:proofErr w:type="spellEnd"/>
            <w:r w:rsidR="001632C4" w:rsidRPr="00347368">
              <w:rPr>
                <w:rFonts w:cs="Times New Roman"/>
              </w:rPr>
              <w:t xml:space="preserve">. </w:t>
            </w:r>
          </w:p>
        </w:tc>
        <w:tc>
          <w:tcPr>
            <w:tcW w:w="1204" w:type="pct"/>
          </w:tcPr>
          <w:p w14:paraId="2F9925F5" w14:textId="77777777" w:rsidR="001632C4" w:rsidRPr="00347368" w:rsidRDefault="001632C4" w:rsidP="00347368">
            <w:pPr>
              <w:jc w:val="left"/>
              <w:rPr>
                <w:rFonts w:eastAsia="Times New Roman"/>
              </w:rPr>
            </w:pPr>
          </w:p>
          <w:p w14:paraId="59520254" w14:textId="76D4D27B" w:rsidR="00EC0116" w:rsidRPr="00347368" w:rsidRDefault="00ED2689" w:rsidP="00347368">
            <w:pPr>
              <w:jc w:val="left"/>
              <w:rPr>
                <w:rFonts w:cs="Times New Roman"/>
              </w:rPr>
            </w:pPr>
            <w:proofErr w:type="spellStart"/>
            <w:r w:rsidRPr="00ED2689">
              <w:rPr>
                <w:rFonts w:eastAsia="Times New Roman"/>
              </w:rPr>
              <w:t>Ажурирати</w:t>
            </w:r>
            <w:proofErr w:type="spellEnd"/>
            <w:r w:rsidRPr="00ED2689">
              <w:rPr>
                <w:rFonts w:eastAsia="Times New Roman"/>
              </w:rPr>
              <w:t xml:space="preserve"> SEP у </w:t>
            </w:r>
            <w:proofErr w:type="spellStart"/>
            <w:r w:rsidRPr="00ED2689">
              <w:rPr>
                <w:rFonts w:eastAsia="Times New Roman"/>
              </w:rPr>
              <w:t>истом</w:t>
            </w:r>
            <w:proofErr w:type="spellEnd"/>
            <w:r w:rsidRPr="00ED2689">
              <w:rPr>
                <w:rFonts w:eastAsia="Times New Roman"/>
              </w:rPr>
              <w:t xml:space="preserve"> </w:t>
            </w:r>
            <w:proofErr w:type="spellStart"/>
            <w:r w:rsidRPr="00ED2689">
              <w:rPr>
                <w:rFonts w:eastAsia="Times New Roman"/>
              </w:rPr>
              <w:t>временском</w:t>
            </w:r>
            <w:proofErr w:type="spellEnd"/>
            <w:r w:rsidRPr="00ED2689">
              <w:rPr>
                <w:rFonts w:eastAsia="Times New Roman"/>
              </w:rPr>
              <w:t xml:space="preserve"> </w:t>
            </w:r>
            <w:proofErr w:type="spellStart"/>
            <w:r w:rsidRPr="00ED2689">
              <w:rPr>
                <w:rFonts w:eastAsia="Times New Roman"/>
              </w:rPr>
              <w:t>оквиру</w:t>
            </w:r>
            <w:proofErr w:type="spellEnd"/>
            <w:r w:rsidRPr="00ED2689">
              <w:rPr>
                <w:rFonts w:eastAsia="Times New Roman"/>
              </w:rPr>
              <w:t xml:space="preserve"> </w:t>
            </w:r>
            <w:proofErr w:type="spellStart"/>
            <w:r w:rsidRPr="00ED2689">
              <w:rPr>
                <w:rFonts w:eastAsia="Times New Roman"/>
              </w:rPr>
              <w:t>као</w:t>
            </w:r>
            <w:proofErr w:type="spellEnd"/>
            <w:r w:rsidRPr="00ED2689">
              <w:rPr>
                <w:rFonts w:eastAsia="Times New Roman"/>
              </w:rPr>
              <w:t xml:space="preserve"> и ESIA и ESMP (</w:t>
            </w:r>
            <w:proofErr w:type="spellStart"/>
            <w:r w:rsidRPr="00ED2689">
              <w:rPr>
                <w:rFonts w:eastAsia="Times New Roman"/>
              </w:rPr>
              <w:t>Активност</w:t>
            </w:r>
            <w:proofErr w:type="spellEnd"/>
            <w:r>
              <w:rPr>
                <w:rFonts w:eastAsia="Times New Roman"/>
                <w:lang w:val="sr-Cyrl-RS"/>
              </w:rPr>
              <w:t xml:space="preserve"> </w:t>
            </w:r>
            <w:r w:rsidR="001632C4" w:rsidRPr="00347368">
              <w:rPr>
                <w:rFonts w:eastAsia="Times New Roman"/>
              </w:rPr>
              <w:t>1.1)</w:t>
            </w:r>
            <w:r>
              <w:rPr>
                <w:rFonts w:eastAsia="Times New Roman"/>
                <w:lang w:val="sr-Cyrl-RS"/>
              </w:rPr>
              <w:t>,</w:t>
            </w:r>
            <w:r w:rsidR="003B30A0" w:rsidRPr="00347368">
              <w:rPr>
                <w:rFonts w:eastAsia="Times New Roman"/>
              </w:rPr>
              <w:t xml:space="preserve"> </w:t>
            </w:r>
            <w:r w:rsidRPr="00ED2689">
              <w:rPr>
                <w:rFonts w:eastAsia="Times New Roman"/>
              </w:rPr>
              <w:t xml:space="preserve">а </w:t>
            </w:r>
            <w:proofErr w:type="spellStart"/>
            <w:r w:rsidRPr="00ED2689">
              <w:rPr>
                <w:rFonts w:eastAsia="Times New Roman"/>
              </w:rPr>
              <w:t>након</w:t>
            </w:r>
            <w:proofErr w:type="spellEnd"/>
            <w:r w:rsidRPr="00ED2689">
              <w:rPr>
                <w:rFonts w:eastAsia="Times New Roman"/>
              </w:rPr>
              <w:t xml:space="preserve"> </w:t>
            </w:r>
            <w:proofErr w:type="spellStart"/>
            <w:r w:rsidRPr="00ED2689">
              <w:rPr>
                <w:rFonts w:eastAsia="Times New Roman"/>
              </w:rPr>
              <w:t>тога</w:t>
            </w:r>
            <w:proofErr w:type="spellEnd"/>
            <w:r w:rsidRPr="00ED2689">
              <w:rPr>
                <w:rFonts w:eastAsia="Times New Roman"/>
              </w:rPr>
              <w:t xml:space="preserve"> </w:t>
            </w:r>
            <w:proofErr w:type="spellStart"/>
            <w:r w:rsidRPr="00ED2689">
              <w:rPr>
                <w:rFonts w:eastAsia="Times New Roman"/>
              </w:rPr>
              <w:t>спроводити</w:t>
            </w:r>
            <w:proofErr w:type="spellEnd"/>
            <w:r w:rsidRPr="00ED2689">
              <w:rPr>
                <w:rFonts w:eastAsia="Times New Roman"/>
              </w:rPr>
              <w:t xml:space="preserve"> SEP </w:t>
            </w:r>
            <w:proofErr w:type="spellStart"/>
            <w:r w:rsidRPr="00ED2689">
              <w:rPr>
                <w:rFonts w:eastAsia="Times New Roman"/>
              </w:rPr>
              <w:t>током</w:t>
            </w:r>
            <w:proofErr w:type="spellEnd"/>
            <w:r w:rsidRPr="00ED2689">
              <w:rPr>
                <w:rFonts w:eastAsia="Times New Roman"/>
              </w:rPr>
              <w:t xml:space="preserve"> </w:t>
            </w:r>
            <w:proofErr w:type="spellStart"/>
            <w:r w:rsidRPr="00ED2689">
              <w:rPr>
                <w:rFonts w:eastAsia="Times New Roman"/>
              </w:rPr>
              <w:t>читавог</w:t>
            </w:r>
            <w:proofErr w:type="spellEnd"/>
            <w:r w:rsidRPr="00ED2689">
              <w:rPr>
                <w:rFonts w:eastAsia="Times New Roman"/>
              </w:rPr>
              <w:t xml:space="preserve"> </w:t>
            </w:r>
            <w:proofErr w:type="spellStart"/>
            <w:r w:rsidRPr="00ED2689">
              <w:rPr>
                <w:rFonts w:eastAsia="Times New Roman"/>
              </w:rPr>
              <w:t>периода</w:t>
            </w:r>
            <w:proofErr w:type="spellEnd"/>
            <w:r w:rsidRPr="00ED2689">
              <w:rPr>
                <w:rFonts w:eastAsia="Times New Roman"/>
              </w:rPr>
              <w:t xml:space="preserve"> </w:t>
            </w:r>
            <w:proofErr w:type="spellStart"/>
            <w:r w:rsidRPr="00ED2689">
              <w:rPr>
                <w:rFonts w:eastAsia="Times New Roman"/>
              </w:rPr>
              <w:t>имплементације</w:t>
            </w:r>
            <w:proofErr w:type="spellEnd"/>
            <w:r w:rsidRPr="00ED2689">
              <w:rPr>
                <w:rFonts w:eastAsia="Times New Roman"/>
              </w:rPr>
              <w:t xml:space="preserve"> </w:t>
            </w:r>
            <w:proofErr w:type="spellStart"/>
            <w:r w:rsidRPr="00ED2689">
              <w:rPr>
                <w:rFonts w:eastAsia="Times New Roman"/>
              </w:rPr>
              <w:t>пројекта</w:t>
            </w:r>
            <w:proofErr w:type="spellEnd"/>
          </w:p>
        </w:tc>
        <w:tc>
          <w:tcPr>
            <w:tcW w:w="733" w:type="pct"/>
          </w:tcPr>
          <w:p w14:paraId="6049C8FA" w14:textId="77777777" w:rsidR="00D50708" w:rsidRPr="00347368" w:rsidRDefault="00D50708" w:rsidP="00347368">
            <w:pPr>
              <w:jc w:val="left"/>
              <w:rPr>
                <w:rFonts w:cs="Times New Roman"/>
              </w:rPr>
            </w:pPr>
          </w:p>
          <w:p w14:paraId="144B5056" w14:textId="77777777" w:rsidR="00D50708" w:rsidRPr="00347368" w:rsidRDefault="00D50708" w:rsidP="00347368">
            <w:pPr>
              <w:jc w:val="left"/>
              <w:rPr>
                <w:rFonts w:cs="Times New Roman"/>
              </w:rPr>
            </w:pPr>
          </w:p>
          <w:p w14:paraId="3A302ACE" w14:textId="1E477589" w:rsidR="00EC0116" w:rsidRPr="00ED2689" w:rsidRDefault="00ED2689" w:rsidP="00347368">
            <w:pPr>
              <w:jc w:val="left"/>
              <w:rPr>
                <w:rFonts w:cs="Times New Roman"/>
                <w:lang w:val="sr-Cyrl-RS"/>
              </w:rPr>
            </w:pPr>
            <w:r>
              <w:rPr>
                <w:rFonts w:cs="Times New Roman"/>
                <w:lang w:val="sr-Cyrl-RS"/>
              </w:rPr>
              <w:t>МРЕ</w:t>
            </w:r>
          </w:p>
        </w:tc>
      </w:tr>
      <w:tr w:rsidR="00625796" w:rsidRPr="00347368" w14:paraId="4D72443D" w14:textId="77777777" w:rsidTr="009D7F44">
        <w:tc>
          <w:tcPr>
            <w:tcW w:w="268" w:type="pct"/>
          </w:tcPr>
          <w:p w14:paraId="79E6793C" w14:textId="252FC8F3" w:rsidR="005124A1" w:rsidRPr="00347368" w:rsidRDefault="005124A1" w:rsidP="00347368">
            <w:pPr>
              <w:jc w:val="left"/>
              <w:rPr>
                <w:rFonts w:cs="Times New Roman"/>
              </w:rPr>
            </w:pPr>
            <w:r w:rsidRPr="00347368">
              <w:rPr>
                <w:rFonts w:cs="Times New Roman"/>
              </w:rPr>
              <w:t>10.2.</w:t>
            </w:r>
          </w:p>
        </w:tc>
        <w:tc>
          <w:tcPr>
            <w:tcW w:w="2795" w:type="pct"/>
          </w:tcPr>
          <w:p w14:paraId="40BAC5C7" w14:textId="6CAF4D43" w:rsidR="005124A1" w:rsidRPr="00347368" w:rsidRDefault="00B774E4" w:rsidP="00347368">
            <w:pPr>
              <w:jc w:val="left"/>
              <w:rPr>
                <w:rFonts w:cs="Times New Roman"/>
                <w:color w:val="4472C4" w:themeColor="accent1"/>
              </w:rPr>
            </w:pPr>
            <w:r w:rsidRPr="00B774E4">
              <w:rPr>
                <w:rFonts w:cs="Times New Roman"/>
                <w:b/>
                <w:bCs/>
                <w:color w:val="4472C4" w:themeColor="accent1"/>
              </w:rPr>
              <w:t xml:space="preserve">МЕХАНИЗАМ ЗА </w:t>
            </w:r>
            <w:r>
              <w:rPr>
                <w:rFonts w:cs="Times New Roman"/>
                <w:b/>
                <w:bCs/>
                <w:color w:val="4472C4" w:themeColor="accent1"/>
                <w:lang w:val="sr-Cyrl-RS"/>
              </w:rPr>
              <w:t>ПРИТУЖБЕ</w:t>
            </w:r>
            <w:r w:rsidRPr="00B774E4">
              <w:rPr>
                <w:rFonts w:cs="Times New Roman"/>
                <w:b/>
                <w:bCs/>
                <w:color w:val="4472C4" w:themeColor="accent1"/>
              </w:rPr>
              <w:t xml:space="preserve"> НА ПРОЈЕКТУ</w:t>
            </w:r>
            <w:r w:rsidR="005124A1" w:rsidRPr="00347368">
              <w:rPr>
                <w:rFonts w:cs="Times New Roman"/>
                <w:color w:val="4472C4" w:themeColor="accent1"/>
              </w:rPr>
              <w:t>:</w:t>
            </w:r>
          </w:p>
          <w:p w14:paraId="7A181C4D" w14:textId="6AAD9D54" w:rsidR="001632C4" w:rsidRPr="00347368" w:rsidRDefault="00B774E4" w:rsidP="00347368">
            <w:pPr>
              <w:jc w:val="left"/>
              <w:rPr>
                <w:rFonts w:cs="Times New Roman"/>
              </w:rPr>
            </w:pPr>
            <w:proofErr w:type="spellStart"/>
            <w:r w:rsidRPr="00B774E4">
              <w:rPr>
                <w:rFonts w:cs="Times New Roman"/>
              </w:rPr>
              <w:t>Успоставити</w:t>
            </w:r>
            <w:proofErr w:type="spellEnd"/>
            <w:r w:rsidRPr="00B774E4">
              <w:rPr>
                <w:rFonts w:cs="Times New Roman"/>
              </w:rPr>
              <w:t xml:space="preserve">, </w:t>
            </w:r>
            <w:proofErr w:type="spellStart"/>
            <w:r w:rsidRPr="00B774E4">
              <w:rPr>
                <w:rFonts w:cs="Times New Roman"/>
              </w:rPr>
              <w:t>јавно</w:t>
            </w:r>
            <w:proofErr w:type="spellEnd"/>
            <w:r w:rsidRPr="00B774E4">
              <w:rPr>
                <w:rFonts w:cs="Times New Roman"/>
              </w:rPr>
              <w:t xml:space="preserve"> </w:t>
            </w:r>
            <w:proofErr w:type="spellStart"/>
            <w:r w:rsidRPr="00B774E4">
              <w:rPr>
                <w:rFonts w:cs="Times New Roman"/>
              </w:rPr>
              <w:t>објавити</w:t>
            </w:r>
            <w:proofErr w:type="spellEnd"/>
            <w:r w:rsidRPr="00B774E4">
              <w:rPr>
                <w:rFonts w:cs="Times New Roman"/>
              </w:rPr>
              <w:t xml:space="preserve">, </w:t>
            </w:r>
            <w:proofErr w:type="spellStart"/>
            <w:r w:rsidRPr="00B774E4">
              <w:rPr>
                <w:rFonts w:cs="Times New Roman"/>
              </w:rPr>
              <w:t>одржавати</w:t>
            </w:r>
            <w:proofErr w:type="spellEnd"/>
            <w:r w:rsidRPr="00B774E4">
              <w:rPr>
                <w:rFonts w:cs="Times New Roman"/>
              </w:rPr>
              <w:t xml:space="preserve"> и </w:t>
            </w:r>
            <w:proofErr w:type="spellStart"/>
            <w:r w:rsidRPr="00B774E4">
              <w:rPr>
                <w:rFonts w:cs="Times New Roman"/>
              </w:rPr>
              <w:t>водити</w:t>
            </w:r>
            <w:proofErr w:type="spellEnd"/>
            <w:r w:rsidRPr="00B774E4">
              <w:rPr>
                <w:rFonts w:cs="Times New Roman"/>
              </w:rPr>
              <w:t xml:space="preserve"> </w:t>
            </w:r>
            <w:proofErr w:type="spellStart"/>
            <w:r w:rsidRPr="00B774E4">
              <w:rPr>
                <w:rFonts w:cs="Times New Roman"/>
              </w:rPr>
              <w:t>приступачан</w:t>
            </w:r>
            <w:proofErr w:type="spellEnd"/>
            <w:r w:rsidRPr="00B774E4">
              <w:rPr>
                <w:rFonts w:cs="Times New Roman"/>
              </w:rPr>
              <w:t xml:space="preserve"> </w:t>
            </w:r>
            <w:proofErr w:type="spellStart"/>
            <w:r w:rsidRPr="00B774E4">
              <w:rPr>
                <w:rFonts w:cs="Times New Roman"/>
              </w:rPr>
              <w:t>механизам</w:t>
            </w:r>
            <w:proofErr w:type="spellEnd"/>
            <w:r w:rsidRPr="00B774E4">
              <w:rPr>
                <w:rFonts w:cs="Times New Roman"/>
              </w:rPr>
              <w:t xml:space="preserve"> </w:t>
            </w:r>
            <w:proofErr w:type="spellStart"/>
            <w:r w:rsidRPr="00B774E4">
              <w:rPr>
                <w:rFonts w:cs="Times New Roman"/>
              </w:rPr>
              <w:t>за</w:t>
            </w:r>
            <w:proofErr w:type="spellEnd"/>
            <w:r w:rsidRPr="00B774E4">
              <w:rPr>
                <w:rFonts w:cs="Times New Roman"/>
              </w:rPr>
              <w:t xml:space="preserve"> </w:t>
            </w:r>
            <w:proofErr w:type="spellStart"/>
            <w:r w:rsidRPr="00B774E4">
              <w:rPr>
                <w:rFonts w:cs="Times New Roman"/>
              </w:rPr>
              <w:t>жалбе</w:t>
            </w:r>
            <w:proofErr w:type="spellEnd"/>
            <w:r w:rsidRPr="00B774E4">
              <w:rPr>
                <w:rFonts w:cs="Times New Roman"/>
              </w:rPr>
              <w:t xml:space="preserve">, </w:t>
            </w:r>
            <w:proofErr w:type="spellStart"/>
            <w:r w:rsidRPr="00B774E4">
              <w:rPr>
                <w:rFonts w:cs="Times New Roman"/>
              </w:rPr>
              <w:t>ради</w:t>
            </w:r>
            <w:proofErr w:type="spellEnd"/>
            <w:r w:rsidRPr="00B774E4">
              <w:rPr>
                <w:rFonts w:cs="Times New Roman"/>
              </w:rPr>
              <w:t xml:space="preserve"> </w:t>
            </w:r>
            <w:proofErr w:type="spellStart"/>
            <w:r w:rsidRPr="00B774E4">
              <w:rPr>
                <w:rFonts w:cs="Times New Roman"/>
              </w:rPr>
              <w:t>пријема</w:t>
            </w:r>
            <w:proofErr w:type="spellEnd"/>
            <w:r w:rsidRPr="00B774E4">
              <w:rPr>
                <w:rFonts w:cs="Times New Roman"/>
              </w:rPr>
              <w:t xml:space="preserve"> и </w:t>
            </w:r>
            <w:proofErr w:type="spellStart"/>
            <w:r w:rsidRPr="00B774E4">
              <w:rPr>
                <w:rFonts w:cs="Times New Roman"/>
              </w:rPr>
              <w:t>олакшавања</w:t>
            </w:r>
            <w:proofErr w:type="spellEnd"/>
            <w:r w:rsidRPr="00B774E4">
              <w:rPr>
                <w:rFonts w:cs="Times New Roman"/>
              </w:rPr>
              <w:t xml:space="preserve"> </w:t>
            </w:r>
            <w:proofErr w:type="spellStart"/>
            <w:r w:rsidRPr="00B774E4">
              <w:rPr>
                <w:rFonts w:cs="Times New Roman"/>
              </w:rPr>
              <w:t>благовременог</w:t>
            </w:r>
            <w:proofErr w:type="spellEnd"/>
            <w:r w:rsidRPr="00B774E4">
              <w:rPr>
                <w:rFonts w:cs="Times New Roman"/>
              </w:rPr>
              <w:t xml:space="preserve"> и </w:t>
            </w:r>
            <w:proofErr w:type="spellStart"/>
            <w:r w:rsidRPr="00B774E4">
              <w:rPr>
                <w:rFonts w:cs="Times New Roman"/>
              </w:rPr>
              <w:t>ефикасног</w:t>
            </w:r>
            <w:proofErr w:type="spellEnd"/>
            <w:r w:rsidRPr="00B774E4">
              <w:rPr>
                <w:rFonts w:cs="Times New Roman"/>
              </w:rPr>
              <w:t xml:space="preserve"> </w:t>
            </w:r>
            <w:proofErr w:type="spellStart"/>
            <w:r w:rsidRPr="00B774E4">
              <w:rPr>
                <w:rFonts w:cs="Times New Roman"/>
              </w:rPr>
              <w:t>решавања</w:t>
            </w:r>
            <w:proofErr w:type="spellEnd"/>
            <w:r w:rsidRPr="00B774E4">
              <w:rPr>
                <w:rFonts w:cs="Times New Roman"/>
              </w:rPr>
              <w:t xml:space="preserve"> </w:t>
            </w:r>
            <w:proofErr w:type="spellStart"/>
            <w:r w:rsidRPr="00B774E4">
              <w:rPr>
                <w:rFonts w:cs="Times New Roman"/>
              </w:rPr>
              <w:t>забринутости</w:t>
            </w:r>
            <w:proofErr w:type="spellEnd"/>
            <w:r w:rsidRPr="00B774E4">
              <w:rPr>
                <w:rFonts w:cs="Times New Roman"/>
              </w:rPr>
              <w:t xml:space="preserve"> и </w:t>
            </w:r>
            <w:proofErr w:type="spellStart"/>
            <w:r w:rsidRPr="00B774E4">
              <w:rPr>
                <w:rFonts w:cs="Times New Roman"/>
              </w:rPr>
              <w:t>притужби</w:t>
            </w:r>
            <w:proofErr w:type="spellEnd"/>
            <w:r w:rsidRPr="00B774E4">
              <w:rPr>
                <w:rFonts w:cs="Times New Roman"/>
              </w:rPr>
              <w:t xml:space="preserve"> у </w:t>
            </w:r>
            <w:proofErr w:type="spellStart"/>
            <w:r w:rsidRPr="00B774E4">
              <w:rPr>
                <w:rFonts w:cs="Times New Roman"/>
              </w:rPr>
              <w:t>вези</w:t>
            </w:r>
            <w:proofErr w:type="spellEnd"/>
            <w:r w:rsidRPr="00B774E4">
              <w:rPr>
                <w:rFonts w:cs="Times New Roman"/>
              </w:rPr>
              <w:t xml:space="preserve"> </w:t>
            </w:r>
            <w:proofErr w:type="spellStart"/>
            <w:r w:rsidRPr="00B774E4">
              <w:rPr>
                <w:rFonts w:cs="Times New Roman"/>
              </w:rPr>
              <w:t>са</w:t>
            </w:r>
            <w:proofErr w:type="spellEnd"/>
            <w:r w:rsidRPr="00B774E4">
              <w:rPr>
                <w:rFonts w:cs="Times New Roman"/>
              </w:rPr>
              <w:t xml:space="preserve"> Пројектом, </w:t>
            </w:r>
            <w:proofErr w:type="spellStart"/>
            <w:r w:rsidRPr="00B774E4">
              <w:rPr>
                <w:rFonts w:cs="Times New Roman"/>
              </w:rPr>
              <w:t>на</w:t>
            </w:r>
            <w:proofErr w:type="spellEnd"/>
            <w:r w:rsidRPr="00B774E4">
              <w:rPr>
                <w:rFonts w:cs="Times New Roman"/>
              </w:rPr>
              <w:t xml:space="preserve"> </w:t>
            </w:r>
            <w:proofErr w:type="spellStart"/>
            <w:r w:rsidRPr="00B774E4">
              <w:rPr>
                <w:rFonts w:cs="Times New Roman"/>
              </w:rPr>
              <w:t>транспарентан</w:t>
            </w:r>
            <w:proofErr w:type="spellEnd"/>
            <w:r w:rsidRPr="00B774E4">
              <w:rPr>
                <w:rFonts w:cs="Times New Roman"/>
              </w:rPr>
              <w:t xml:space="preserve"> </w:t>
            </w:r>
            <w:proofErr w:type="spellStart"/>
            <w:r w:rsidRPr="00B774E4">
              <w:rPr>
                <w:rFonts w:cs="Times New Roman"/>
              </w:rPr>
              <w:t>начин</w:t>
            </w:r>
            <w:proofErr w:type="spellEnd"/>
            <w:r w:rsidRPr="00B774E4">
              <w:rPr>
                <w:rFonts w:cs="Times New Roman"/>
              </w:rPr>
              <w:t xml:space="preserve"> </w:t>
            </w:r>
            <w:proofErr w:type="spellStart"/>
            <w:r w:rsidRPr="00B774E4">
              <w:rPr>
                <w:rFonts w:cs="Times New Roman"/>
              </w:rPr>
              <w:t>који</w:t>
            </w:r>
            <w:proofErr w:type="spellEnd"/>
            <w:r w:rsidRPr="00B774E4">
              <w:rPr>
                <w:rFonts w:cs="Times New Roman"/>
              </w:rPr>
              <w:t xml:space="preserve"> </w:t>
            </w:r>
            <w:proofErr w:type="spellStart"/>
            <w:r w:rsidRPr="00B774E4">
              <w:rPr>
                <w:rFonts w:cs="Times New Roman"/>
              </w:rPr>
              <w:t>је</w:t>
            </w:r>
            <w:proofErr w:type="spellEnd"/>
            <w:r w:rsidRPr="00B774E4">
              <w:rPr>
                <w:rFonts w:cs="Times New Roman"/>
              </w:rPr>
              <w:t xml:space="preserve"> </w:t>
            </w:r>
            <w:proofErr w:type="spellStart"/>
            <w:r w:rsidRPr="00B774E4">
              <w:rPr>
                <w:rFonts w:cs="Times New Roman"/>
              </w:rPr>
              <w:t>културолошки</w:t>
            </w:r>
            <w:proofErr w:type="spellEnd"/>
            <w:r w:rsidRPr="00B774E4">
              <w:rPr>
                <w:rFonts w:cs="Times New Roman"/>
              </w:rPr>
              <w:t xml:space="preserve"> </w:t>
            </w:r>
            <w:proofErr w:type="spellStart"/>
            <w:r w:rsidRPr="00B774E4">
              <w:rPr>
                <w:rFonts w:cs="Times New Roman"/>
              </w:rPr>
              <w:t>природан</w:t>
            </w:r>
            <w:proofErr w:type="spellEnd"/>
            <w:r w:rsidRPr="00B774E4">
              <w:rPr>
                <w:rFonts w:cs="Times New Roman"/>
              </w:rPr>
              <w:t xml:space="preserve"> и </w:t>
            </w:r>
            <w:proofErr w:type="spellStart"/>
            <w:r w:rsidRPr="00B774E4">
              <w:rPr>
                <w:rFonts w:cs="Times New Roman"/>
              </w:rPr>
              <w:t>лако</w:t>
            </w:r>
            <w:proofErr w:type="spellEnd"/>
            <w:r w:rsidRPr="00B774E4">
              <w:rPr>
                <w:rFonts w:cs="Times New Roman"/>
              </w:rPr>
              <w:t xml:space="preserve"> </w:t>
            </w:r>
            <w:proofErr w:type="spellStart"/>
            <w:r w:rsidRPr="00B774E4">
              <w:rPr>
                <w:rFonts w:cs="Times New Roman"/>
              </w:rPr>
              <w:t>доступан</w:t>
            </w:r>
            <w:proofErr w:type="spellEnd"/>
            <w:r w:rsidRPr="00B774E4">
              <w:rPr>
                <w:rFonts w:cs="Times New Roman"/>
              </w:rPr>
              <w:t xml:space="preserve"> </w:t>
            </w:r>
            <w:proofErr w:type="spellStart"/>
            <w:r w:rsidRPr="00B774E4">
              <w:rPr>
                <w:rFonts w:cs="Times New Roman"/>
              </w:rPr>
              <w:t>свим</w:t>
            </w:r>
            <w:proofErr w:type="spellEnd"/>
            <w:r w:rsidRPr="00B774E4">
              <w:rPr>
                <w:rFonts w:cs="Times New Roman"/>
              </w:rPr>
              <w:t xml:space="preserve"> </w:t>
            </w:r>
            <w:proofErr w:type="spellStart"/>
            <w:r w:rsidRPr="00B774E4">
              <w:rPr>
                <w:rFonts w:cs="Times New Roman"/>
              </w:rPr>
              <w:t>странама</w:t>
            </w:r>
            <w:proofErr w:type="spellEnd"/>
            <w:r w:rsidRPr="00B774E4">
              <w:rPr>
                <w:rFonts w:cs="Times New Roman"/>
              </w:rPr>
              <w:t xml:space="preserve"> </w:t>
            </w:r>
            <w:proofErr w:type="spellStart"/>
            <w:r w:rsidRPr="00B774E4">
              <w:rPr>
                <w:rFonts w:cs="Times New Roman"/>
              </w:rPr>
              <w:t>погођеним</w:t>
            </w:r>
            <w:proofErr w:type="spellEnd"/>
            <w:r w:rsidRPr="00B774E4">
              <w:rPr>
                <w:rFonts w:cs="Times New Roman"/>
              </w:rPr>
              <w:t xml:space="preserve"> Пројектом, </w:t>
            </w:r>
            <w:proofErr w:type="spellStart"/>
            <w:r w:rsidRPr="00B774E4">
              <w:rPr>
                <w:rFonts w:cs="Times New Roman"/>
              </w:rPr>
              <w:t>бесплатно</w:t>
            </w:r>
            <w:proofErr w:type="spellEnd"/>
            <w:r w:rsidRPr="00B774E4">
              <w:rPr>
                <w:rFonts w:cs="Times New Roman"/>
              </w:rPr>
              <w:t xml:space="preserve"> и </w:t>
            </w:r>
            <w:proofErr w:type="spellStart"/>
            <w:r w:rsidRPr="00B774E4">
              <w:rPr>
                <w:rFonts w:cs="Times New Roman"/>
              </w:rPr>
              <w:t>без</w:t>
            </w:r>
            <w:proofErr w:type="spellEnd"/>
            <w:r w:rsidRPr="00B774E4">
              <w:rPr>
                <w:rFonts w:cs="Times New Roman"/>
              </w:rPr>
              <w:t xml:space="preserve"> </w:t>
            </w:r>
            <w:proofErr w:type="spellStart"/>
            <w:r w:rsidRPr="00B774E4">
              <w:rPr>
                <w:rFonts w:cs="Times New Roman"/>
              </w:rPr>
              <w:t>икакве</w:t>
            </w:r>
            <w:proofErr w:type="spellEnd"/>
            <w:r w:rsidRPr="00B774E4">
              <w:rPr>
                <w:rFonts w:cs="Times New Roman"/>
              </w:rPr>
              <w:t xml:space="preserve"> </w:t>
            </w:r>
            <w:proofErr w:type="spellStart"/>
            <w:r w:rsidRPr="00B774E4">
              <w:rPr>
                <w:rFonts w:cs="Times New Roman"/>
              </w:rPr>
              <w:t>одмазде</w:t>
            </w:r>
            <w:proofErr w:type="spellEnd"/>
            <w:r w:rsidRPr="00B774E4">
              <w:rPr>
                <w:rFonts w:cs="Times New Roman"/>
              </w:rPr>
              <w:t xml:space="preserve">, </w:t>
            </w:r>
            <w:proofErr w:type="spellStart"/>
            <w:r w:rsidRPr="00B774E4">
              <w:rPr>
                <w:rFonts w:cs="Times New Roman"/>
              </w:rPr>
              <w:t>укључујући</w:t>
            </w:r>
            <w:proofErr w:type="spellEnd"/>
            <w:r w:rsidRPr="00B774E4">
              <w:rPr>
                <w:rFonts w:cs="Times New Roman"/>
              </w:rPr>
              <w:t xml:space="preserve"> </w:t>
            </w:r>
            <w:proofErr w:type="spellStart"/>
            <w:r w:rsidRPr="00B774E4">
              <w:rPr>
                <w:rFonts w:cs="Times New Roman"/>
              </w:rPr>
              <w:t>забринутости</w:t>
            </w:r>
            <w:proofErr w:type="spellEnd"/>
            <w:r w:rsidRPr="00B774E4">
              <w:rPr>
                <w:rFonts w:cs="Times New Roman"/>
              </w:rPr>
              <w:t xml:space="preserve"> и </w:t>
            </w:r>
            <w:proofErr w:type="spellStart"/>
            <w:r w:rsidRPr="00B774E4">
              <w:rPr>
                <w:rFonts w:cs="Times New Roman"/>
              </w:rPr>
              <w:t>притужбе</w:t>
            </w:r>
            <w:proofErr w:type="spellEnd"/>
            <w:r w:rsidRPr="00B774E4">
              <w:rPr>
                <w:rFonts w:cs="Times New Roman"/>
              </w:rPr>
              <w:t xml:space="preserve"> </w:t>
            </w:r>
            <w:proofErr w:type="spellStart"/>
            <w:r w:rsidRPr="00B774E4">
              <w:rPr>
                <w:rFonts w:cs="Times New Roman"/>
              </w:rPr>
              <w:t>поднете</w:t>
            </w:r>
            <w:proofErr w:type="spellEnd"/>
            <w:r w:rsidRPr="00B774E4">
              <w:rPr>
                <w:rFonts w:cs="Times New Roman"/>
              </w:rPr>
              <w:t xml:space="preserve"> </w:t>
            </w:r>
            <w:proofErr w:type="spellStart"/>
            <w:r w:rsidRPr="00B774E4">
              <w:rPr>
                <w:rFonts w:cs="Times New Roman"/>
              </w:rPr>
              <w:t>анонимно</w:t>
            </w:r>
            <w:proofErr w:type="spellEnd"/>
            <w:r w:rsidRPr="00B774E4">
              <w:rPr>
                <w:rFonts w:cs="Times New Roman"/>
              </w:rPr>
              <w:t xml:space="preserve">, </w:t>
            </w:r>
            <w:proofErr w:type="spellStart"/>
            <w:r w:rsidRPr="00B774E4">
              <w:rPr>
                <w:rFonts w:cs="Times New Roman"/>
              </w:rPr>
              <w:t>на</w:t>
            </w:r>
            <w:proofErr w:type="spellEnd"/>
            <w:r w:rsidRPr="00B774E4">
              <w:rPr>
                <w:rFonts w:cs="Times New Roman"/>
              </w:rPr>
              <w:t xml:space="preserve"> </w:t>
            </w:r>
            <w:proofErr w:type="spellStart"/>
            <w:r w:rsidRPr="00B774E4">
              <w:rPr>
                <w:rFonts w:cs="Times New Roman"/>
              </w:rPr>
              <w:t>начин</w:t>
            </w:r>
            <w:proofErr w:type="spellEnd"/>
            <w:r w:rsidRPr="00B774E4">
              <w:rPr>
                <w:rFonts w:cs="Times New Roman"/>
              </w:rPr>
              <w:t xml:space="preserve"> </w:t>
            </w:r>
            <w:proofErr w:type="spellStart"/>
            <w:r w:rsidRPr="00B774E4">
              <w:rPr>
                <w:rFonts w:cs="Times New Roman"/>
              </w:rPr>
              <w:t>који</w:t>
            </w:r>
            <w:proofErr w:type="spellEnd"/>
            <w:r w:rsidRPr="00B774E4">
              <w:rPr>
                <w:rFonts w:cs="Times New Roman"/>
              </w:rPr>
              <w:t xml:space="preserve"> </w:t>
            </w:r>
            <w:proofErr w:type="spellStart"/>
            <w:r w:rsidRPr="00B774E4">
              <w:rPr>
                <w:rFonts w:cs="Times New Roman"/>
              </w:rPr>
              <w:t>је</w:t>
            </w:r>
            <w:proofErr w:type="spellEnd"/>
            <w:r w:rsidRPr="00B774E4">
              <w:rPr>
                <w:rFonts w:cs="Times New Roman"/>
              </w:rPr>
              <w:t xml:space="preserve"> у </w:t>
            </w:r>
            <w:proofErr w:type="spellStart"/>
            <w:r w:rsidRPr="00B774E4">
              <w:rPr>
                <w:rFonts w:cs="Times New Roman"/>
              </w:rPr>
              <w:t>складу</w:t>
            </w:r>
            <w:proofErr w:type="spellEnd"/>
            <w:r w:rsidRPr="00B774E4">
              <w:rPr>
                <w:rFonts w:cs="Times New Roman"/>
              </w:rPr>
              <w:t xml:space="preserve"> </w:t>
            </w:r>
            <w:proofErr w:type="spellStart"/>
            <w:r w:rsidRPr="00B774E4">
              <w:rPr>
                <w:rFonts w:cs="Times New Roman"/>
              </w:rPr>
              <w:t>са</w:t>
            </w:r>
            <w:proofErr w:type="spellEnd"/>
            <w:r w:rsidRPr="00B774E4">
              <w:rPr>
                <w:rFonts w:cs="Times New Roman"/>
              </w:rPr>
              <w:t xml:space="preserve"> </w:t>
            </w:r>
            <w:proofErr w:type="spellStart"/>
            <w:r w:rsidRPr="00B774E4">
              <w:rPr>
                <w:rFonts w:cs="Times New Roman"/>
              </w:rPr>
              <w:t>стандардом</w:t>
            </w:r>
            <w:proofErr w:type="spellEnd"/>
            <w:r w:rsidRPr="00B774E4">
              <w:rPr>
                <w:rFonts w:cs="Times New Roman"/>
              </w:rPr>
              <w:t xml:space="preserve"> </w:t>
            </w:r>
            <w:r w:rsidR="001632C4" w:rsidRPr="00347368">
              <w:rPr>
                <w:rFonts w:cs="Times New Roman"/>
              </w:rPr>
              <w:t xml:space="preserve">ESS10. </w:t>
            </w:r>
          </w:p>
          <w:p w14:paraId="0A02A94A" w14:textId="77777777" w:rsidR="001632C4" w:rsidRPr="00347368" w:rsidRDefault="001632C4" w:rsidP="00347368">
            <w:pPr>
              <w:jc w:val="left"/>
              <w:rPr>
                <w:rFonts w:cs="Times New Roman"/>
              </w:rPr>
            </w:pPr>
          </w:p>
          <w:p w14:paraId="19C5D900" w14:textId="45AD071F" w:rsidR="005124A1" w:rsidRPr="00347368" w:rsidRDefault="00B774E4" w:rsidP="00347368">
            <w:pPr>
              <w:jc w:val="left"/>
              <w:rPr>
                <w:rFonts w:cs="Times New Roman"/>
              </w:rPr>
            </w:pPr>
            <w:proofErr w:type="spellStart"/>
            <w:r w:rsidRPr="00B774E4">
              <w:rPr>
                <w:rFonts w:cs="Times New Roman"/>
              </w:rPr>
              <w:t>Механизам</w:t>
            </w:r>
            <w:proofErr w:type="spellEnd"/>
            <w:r w:rsidRPr="00B774E4">
              <w:rPr>
                <w:rFonts w:cs="Times New Roman"/>
              </w:rPr>
              <w:t xml:space="preserve"> </w:t>
            </w:r>
            <w:proofErr w:type="spellStart"/>
            <w:r w:rsidRPr="00B774E4">
              <w:rPr>
                <w:rFonts w:cs="Times New Roman"/>
              </w:rPr>
              <w:t>за</w:t>
            </w:r>
            <w:proofErr w:type="spellEnd"/>
            <w:r w:rsidRPr="00B774E4">
              <w:rPr>
                <w:rFonts w:cs="Times New Roman"/>
              </w:rPr>
              <w:t xml:space="preserve"> </w:t>
            </w:r>
            <w:r>
              <w:rPr>
                <w:rFonts w:cs="Times New Roman"/>
                <w:lang w:val="sr-Cyrl-RS"/>
              </w:rPr>
              <w:t>притужбе</w:t>
            </w:r>
            <w:r w:rsidRPr="00B774E4">
              <w:rPr>
                <w:rFonts w:cs="Times New Roman"/>
              </w:rPr>
              <w:t xml:space="preserve"> </w:t>
            </w:r>
            <w:proofErr w:type="spellStart"/>
            <w:r w:rsidRPr="00B774E4">
              <w:rPr>
                <w:rFonts w:cs="Times New Roman"/>
              </w:rPr>
              <w:t>ће</w:t>
            </w:r>
            <w:proofErr w:type="spellEnd"/>
            <w:r w:rsidRPr="00B774E4">
              <w:rPr>
                <w:rFonts w:cs="Times New Roman"/>
              </w:rPr>
              <w:t xml:space="preserve"> </w:t>
            </w:r>
            <w:proofErr w:type="spellStart"/>
            <w:r w:rsidRPr="00B774E4">
              <w:rPr>
                <w:rFonts w:cs="Times New Roman"/>
              </w:rPr>
              <w:t>бити</w:t>
            </w:r>
            <w:proofErr w:type="spellEnd"/>
            <w:r w:rsidRPr="00B774E4">
              <w:rPr>
                <w:rFonts w:cs="Times New Roman"/>
              </w:rPr>
              <w:t xml:space="preserve"> </w:t>
            </w:r>
            <w:proofErr w:type="spellStart"/>
            <w:r w:rsidRPr="00B774E4">
              <w:rPr>
                <w:rFonts w:cs="Times New Roman"/>
              </w:rPr>
              <w:t>опремљен</w:t>
            </w:r>
            <w:proofErr w:type="spellEnd"/>
            <w:r w:rsidRPr="00B774E4">
              <w:rPr>
                <w:rFonts w:cs="Times New Roman"/>
              </w:rPr>
              <w:t xml:space="preserve"> </w:t>
            </w:r>
            <w:proofErr w:type="spellStart"/>
            <w:r w:rsidRPr="00B774E4">
              <w:rPr>
                <w:rFonts w:cs="Times New Roman"/>
              </w:rPr>
              <w:t>за</w:t>
            </w:r>
            <w:proofErr w:type="spellEnd"/>
            <w:r w:rsidRPr="00B774E4">
              <w:rPr>
                <w:rFonts w:cs="Times New Roman"/>
              </w:rPr>
              <w:t xml:space="preserve"> </w:t>
            </w:r>
            <w:proofErr w:type="spellStart"/>
            <w:r w:rsidRPr="00B774E4">
              <w:rPr>
                <w:rFonts w:cs="Times New Roman"/>
              </w:rPr>
              <w:t>пријем</w:t>
            </w:r>
            <w:proofErr w:type="spellEnd"/>
            <w:r w:rsidRPr="00B774E4">
              <w:rPr>
                <w:rFonts w:cs="Times New Roman"/>
              </w:rPr>
              <w:t xml:space="preserve">, </w:t>
            </w:r>
            <w:proofErr w:type="spellStart"/>
            <w:r w:rsidRPr="00B774E4">
              <w:rPr>
                <w:rFonts w:cs="Times New Roman"/>
              </w:rPr>
              <w:t>регистрацију</w:t>
            </w:r>
            <w:proofErr w:type="spellEnd"/>
            <w:r w:rsidRPr="00B774E4">
              <w:rPr>
                <w:rFonts w:cs="Times New Roman"/>
              </w:rPr>
              <w:t xml:space="preserve"> и </w:t>
            </w:r>
            <w:proofErr w:type="spellStart"/>
            <w:r w:rsidRPr="00B774E4">
              <w:rPr>
                <w:rFonts w:cs="Times New Roman"/>
              </w:rPr>
              <w:t>олакшавање</w:t>
            </w:r>
            <w:proofErr w:type="spellEnd"/>
            <w:r w:rsidRPr="00B774E4">
              <w:rPr>
                <w:rFonts w:cs="Times New Roman"/>
              </w:rPr>
              <w:t xml:space="preserve"> </w:t>
            </w:r>
            <w:proofErr w:type="spellStart"/>
            <w:r w:rsidRPr="00B774E4">
              <w:rPr>
                <w:rFonts w:cs="Times New Roman"/>
              </w:rPr>
              <w:t>решавања</w:t>
            </w:r>
            <w:proofErr w:type="spellEnd"/>
            <w:r w:rsidRPr="00B774E4">
              <w:rPr>
                <w:rFonts w:cs="Times New Roman"/>
              </w:rPr>
              <w:t xml:space="preserve"> </w:t>
            </w:r>
            <w:proofErr w:type="spellStart"/>
            <w:r w:rsidRPr="00B774E4">
              <w:rPr>
                <w:rFonts w:cs="Times New Roman"/>
              </w:rPr>
              <w:t>притужби</w:t>
            </w:r>
            <w:proofErr w:type="spellEnd"/>
            <w:r w:rsidRPr="00B774E4">
              <w:rPr>
                <w:rFonts w:cs="Times New Roman"/>
              </w:rPr>
              <w:t xml:space="preserve"> у </w:t>
            </w:r>
            <w:proofErr w:type="spellStart"/>
            <w:r w:rsidRPr="00B774E4">
              <w:rPr>
                <w:rFonts w:cs="Times New Roman"/>
              </w:rPr>
              <w:t>вези</w:t>
            </w:r>
            <w:proofErr w:type="spellEnd"/>
            <w:r w:rsidRPr="00B774E4">
              <w:rPr>
                <w:rFonts w:cs="Times New Roman"/>
              </w:rPr>
              <w:t xml:space="preserve"> </w:t>
            </w:r>
            <w:proofErr w:type="spellStart"/>
            <w:r w:rsidRPr="00B774E4">
              <w:rPr>
                <w:rFonts w:cs="Times New Roman"/>
              </w:rPr>
              <w:t>са</w:t>
            </w:r>
            <w:proofErr w:type="spellEnd"/>
            <w:r w:rsidRPr="00B774E4">
              <w:rPr>
                <w:rFonts w:cs="Times New Roman"/>
              </w:rPr>
              <w:t xml:space="preserve"> </w:t>
            </w:r>
            <w:r w:rsidR="001632C4" w:rsidRPr="00347368">
              <w:rPr>
                <w:rFonts w:cs="Times New Roman"/>
              </w:rPr>
              <w:t xml:space="preserve">SEA/SH, </w:t>
            </w:r>
            <w:proofErr w:type="spellStart"/>
            <w:r w:rsidRPr="00B774E4">
              <w:rPr>
                <w:rFonts w:cs="Times New Roman"/>
              </w:rPr>
              <w:t>укључујући</w:t>
            </w:r>
            <w:proofErr w:type="spellEnd"/>
            <w:r w:rsidRPr="00B774E4">
              <w:rPr>
                <w:rFonts w:cs="Times New Roman"/>
              </w:rPr>
              <w:t xml:space="preserve"> и </w:t>
            </w:r>
            <w:proofErr w:type="spellStart"/>
            <w:r w:rsidRPr="00B774E4">
              <w:rPr>
                <w:rFonts w:cs="Times New Roman"/>
              </w:rPr>
              <w:t>упућивање</w:t>
            </w:r>
            <w:proofErr w:type="spellEnd"/>
            <w:r w:rsidRPr="00B774E4">
              <w:rPr>
                <w:rFonts w:cs="Times New Roman"/>
              </w:rPr>
              <w:t xml:space="preserve"> </w:t>
            </w:r>
            <w:r>
              <w:rPr>
                <w:rFonts w:cs="Times New Roman"/>
                <w:lang w:val="sr-Cyrl-RS"/>
              </w:rPr>
              <w:t xml:space="preserve">жртава на пружаоце </w:t>
            </w:r>
            <w:proofErr w:type="spellStart"/>
            <w:r w:rsidRPr="00B774E4">
              <w:rPr>
                <w:rFonts w:cs="Times New Roman"/>
              </w:rPr>
              <w:t>услуга</w:t>
            </w:r>
            <w:proofErr w:type="spellEnd"/>
            <w:r w:rsidRPr="00B774E4">
              <w:rPr>
                <w:rFonts w:cs="Times New Roman"/>
              </w:rPr>
              <w:t xml:space="preserve"> </w:t>
            </w:r>
            <w:proofErr w:type="spellStart"/>
            <w:r w:rsidRPr="00B774E4">
              <w:rPr>
                <w:rFonts w:cs="Times New Roman"/>
              </w:rPr>
              <w:t>за</w:t>
            </w:r>
            <w:proofErr w:type="spellEnd"/>
            <w:r w:rsidRPr="00B774E4">
              <w:rPr>
                <w:rFonts w:cs="Times New Roman"/>
              </w:rPr>
              <w:t xml:space="preserve"> </w:t>
            </w:r>
            <w:proofErr w:type="spellStart"/>
            <w:r w:rsidRPr="00B774E4">
              <w:rPr>
                <w:rFonts w:cs="Times New Roman"/>
              </w:rPr>
              <w:t>подршку</w:t>
            </w:r>
            <w:proofErr w:type="spellEnd"/>
            <w:r w:rsidRPr="00B774E4">
              <w:rPr>
                <w:rFonts w:cs="Times New Roman"/>
              </w:rPr>
              <w:t xml:space="preserve"> </w:t>
            </w:r>
            <w:proofErr w:type="spellStart"/>
            <w:r w:rsidRPr="00B774E4">
              <w:rPr>
                <w:rFonts w:cs="Times New Roman"/>
              </w:rPr>
              <w:t>жртвама</w:t>
            </w:r>
            <w:proofErr w:type="spellEnd"/>
            <w:r w:rsidRPr="00B774E4">
              <w:rPr>
                <w:rFonts w:cs="Times New Roman"/>
              </w:rPr>
              <w:t xml:space="preserve"> </w:t>
            </w:r>
            <w:proofErr w:type="spellStart"/>
            <w:r w:rsidRPr="00B774E4">
              <w:rPr>
                <w:rFonts w:cs="Times New Roman"/>
              </w:rPr>
              <w:t>родно</w:t>
            </w:r>
            <w:proofErr w:type="spellEnd"/>
            <w:r w:rsidRPr="00B774E4">
              <w:rPr>
                <w:rFonts w:cs="Times New Roman"/>
              </w:rPr>
              <w:t xml:space="preserve"> </w:t>
            </w:r>
            <w:proofErr w:type="spellStart"/>
            <w:r w:rsidRPr="00B774E4">
              <w:rPr>
                <w:rFonts w:cs="Times New Roman"/>
              </w:rPr>
              <w:t>заснованог</w:t>
            </w:r>
            <w:proofErr w:type="spellEnd"/>
            <w:r w:rsidRPr="00B774E4">
              <w:rPr>
                <w:rFonts w:cs="Times New Roman"/>
              </w:rPr>
              <w:t xml:space="preserve"> </w:t>
            </w:r>
            <w:proofErr w:type="spellStart"/>
            <w:r w:rsidRPr="00B774E4">
              <w:rPr>
                <w:rFonts w:cs="Times New Roman"/>
              </w:rPr>
              <w:t>насиља</w:t>
            </w:r>
            <w:proofErr w:type="spellEnd"/>
            <w:r w:rsidRPr="00B774E4">
              <w:rPr>
                <w:rFonts w:cs="Times New Roman"/>
              </w:rPr>
              <w:t xml:space="preserve">, а </w:t>
            </w:r>
            <w:proofErr w:type="spellStart"/>
            <w:r w:rsidRPr="00B774E4">
              <w:rPr>
                <w:rFonts w:cs="Times New Roman"/>
              </w:rPr>
              <w:t>све</w:t>
            </w:r>
            <w:proofErr w:type="spellEnd"/>
            <w:r w:rsidRPr="00B774E4">
              <w:rPr>
                <w:rFonts w:cs="Times New Roman"/>
              </w:rPr>
              <w:t xml:space="preserve"> </w:t>
            </w:r>
            <w:proofErr w:type="spellStart"/>
            <w:r w:rsidRPr="00B774E4">
              <w:rPr>
                <w:rFonts w:cs="Times New Roman"/>
              </w:rPr>
              <w:t>то</w:t>
            </w:r>
            <w:proofErr w:type="spellEnd"/>
            <w:r w:rsidRPr="00B774E4">
              <w:rPr>
                <w:rFonts w:cs="Times New Roman"/>
              </w:rPr>
              <w:t xml:space="preserve"> </w:t>
            </w:r>
            <w:proofErr w:type="spellStart"/>
            <w:r w:rsidRPr="00B774E4">
              <w:rPr>
                <w:rFonts w:cs="Times New Roman"/>
              </w:rPr>
              <w:t>на</w:t>
            </w:r>
            <w:proofErr w:type="spellEnd"/>
            <w:r w:rsidRPr="00B774E4">
              <w:rPr>
                <w:rFonts w:cs="Times New Roman"/>
              </w:rPr>
              <w:t xml:space="preserve"> </w:t>
            </w:r>
            <w:proofErr w:type="spellStart"/>
            <w:r w:rsidRPr="00B774E4">
              <w:rPr>
                <w:rFonts w:cs="Times New Roman"/>
              </w:rPr>
              <w:t>безбедан</w:t>
            </w:r>
            <w:proofErr w:type="spellEnd"/>
            <w:r w:rsidRPr="00B774E4">
              <w:rPr>
                <w:rFonts w:cs="Times New Roman"/>
              </w:rPr>
              <w:t xml:space="preserve">, </w:t>
            </w:r>
            <w:proofErr w:type="spellStart"/>
            <w:r w:rsidRPr="00B774E4">
              <w:rPr>
                <w:rFonts w:cs="Times New Roman"/>
              </w:rPr>
              <w:t>поверљив</w:t>
            </w:r>
            <w:proofErr w:type="spellEnd"/>
            <w:r w:rsidRPr="00B774E4">
              <w:rPr>
                <w:rFonts w:cs="Times New Roman"/>
              </w:rPr>
              <w:t xml:space="preserve"> </w:t>
            </w:r>
            <w:proofErr w:type="spellStart"/>
            <w:r w:rsidRPr="00B774E4">
              <w:rPr>
                <w:rFonts w:cs="Times New Roman"/>
              </w:rPr>
              <w:t>начин</w:t>
            </w:r>
            <w:proofErr w:type="spellEnd"/>
            <w:r w:rsidRPr="00B774E4">
              <w:rPr>
                <w:rFonts w:cs="Times New Roman"/>
              </w:rPr>
              <w:t xml:space="preserve"> </w:t>
            </w:r>
            <w:proofErr w:type="spellStart"/>
            <w:r w:rsidRPr="00B774E4">
              <w:rPr>
                <w:rFonts w:cs="Times New Roman"/>
              </w:rPr>
              <w:t>усредсређен</w:t>
            </w:r>
            <w:proofErr w:type="spellEnd"/>
            <w:r w:rsidRPr="00B774E4">
              <w:rPr>
                <w:rFonts w:cs="Times New Roman"/>
              </w:rPr>
              <w:t xml:space="preserve"> </w:t>
            </w:r>
            <w:proofErr w:type="spellStart"/>
            <w:r w:rsidRPr="00B774E4">
              <w:rPr>
                <w:rFonts w:cs="Times New Roman"/>
              </w:rPr>
              <w:t>на</w:t>
            </w:r>
            <w:proofErr w:type="spellEnd"/>
            <w:r w:rsidRPr="00B774E4">
              <w:rPr>
                <w:rFonts w:cs="Times New Roman"/>
              </w:rPr>
              <w:t xml:space="preserve"> </w:t>
            </w:r>
            <w:proofErr w:type="spellStart"/>
            <w:r w:rsidRPr="00B774E4">
              <w:rPr>
                <w:rFonts w:cs="Times New Roman"/>
              </w:rPr>
              <w:t>заштиту</w:t>
            </w:r>
            <w:proofErr w:type="spellEnd"/>
            <w:r w:rsidRPr="00B774E4">
              <w:rPr>
                <w:rFonts w:cs="Times New Roman"/>
              </w:rPr>
              <w:t xml:space="preserve"> и </w:t>
            </w:r>
            <w:proofErr w:type="spellStart"/>
            <w:r w:rsidRPr="00B774E4">
              <w:rPr>
                <w:rFonts w:cs="Times New Roman"/>
              </w:rPr>
              <w:t>потребе</w:t>
            </w:r>
            <w:proofErr w:type="spellEnd"/>
            <w:r w:rsidRPr="00B774E4">
              <w:rPr>
                <w:rFonts w:cs="Times New Roman"/>
              </w:rPr>
              <w:t xml:space="preserve"> </w:t>
            </w:r>
            <w:proofErr w:type="spellStart"/>
            <w:r w:rsidRPr="00B774E4">
              <w:rPr>
                <w:rFonts w:cs="Times New Roman"/>
              </w:rPr>
              <w:t>жртве</w:t>
            </w:r>
            <w:proofErr w:type="spellEnd"/>
            <w:r w:rsidR="001632C4" w:rsidRPr="00347368">
              <w:rPr>
                <w:rFonts w:cs="Times New Roman"/>
              </w:rPr>
              <w:t>.</w:t>
            </w:r>
          </w:p>
        </w:tc>
        <w:tc>
          <w:tcPr>
            <w:tcW w:w="1204" w:type="pct"/>
          </w:tcPr>
          <w:p w14:paraId="71DEBF4A" w14:textId="77777777" w:rsidR="001632C4" w:rsidRPr="00347368" w:rsidRDefault="001632C4" w:rsidP="00347368">
            <w:pPr>
              <w:jc w:val="left"/>
              <w:rPr>
                <w:rFonts w:cs="Times New Roman"/>
              </w:rPr>
            </w:pPr>
          </w:p>
          <w:p w14:paraId="5622A58C" w14:textId="4293ADAE" w:rsidR="005124A1" w:rsidRPr="00347368" w:rsidRDefault="006105C0" w:rsidP="00347368">
            <w:pPr>
              <w:jc w:val="left"/>
              <w:rPr>
                <w:rFonts w:cs="Times New Roman"/>
              </w:rPr>
            </w:pPr>
            <w:proofErr w:type="spellStart"/>
            <w:r w:rsidRPr="006105C0">
              <w:rPr>
                <w:rFonts w:cs="Times New Roman"/>
              </w:rPr>
              <w:t>Успоставити</w:t>
            </w:r>
            <w:proofErr w:type="spellEnd"/>
            <w:r w:rsidRPr="006105C0">
              <w:rPr>
                <w:rFonts w:cs="Times New Roman"/>
              </w:rPr>
              <w:t xml:space="preserve"> </w:t>
            </w:r>
            <w:proofErr w:type="spellStart"/>
            <w:r w:rsidRPr="006105C0">
              <w:rPr>
                <w:rFonts w:cs="Times New Roman"/>
              </w:rPr>
              <w:t>механизам</w:t>
            </w:r>
            <w:proofErr w:type="spellEnd"/>
            <w:r w:rsidRPr="006105C0">
              <w:rPr>
                <w:rFonts w:cs="Times New Roman"/>
              </w:rPr>
              <w:t xml:space="preserve"> </w:t>
            </w:r>
            <w:proofErr w:type="spellStart"/>
            <w:r w:rsidRPr="006105C0">
              <w:rPr>
                <w:rFonts w:cs="Times New Roman"/>
              </w:rPr>
              <w:t>за</w:t>
            </w:r>
            <w:proofErr w:type="spellEnd"/>
            <w:r w:rsidRPr="006105C0">
              <w:rPr>
                <w:rFonts w:cs="Times New Roman"/>
              </w:rPr>
              <w:t xml:space="preserve"> </w:t>
            </w:r>
            <w:proofErr w:type="spellStart"/>
            <w:r w:rsidRPr="006105C0">
              <w:rPr>
                <w:rFonts w:cs="Times New Roman"/>
              </w:rPr>
              <w:t>жалбе</w:t>
            </w:r>
            <w:proofErr w:type="spellEnd"/>
            <w:r w:rsidRPr="006105C0">
              <w:rPr>
                <w:rFonts w:cs="Times New Roman"/>
              </w:rPr>
              <w:t xml:space="preserve"> </w:t>
            </w:r>
            <w:proofErr w:type="spellStart"/>
            <w:r w:rsidRPr="006105C0">
              <w:rPr>
                <w:rFonts w:cs="Times New Roman"/>
              </w:rPr>
              <w:t>до</w:t>
            </w:r>
            <w:proofErr w:type="spellEnd"/>
            <w:r w:rsidRPr="006105C0">
              <w:rPr>
                <w:rFonts w:cs="Times New Roman"/>
              </w:rPr>
              <w:t xml:space="preserve"> </w:t>
            </w:r>
            <w:proofErr w:type="spellStart"/>
            <w:r w:rsidRPr="006105C0">
              <w:rPr>
                <w:rFonts w:cs="Times New Roman"/>
              </w:rPr>
              <w:t>датума</w:t>
            </w:r>
            <w:proofErr w:type="spellEnd"/>
            <w:r w:rsidRPr="006105C0">
              <w:rPr>
                <w:rFonts w:cs="Times New Roman"/>
              </w:rPr>
              <w:t xml:space="preserve"> </w:t>
            </w:r>
            <w:proofErr w:type="spellStart"/>
            <w:r w:rsidRPr="006105C0">
              <w:rPr>
                <w:rFonts w:cs="Times New Roman"/>
              </w:rPr>
              <w:t>ступања</w:t>
            </w:r>
            <w:proofErr w:type="spellEnd"/>
            <w:r w:rsidRPr="006105C0">
              <w:rPr>
                <w:rFonts w:cs="Times New Roman"/>
              </w:rPr>
              <w:t xml:space="preserve"> </w:t>
            </w:r>
            <w:proofErr w:type="spellStart"/>
            <w:r w:rsidRPr="006105C0">
              <w:rPr>
                <w:rFonts w:cs="Times New Roman"/>
              </w:rPr>
              <w:t>на</w:t>
            </w:r>
            <w:proofErr w:type="spellEnd"/>
            <w:r w:rsidRPr="006105C0">
              <w:rPr>
                <w:rFonts w:cs="Times New Roman"/>
              </w:rPr>
              <w:t xml:space="preserve"> </w:t>
            </w:r>
            <w:proofErr w:type="spellStart"/>
            <w:r w:rsidRPr="006105C0">
              <w:rPr>
                <w:rFonts w:cs="Times New Roman"/>
              </w:rPr>
              <w:t>снагу</w:t>
            </w:r>
            <w:proofErr w:type="spellEnd"/>
            <w:r w:rsidRPr="006105C0">
              <w:rPr>
                <w:rFonts w:cs="Times New Roman"/>
              </w:rPr>
              <w:t xml:space="preserve">, а </w:t>
            </w:r>
            <w:proofErr w:type="spellStart"/>
            <w:r w:rsidRPr="006105C0">
              <w:rPr>
                <w:rFonts w:cs="Times New Roman"/>
              </w:rPr>
              <w:t>након</w:t>
            </w:r>
            <w:proofErr w:type="spellEnd"/>
            <w:r w:rsidRPr="006105C0">
              <w:rPr>
                <w:rFonts w:cs="Times New Roman"/>
              </w:rPr>
              <w:t xml:space="preserve"> </w:t>
            </w:r>
            <w:proofErr w:type="spellStart"/>
            <w:r w:rsidRPr="006105C0">
              <w:rPr>
                <w:rFonts w:cs="Times New Roman"/>
              </w:rPr>
              <w:t>тога</w:t>
            </w:r>
            <w:proofErr w:type="spellEnd"/>
            <w:r w:rsidRPr="006105C0">
              <w:rPr>
                <w:rFonts w:cs="Times New Roman"/>
              </w:rPr>
              <w:t xml:space="preserve"> </w:t>
            </w:r>
            <w:proofErr w:type="spellStart"/>
            <w:r w:rsidRPr="006105C0">
              <w:rPr>
                <w:rFonts w:cs="Times New Roman"/>
              </w:rPr>
              <w:t>одржавати</w:t>
            </w:r>
            <w:proofErr w:type="spellEnd"/>
            <w:r w:rsidRPr="006105C0">
              <w:rPr>
                <w:rFonts w:cs="Times New Roman"/>
              </w:rPr>
              <w:t xml:space="preserve"> и </w:t>
            </w:r>
            <w:proofErr w:type="spellStart"/>
            <w:r w:rsidRPr="006105C0">
              <w:rPr>
                <w:rFonts w:cs="Times New Roman"/>
              </w:rPr>
              <w:t>водити</w:t>
            </w:r>
            <w:proofErr w:type="spellEnd"/>
            <w:r w:rsidRPr="006105C0">
              <w:rPr>
                <w:rFonts w:cs="Times New Roman"/>
              </w:rPr>
              <w:t xml:space="preserve"> </w:t>
            </w:r>
            <w:proofErr w:type="spellStart"/>
            <w:r w:rsidRPr="006105C0">
              <w:rPr>
                <w:rFonts w:cs="Times New Roman"/>
              </w:rPr>
              <w:t>овај</w:t>
            </w:r>
            <w:proofErr w:type="spellEnd"/>
            <w:r w:rsidRPr="006105C0">
              <w:rPr>
                <w:rFonts w:cs="Times New Roman"/>
              </w:rPr>
              <w:t xml:space="preserve"> </w:t>
            </w:r>
            <w:proofErr w:type="spellStart"/>
            <w:r w:rsidRPr="006105C0">
              <w:rPr>
                <w:rFonts w:cs="Times New Roman"/>
              </w:rPr>
              <w:t>механизам</w:t>
            </w:r>
            <w:proofErr w:type="spellEnd"/>
            <w:r w:rsidRPr="006105C0">
              <w:rPr>
                <w:rFonts w:cs="Times New Roman"/>
              </w:rPr>
              <w:t xml:space="preserve"> </w:t>
            </w:r>
            <w:proofErr w:type="spellStart"/>
            <w:r w:rsidRPr="006105C0">
              <w:rPr>
                <w:rFonts w:cs="Times New Roman"/>
              </w:rPr>
              <w:t>током</w:t>
            </w:r>
            <w:proofErr w:type="spellEnd"/>
            <w:r w:rsidRPr="006105C0">
              <w:rPr>
                <w:rFonts w:cs="Times New Roman"/>
              </w:rPr>
              <w:t xml:space="preserve"> </w:t>
            </w:r>
            <w:proofErr w:type="spellStart"/>
            <w:r w:rsidRPr="006105C0">
              <w:rPr>
                <w:rFonts w:cs="Times New Roman"/>
              </w:rPr>
              <w:t>читавог</w:t>
            </w:r>
            <w:proofErr w:type="spellEnd"/>
            <w:r w:rsidRPr="006105C0">
              <w:rPr>
                <w:rFonts w:cs="Times New Roman"/>
              </w:rPr>
              <w:t xml:space="preserve"> </w:t>
            </w:r>
            <w:proofErr w:type="spellStart"/>
            <w:r w:rsidRPr="006105C0">
              <w:rPr>
                <w:rFonts w:cs="Times New Roman"/>
              </w:rPr>
              <w:t>периода</w:t>
            </w:r>
            <w:proofErr w:type="spellEnd"/>
            <w:r w:rsidRPr="006105C0">
              <w:rPr>
                <w:rFonts w:cs="Times New Roman"/>
              </w:rPr>
              <w:t xml:space="preserve"> </w:t>
            </w:r>
            <w:proofErr w:type="spellStart"/>
            <w:r w:rsidRPr="006105C0">
              <w:rPr>
                <w:rFonts w:cs="Times New Roman"/>
              </w:rPr>
              <w:t>имплементације</w:t>
            </w:r>
            <w:proofErr w:type="spellEnd"/>
            <w:r w:rsidRPr="006105C0">
              <w:rPr>
                <w:rFonts w:cs="Times New Roman"/>
              </w:rPr>
              <w:t xml:space="preserve"> Пројекта</w:t>
            </w:r>
            <w:r w:rsidR="001632C4" w:rsidRPr="00347368">
              <w:rPr>
                <w:rFonts w:cs="Times New Roman"/>
              </w:rPr>
              <w:t>.</w:t>
            </w:r>
          </w:p>
        </w:tc>
        <w:tc>
          <w:tcPr>
            <w:tcW w:w="733" w:type="pct"/>
          </w:tcPr>
          <w:p w14:paraId="2BC5E421" w14:textId="77777777" w:rsidR="00D50708" w:rsidRPr="00347368" w:rsidRDefault="00D50708" w:rsidP="00347368">
            <w:pPr>
              <w:jc w:val="left"/>
              <w:rPr>
                <w:rFonts w:cs="Times New Roman"/>
              </w:rPr>
            </w:pPr>
          </w:p>
          <w:p w14:paraId="0A35CFD1" w14:textId="38BF7109" w:rsidR="005124A1" w:rsidRPr="00ED2689" w:rsidRDefault="00ED2689" w:rsidP="00347368">
            <w:pPr>
              <w:jc w:val="left"/>
              <w:rPr>
                <w:rFonts w:cs="Times New Roman"/>
                <w:lang w:val="sr-Cyrl-RS"/>
              </w:rPr>
            </w:pPr>
            <w:r>
              <w:rPr>
                <w:rFonts w:cs="Times New Roman"/>
                <w:lang w:val="sr-Cyrl-RS"/>
              </w:rPr>
              <w:t>МРЕ</w:t>
            </w:r>
          </w:p>
        </w:tc>
      </w:tr>
      <w:tr w:rsidR="005124A1" w:rsidRPr="00347368" w14:paraId="57D6505D" w14:textId="77777777" w:rsidTr="4B7286EC">
        <w:tc>
          <w:tcPr>
            <w:tcW w:w="5000" w:type="pct"/>
            <w:gridSpan w:val="4"/>
            <w:shd w:val="clear" w:color="auto" w:fill="F7CAAC" w:themeFill="accent2" w:themeFillTint="66"/>
          </w:tcPr>
          <w:p w14:paraId="58C9FC06" w14:textId="4518CBA2" w:rsidR="005124A1" w:rsidRPr="00347368" w:rsidRDefault="00BA2FCF" w:rsidP="00347368">
            <w:pPr>
              <w:jc w:val="left"/>
              <w:rPr>
                <w:rFonts w:cs="Times New Roman"/>
              </w:rPr>
            </w:pPr>
            <w:r w:rsidRPr="00BA2FCF">
              <w:rPr>
                <w:rFonts w:cs="Times New Roman"/>
                <w:b/>
                <w:bCs/>
              </w:rPr>
              <w:t>ИНДИКАТОРИ СПРЕМНОСТИ ЗА СПРОВОЂЕЊЕ</w:t>
            </w:r>
          </w:p>
        </w:tc>
      </w:tr>
      <w:tr w:rsidR="001632C4" w:rsidRPr="00842D45" w14:paraId="661BB7A4" w14:textId="77777777" w:rsidTr="4B7286EC">
        <w:tc>
          <w:tcPr>
            <w:tcW w:w="5000" w:type="pct"/>
            <w:gridSpan w:val="4"/>
          </w:tcPr>
          <w:p w14:paraId="31C223A4" w14:textId="3E4508AB" w:rsidR="001632C4" w:rsidRPr="00347368" w:rsidRDefault="005F1D21" w:rsidP="00347368">
            <w:pPr>
              <w:jc w:val="left"/>
            </w:pPr>
            <w:proofErr w:type="spellStart"/>
            <w:r w:rsidRPr="005F1D21">
              <w:t>Следеће</w:t>
            </w:r>
            <w:proofErr w:type="spellEnd"/>
            <w:r w:rsidRPr="005F1D21">
              <w:t xml:space="preserve"> </w:t>
            </w:r>
            <w:proofErr w:type="spellStart"/>
            <w:r w:rsidRPr="005F1D21">
              <w:t>активности</w:t>
            </w:r>
            <w:proofErr w:type="spellEnd"/>
            <w:r w:rsidRPr="005F1D21">
              <w:t xml:space="preserve"> </w:t>
            </w:r>
            <w:proofErr w:type="spellStart"/>
            <w:r w:rsidRPr="005F1D21">
              <w:t>су</w:t>
            </w:r>
            <w:proofErr w:type="spellEnd"/>
            <w:r w:rsidRPr="005F1D21">
              <w:t xml:space="preserve"> </w:t>
            </w:r>
            <w:proofErr w:type="spellStart"/>
            <w:r w:rsidRPr="005F1D21">
              <w:t>индикатори</w:t>
            </w:r>
            <w:proofErr w:type="spellEnd"/>
            <w:r w:rsidRPr="005F1D21">
              <w:t xml:space="preserve"> </w:t>
            </w:r>
            <w:proofErr w:type="spellStart"/>
            <w:r w:rsidRPr="005F1D21">
              <w:t>спремности</w:t>
            </w:r>
            <w:proofErr w:type="spellEnd"/>
            <w:r w:rsidRPr="005F1D21">
              <w:t xml:space="preserve"> </w:t>
            </w:r>
            <w:proofErr w:type="spellStart"/>
            <w:r w:rsidRPr="005F1D21">
              <w:t>за</w:t>
            </w:r>
            <w:proofErr w:type="spellEnd"/>
            <w:r w:rsidRPr="005F1D21">
              <w:t xml:space="preserve"> </w:t>
            </w:r>
            <w:proofErr w:type="spellStart"/>
            <w:r w:rsidRPr="005F1D21">
              <w:t>спровођење</w:t>
            </w:r>
            <w:proofErr w:type="spellEnd"/>
            <w:r w:rsidR="001632C4" w:rsidRPr="00347368">
              <w:t>:</w:t>
            </w:r>
          </w:p>
          <w:p w14:paraId="7FDE296F" w14:textId="218F6196" w:rsidR="001632C4" w:rsidRPr="00347368" w:rsidRDefault="005F1D21" w:rsidP="005F1D21">
            <w:pPr>
              <w:tabs>
                <w:tab w:val="left" w:pos="9338"/>
              </w:tabs>
              <w:jc w:val="left"/>
            </w:pPr>
            <w:r>
              <w:tab/>
            </w:r>
          </w:p>
          <w:p w14:paraId="08E885E2" w14:textId="4EB0DEB0" w:rsidR="001632C4" w:rsidRPr="005F1D21" w:rsidRDefault="001632C4" w:rsidP="00347368">
            <w:pPr>
              <w:jc w:val="left"/>
              <w:rPr>
                <w:lang w:val="sr-Cyrl-RS"/>
              </w:rPr>
            </w:pPr>
            <w:r w:rsidRPr="00347368">
              <w:t xml:space="preserve">A </w:t>
            </w:r>
            <w:r w:rsidR="005F1D21">
              <w:rPr>
                <w:lang w:val="sr-Cyrl-RS"/>
              </w:rPr>
              <w:t>С</w:t>
            </w:r>
            <w:proofErr w:type="spellStart"/>
            <w:r w:rsidR="005F1D21" w:rsidRPr="005F1D21">
              <w:t>тручњак</w:t>
            </w:r>
            <w:proofErr w:type="spellEnd"/>
            <w:r w:rsidR="005F1D21" w:rsidRPr="005F1D21">
              <w:t xml:space="preserve"> </w:t>
            </w:r>
            <w:proofErr w:type="spellStart"/>
            <w:r w:rsidR="005F1D21" w:rsidRPr="005F1D21">
              <w:t>за</w:t>
            </w:r>
            <w:proofErr w:type="spellEnd"/>
            <w:r w:rsidR="005F1D21" w:rsidRPr="005F1D21">
              <w:t xml:space="preserve"> </w:t>
            </w:r>
            <w:proofErr w:type="spellStart"/>
            <w:r w:rsidR="005F1D21" w:rsidRPr="005F1D21">
              <w:t>социјална</w:t>
            </w:r>
            <w:proofErr w:type="spellEnd"/>
            <w:r w:rsidR="005F1D21" w:rsidRPr="005F1D21">
              <w:t xml:space="preserve"> </w:t>
            </w:r>
            <w:proofErr w:type="spellStart"/>
            <w:r w:rsidR="005F1D21" w:rsidRPr="005F1D21">
              <w:t>питања</w:t>
            </w:r>
            <w:proofErr w:type="spellEnd"/>
            <w:r w:rsidR="005F1D21" w:rsidRPr="005F1D21">
              <w:t xml:space="preserve">, </w:t>
            </w:r>
            <w:proofErr w:type="spellStart"/>
            <w:r w:rsidR="005F1D21" w:rsidRPr="005F1D21">
              <w:t>стручњак</w:t>
            </w:r>
            <w:proofErr w:type="spellEnd"/>
            <w:r w:rsidR="005F1D21" w:rsidRPr="005F1D21">
              <w:t xml:space="preserve"> </w:t>
            </w:r>
            <w:proofErr w:type="spellStart"/>
            <w:r w:rsidR="005F1D21" w:rsidRPr="005F1D21">
              <w:t>за</w:t>
            </w:r>
            <w:proofErr w:type="spellEnd"/>
            <w:r w:rsidR="005F1D21" w:rsidRPr="005F1D21">
              <w:t xml:space="preserve"> </w:t>
            </w:r>
            <w:proofErr w:type="spellStart"/>
            <w:r w:rsidR="005F1D21" w:rsidRPr="005F1D21">
              <w:t>заштиту</w:t>
            </w:r>
            <w:proofErr w:type="spellEnd"/>
            <w:r w:rsidR="005F1D21" w:rsidRPr="005F1D21">
              <w:t xml:space="preserve"> </w:t>
            </w:r>
            <w:proofErr w:type="spellStart"/>
            <w:r w:rsidR="005F1D21" w:rsidRPr="005F1D21">
              <w:t>животне</w:t>
            </w:r>
            <w:proofErr w:type="spellEnd"/>
            <w:r w:rsidR="005F1D21" w:rsidRPr="005F1D21">
              <w:t xml:space="preserve"> </w:t>
            </w:r>
            <w:proofErr w:type="spellStart"/>
            <w:r w:rsidR="005F1D21" w:rsidRPr="005F1D21">
              <w:t>средине</w:t>
            </w:r>
            <w:proofErr w:type="spellEnd"/>
            <w:r w:rsidR="005F1D21" w:rsidRPr="005F1D21">
              <w:t xml:space="preserve">, </w:t>
            </w:r>
            <w:proofErr w:type="spellStart"/>
            <w:r w:rsidR="005F1D21" w:rsidRPr="005F1D21">
              <w:t>стручњака</w:t>
            </w:r>
            <w:proofErr w:type="spellEnd"/>
            <w:r w:rsidR="005F1D21" w:rsidRPr="005F1D21">
              <w:t xml:space="preserve"> </w:t>
            </w:r>
            <w:proofErr w:type="spellStart"/>
            <w:r w:rsidR="005F1D21" w:rsidRPr="005F1D21">
              <w:t>за</w:t>
            </w:r>
            <w:proofErr w:type="spellEnd"/>
            <w:r w:rsidR="005F1D21" w:rsidRPr="005F1D21">
              <w:t xml:space="preserve"> </w:t>
            </w:r>
            <w:r w:rsidR="005F1D21" w:rsidRPr="00347368">
              <w:t xml:space="preserve">OHS </w:t>
            </w:r>
            <w:r w:rsidR="005F1D21" w:rsidRPr="005F1D21">
              <w:t xml:space="preserve">и </w:t>
            </w:r>
            <w:proofErr w:type="spellStart"/>
            <w:r w:rsidR="005F1D21" w:rsidRPr="005F1D21">
              <w:t>стручњак</w:t>
            </w:r>
            <w:proofErr w:type="spellEnd"/>
            <w:r w:rsidR="005F1D21" w:rsidRPr="005F1D21">
              <w:t xml:space="preserve"> </w:t>
            </w:r>
            <w:proofErr w:type="spellStart"/>
            <w:r w:rsidR="005F1D21" w:rsidRPr="005F1D21">
              <w:t>за</w:t>
            </w:r>
            <w:proofErr w:type="spellEnd"/>
            <w:r w:rsidR="005F1D21" w:rsidRPr="005F1D21">
              <w:t xml:space="preserve"> </w:t>
            </w:r>
            <w:proofErr w:type="spellStart"/>
            <w:r w:rsidR="005F1D21" w:rsidRPr="005F1D21">
              <w:t>укључивање</w:t>
            </w:r>
            <w:proofErr w:type="spellEnd"/>
            <w:r w:rsidR="005F1D21" w:rsidRPr="005F1D21">
              <w:t xml:space="preserve"> </w:t>
            </w:r>
            <w:proofErr w:type="spellStart"/>
            <w:r w:rsidR="005F1D21" w:rsidRPr="005F1D21">
              <w:t>заинтересованих</w:t>
            </w:r>
            <w:proofErr w:type="spellEnd"/>
            <w:r w:rsidR="005F1D21" w:rsidRPr="005F1D21">
              <w:t xml:space="preserve"> </w:t>
            </w:r>
            <w:proofErr w:type="spellStart"/>
            <w:r w:rsidR="005F1D21" w:rsidRPr="005F1D21">
              <w:t>страна</w:t>
            </w:r>
            <w:proofErr w:type="spellEnd"/>
            <w:r w:rsidR="005F1D21">
              <w:rPr>
                <w:lang w:val="sr-Cyrl-RS"/>
              </w:rPr>
              <w:t xml:space="preserve"> додељени ЈИП-у</w:t>
            </w:r>
          </w:p>
          <w:p w14:paraId="5B64DAA2" w14:textId="0300DC6D" w:rsidR="001632C4" w:rsidRPr="00842D45" w:rsidRDefault="001632C4" w:rsidP="00347368">
            <w:pPr>
              <w:jc w:val="left"/>
              <w:rPr>
                <w:lang w:val="sr-Cyrl-RS"/>
              </w:rPr>
            </w:pPr>
            <w:r w:rsidRPr="00347368">
              <w:t>B</w:t>
            </w:r>
            <w:r w:rsidRPr="00842D45">
              <w:rPr>
                <w:lang w:val="sr-Cyrl-RS"/>
              </w:rPr>
              <w:t xml:space="preserve"> </w:t>
            </w:r>
            <w:r w:rsidR="005F1D21" w:rsidRPr="00842D45">
              <w:rPr>
                <w:lang w:val="sr-Cyrl-RS"/>
              </w:rPr>
              <w:t>Припремљен План развоја капацитета и спроведена кључна обука за раднике</w:t>
            </w:r>
          </w:p>
          <w:p w14:paraId="47246725" w14:textId="77777777" w:rsidR="001632C4" w:rsidRPr="00842D45" w:rsidRDefault="001632C4" w:rsidP="00347368">
            <w:pPr>
              <w:jc w:val="left"/>
              <w:rPr>
                <w:lang w:val="sr-Cyrl-RS"/>
              </w:rPr>
            </w:pPr>
          </w:p>
          <w:p w14:paraId="5A95DEAA" w14:textId="7DAFDC81" w:rsidR="001632C4" w:rsidRPr="005F1D21" w:rsidRDefault="007439D8" w:rsidP="00347368">
            <w:pPr>
              <w:jc w:val="left"/>
              <w:rPr>
                <w:lang w:val="sr-Cyrl-RS"/>
              </w:rPr>
            </w:pPr>
            <w:r w:rsidRPr="00842D45">
              <w:rPr>
                <w:lang w:val="sr-Cyrl-RS"/>
              </w:rPr>
              <w:t xml:space="preserve">1.1 </w:t>
            </w:r>
            <w:r w:rsidR="005F1D21" w:rsidRPr="00842D45">
              <w:rPr>
                <w:lang w:val="sr-Cyrl-RS"/>
              </w:rPr>
              <w:t>Припремљена, усвојена, спроведена и праћена Студија о процени утицаја на животну средину и социјална питања и План управљања животном средином и социјалним питањима за инфраструктуру планирану у оквиру Фазе</w:t>
            </w:r>
            <w:r w:rsidR="005F1D21">
              <w:rPr>
                <w:lang w:val="sr-Cyrl-RS"/>
              </w:rPr>
              <w:t xml:space="preserve"> 1</w:t>
            </w:r>
          </w:p>
          <w:p w14:paraId="5B315C7E" w14:textId="43C0E619" w:rsidR="55D87D47" w:rsidRPr="00842D45" w:rsidRDefault="55D87D47" w:rsidP="00347368">
            <w:pPr>
              <w:jc w:val="left"/>
              <w:rPr>
                <w:rFonts w:eastAsia="Segoe UI" w:cs="Segoe UI"/>
                <w:lang w:val="sr-Cyrl-RS"/>
              </w:rPr>
            </w:pPr>
            <w:r w:rsidRPr="00842D45">
              <w:rPr>
                <w:rFonts w:eastAsia="Segoe UI" w:cs="Segoe UI"/>
                <w:lang w:val="sr-Cyrl-RS"/>
              </w:rPr>
              <w:lastRenderedPageBreak/>
              <w:t xml:space="preserve">1.4 </w:t>
            </w:r>
            <w:r w:rsidR="00F00D43" w:rsidRPr="00842D45">
              <w:rPr>
                <w:rFonts w:eastAsia="Segoe UI" w:cs="Segoe UI"/>
                <w:lang w:val="sr-Cyrl-RS"/>
              </w:rPr>
              <w:t xml:space="preserve">Припремљен и усвојен </w:t>
            </w:r>
            <w:r w:rsidR="00F00D43" w:rsidRPr="00F00D43">
              <w:rPr>
                <w:rFonts w:eastAsia="Segoe UI" w:cs="Segoe UI"/>
              </w:rPr>
              <w:t>CERC</w:t>
            </w:r>
            <w:r w:rsidR="00F00D43" w:rsidRPr="00842D45">
              <w:rPr>
                <w:rFonts w:eastAsia="Segoe UI" w:cs="Segoe UI"/>
                <w:lang w:val="sr-Cyrl-RS"/>
              </w:rPr>
              <w:t xml:space="preserve"> Приручник, укључујући Еколошки и социјални управљачки оквир специфичан за </w:t>
            </w:r>
            <w:r w:rsidR="00F00D43" w:rsidRPr="00F00D43">
              <w:rPr>
                <w:rFonts w:eastAsia="Segoe UI" w:cs="Segoe UI"/>
              </w:rPr>
              <w:t>CERC</w:t>
            </w:r>
            <w:r w:rsidR="00F00D43" w:rsidRPr="00842D45">
              <w:rPr>
                <w:rFonts w:eastAsia="Segoe UI" w:cs="Segoe UI"/>
                <w:lang w:val="sr-Cyrl-RS"/>
              </w:rPr>
              <w:t xml:space="preserve"> (</w:t>
            </w:r>
            <w:r w:rsidR="00F00D43" w:rsidRPr="00F00D43">
              <w:rPr>
                <w:rFonts w:eastAsia="Segoe UI" w:cs="Segoe UI"/>
              </w:rPr>
              <w:t>CERC</w:t>
            </w:r>
            <w:r w:rsidR="00F00D43" w:rsidRPr="00842D45">
              <w:rPr>
                <w:rFonts w:eastAsia="Segoe UI" w:cs="Segoe UI"/>
                <w:lang w:val="sr-Cyrl-RS"/>
              </w:rPr>
              <w:t>-</w:t>
            </w:r>
            <w:r w:rsidR="00F00D43" w:rsidRPr="00F00D43">
              <w:rPr>
                <w:rFonts w:eastAsia="Segoe UI" w:cs="Segoe UI"/>
              </w:rPr>
              <w:t>ESMF</w:t>
            </w:r>
            <w:r w:rsidR="00F00D43" w:rsidRPr="00842D45">
              <w:rPr>
                <w:rFonts w:eastAsia="Segoe UI" w:cs="Segoe UI"/>
                <w:lang w:val="sr-Cyrl-RS"/>
              </w:rPr>
              <w:t>)</w:t>
            </w:r>
            <w:r w:rsidRPr="00842D45">
              <w:rPr>
                <w:rFonts w:eastAsia="Segoe UI" w:cs="Segoe UI"/>
                <w:lang w:val="sr-Cyrl-RS"/>
              </w:rPr>
              <w:t>.</w:t>
            </w:r>
          </w:p>
          <w:p w14:paraId="428C12FF" w14:textId="3706579F" w:rsidR="001632C4" w:rsidRPr="00842D45" w:rsidRDefault="001632C4" w:rsidP="00347368">
            <w:pPr>
              <w:jc w:val="left"/>
              <w:rPr>
                <w:lang w:val="sr-Cyrl-RS"/>
              </w:rPr>
            </w:pPr>
            <w:r w:rsidRPr="00842D45">
              <w:rPr>
                <w:lang w:val="sr-Cyrl-RS"/>
              </w:rPr>
              <w:t xml:space="preserve">2.1 </w:t>
            </w:r>
            <w:r w:rsidR="00F00D43" w:rsidRPr="00842D45">
              <w:rPr>
                <w:lang w:val="sr-Cyrl-RS"/>
              </w:rPr>
              <w:t xml:space="preserve">Усвојене Процедуре управљања радом, укључујући 2.3 Процедуру за </w:t>
            </w:r>
            <w:r w:rsidR="00F00D43">
              <w:rPr>
                <w:lang w:val="sr-Cyrl-RS"/>
              </w:rPr>
              <w:t>притужбе</w:t>
            </w:r>
            <w:r w:rsidR="00F00D43" w:rsidRPr="00842D45">
              <w:rPr>
                <w:lang w:val="sr-Cyrl-RS"/>
              </w:rPr>
              <w:t xml:space="preserve"> радника</w:t>
            </w:r>
          </w:p>
          <w:p w14:paraId="048B889E" w14:textId="17973ACD" w:rsidR="00475086" w:rsidRPr="00842D45" w:rsidRDefault="00475086" w:rsidP="00347368">
            <w:pPr>
              <w:jc w:val="left"/>
              <w:rPr>
                <w:lang w:val="sr-Cyrl-RS"/>
              </w:rPr>
            </w:pPr>
            <w:r w:rsidRPr="00842D45">
              <w:rPr>
                <w:lang w:val="sr-Cyrl-RS"/>
              </w:rPr>
              <w:t xml:space="preserve">2.2 </w:t>
            </w:r>
            <w:r w:rsidR="00415FF8" w:rsidRPr="00842D45">
              <w:rPr>
                <w:lang w:val="sr-Cyrl-RS"/>
              </w:rPr>
              <w:t>Усвојен План управљања</w:t>
            </w:r>
            <w:r w:rsidR="00415FF8">
              <w:rPr>
                <w:lang w:val="sr-Cyrl-RS"/>
              </w:rPr>
              <w:t xml:space="preserve"> </w:t>
            </w:r>
            <w:r w:rsidRPr="00347368">
              <w:t>OHS</w:t>
            </w:r>
            <w:r w:rsidR="00415FF8">
              <w:rPr>
                <w:lang w:val="sr-Cyrl-RS"/>
              </w:rPr>
              <w:t>-ом</w:t>
            </w:r>
          </w:p>
          <w:p w14:paraId="35C001C9" w14:textId="606935AC" w:rsidR="00B17B86" w:rsidRPr="00842D45" w:rsidRDefault="001632C4" w:rsidP="00347368">
            <w:pPr>
              <w:jc w:val="left"/>
              <w:rPr>
                <w:lang w:val="sr-Cyrl-RS"/>
              </w:rPr>
            </w:pPr>
            <w:r w:rsidRPr="00842D45">
              <w:rPr>
                <w:lang w:val="sr-Cyrl-RS"/>
              </w:rPr>
              <w:t xml:space="preserve">3.1 </w:t>
            </w:r>
            <w:r w:rsidR="00415FF8" w:rsidRPr="00842D45">
              <w:rPr>
                <w:lang w:val="sr-Cyrl-RS"/>
              </w:rPr>
              <w:t>Усвојен План управљања отпадом</w:t>
            </w:r>
          </w:p>
          <w:p w14:paraId="746AA366" w14:textId="0CDAFBA1" w:rsidR="000E7123" w:rsidRPr="00842D45" w:rsidRDefault="000E7123" w:rsidP="00347368">
            <w:pPr>
              <w:jc w:val="left"/>
              <w:rPr>
                <w:lang w:val="sr-Cyrl-RS"/>
              </w:rPr>
            </w:pPr>
            <w:r w:rsidRPr="00842D45">
              <w:rPr>
                <w:lang w:val="sr-Cyrl-RS"/>
              </w:rPr>
              <w:t xml:space="preserve">4.2 </w:t>
            </w:r>
            <w:r w:rsidR="00415FF8" w:rsidRPr="00842D45">
              <w:rPr>
                <w:lang w:val="sr-Cyrl-RS"/>
              </w:rPr>
              <w:t>Процена опасности и ризика, План здравља и безбедности заједнице укључујући Спремност и реаговање у ванредним ситуацијама</w:t>
            </w:r>
          </w:p>
          <w:p w14:paraId="2A66B3F0" w14:textId="633BFEB0" w:rsidR="001632C4" w:rsidRPr="00415FF8" w:rsidRDefault="001632C4" w:rsidP="00347368">
            <w:pPr>
              <w:jc w:val="left"/>
              <w:rPr>
                <w:lang w:val="sr-Cyrl-RS"/>
              </w:rPr>
            </w:pPr>
            <w:r w:rsidRPr="00842D45">
              <w:rPr>
                <w:lang w:val="sr-Cyrl-RS"/>
              </w:rPr>
              <w:t xml:space="preserve">4.3 </w:t>
            </w:r>
            <w:r w:rsidR="00415FF8" w:rsidRPr="00842D45">
              <w:rPr>
                <w:lang w:val="sr-Cyrl-RS"/>
              </w:rPr>
              <w:t xml:space="preserve">Усвојен Акциони план за </w:t>
            </w:r>
            <w:r w:rsidRPr="00347368">
              <w:t>SEA</w:t>
            </w:r>
            <w:r w:rsidRPr="00842D45">
              <w:rPr>
                <w:lang w:val="sr-Cyrl-RS"/>
              </w:rPr>
              <w:t>/</w:t>
            </w:r>
            <w:r w:rsidRPr="00347368">
              <w:t>SH</w:t>
            </w:r>
          </w:p>
          <w:p w14:paraId="4111D854" w14:textId="0B626D6F" w:rsidR="001632C4" w:rsidRPr="00842D45" w:rsidRDefault="001632C4" w:rsidP="00347368">
            <w:pPr>
              <w:jc w:val="left"/>
              <w:rPr>
                <w:lang w:val="sr-Cyrl-RS"/>
              </w:rPr>
            </w:pPr>
            <w:r w:rsidRPr="00842D45">
              <w:rPr>
                <w:lang w:val="sr-Cyrl-RS"/>
              </w:rPr>
              <w:t xml:space="preserve">4.4 </w:t>
            </w:r>
            <w:r w:rsidR="00415FF8" w:rsidRPr="00842D45">
              <w:rPr>
                <w:lang w:val="sr-Cyrl-RS"/>
              </w:rPr>
              <w:t>Усвојен План управљања безбедношћу</w:t>
            </w:r>
          </w:p>
          <w:p w14:paraId="64A4D5B2" w14:textId="076DED07" w:rsidR="001632C4" w:rsidRPr="00725EFD" w:rsidRDefault="001632C4" w:rsidP="00347368">
            <w:pPr>
              <w:jc w:val="left"/>
              <w:rPr>
                <w:lang w:val="sr-Cyrl-RS"/>
              </w:rPr>
            </w:pPr>
            <w:r w:rsidRPr="00842D45">
              <w:rPr>
                <w:lang w:val="sr-Cyrl-RS"/>
              </w:rPr>
              <w:t xml:space="preserve">5.1 </w:t>
            </w:r>
            <w:r w:rsidR="00415FF8" w:rsidRPr="00842D45">
              <w:rPr>
                <w:lang w:val="sr-Cyrl-RS"/>
              </w:rPr>
              <w:t xml:space="preserve">Припремљен, спроведен и ревидиран Оквир политике </w:t>
            </w:r>
            <w:r w:rsidR="0083119B">
              <w:rPr>
                <w:lang w:val="sr-Cyrl-RS"/>
              </w:rPr>
              <w:t>експропријације</w:t>
            </w:r>
            <w:r w:rsidR="00415FF8" w:rsidRPr="00842D45">
              <w:rPr>
                <w:lang w:val="sr-Cyrl-RS"/>
              </w:rPr>
              <w:t xml:space="preserve"> и повезани Акциони планови </w:t>
            </w:r>
            <w:r w:rsidR="0083119B">
              <w:rPr>
                <w:lang w:val="sr-Cyrl-RS"/>
              </w:rPr>
              <w:t>експропријације</w:t>
            </w:r>
            <w:r w:rsidR="00415FF8" w:rsidRPr="00842D45">
              <w:rPr>
                <w:lang w:val="sr-Cyrl-RS"/>
              </w:rPr>
              <w:t xml:space="preserve">, укључујући мере за </w:t>
            </w:r>
            <w:r w:rsidR="00725EFD">
              <w:rPr>
                <w:lang w:val="sr-Cyrl-RS"/>
              </w:rPr>
              <w:t>изворе прихода</w:t>
            </w:r>
          </w:p>
          <w:p w14:paraId="7B422C8B" w14:textId="7197A5A1" w:rsidR="001632C4" w:rsidRPr="00842D45" w:rsidRDefault="5198BE53" w:rsidP="00347368">
            <w:pPr>
              <w:jc w:val="left"/>
              <w:rPr>
                <w:lang w:val="sr-Cyrl-RS"/>
              </w:rPr>
            </w:pPr>
            <w:r w:rsidRPr="00842D45">
              <w:rPr>
                <w:lang w:val="sr-Cyrl-RS"/>
              </w:rPr>
              <w:t>6.1</w:t>
            </w:r>
            <w:r w:rsidR="739059A4" w:rsidRPr="00842D45">
              <w:rPr>
                <w:lang w:val="sr-Cyrl-RS"/>
              </w:rPr>
              <w:t xml:space="preserve"> </w:t>
            </w:r>
            <w:r w:rsidR="00725EFD" w:rsidRPr="00842D45">
              <w:rPr>
                <w:lang w:val="sr-Cyrl-RS"/>
              </w:rPr>
              <w:t>Припремљен План управљања биодиверзитетом</w:t>
            </w:r>
          </w:p>
          <w:p w14:paraId="34B3DAE4" w14:textId="56A71937" w:rsidR="001632C4" w:rsidRPr="00842D45" w:rsidRDefault="001632C4" w:rsidP="00347368">
            <w:pPr>
              <w:jc w:val="left"/>
              <w:rPr>
                <w:lang w:val="sr-Cyrl-RS"/>
              </w:rPr>
            </w:pPr>
            <w:r w:rsidRPr="00842D45">
              <w:rPr>
                <w:lang w:val="sr-Cyrl-RS"/>
              </w:rPr>
              <w:t xml:space="preserve">8.1 </w:t>
            </w:r>
            <w:r w:rsidR="00725EFD" w:rsidRPr="00842D45">
              <w:rPr>
                <w:lang w:val="sr-Cyrl-RS"/>
              </w:rPr>
              <w:t>Усвојен План управљања културним наслеђем, укључујући Процедуре у случају случајних археолошких налаза</w:t>
            </w:r>
          </w:p>
          <w:p w14:paraId="72E1232F" w14:textId="1B16B08F" w:rsidR="001632C4" w:rsidRPr="00842D45" w:rsidRDefault="001632C4" w:rsidP="00347368">
            <w:pPr>
              <w:jc w:val="left"/>
              <w:rPr>
                <w:lang w:val="sr-Cyrl-RS"/>
              </w:rPr>
            </w:pPr>
            <w:r w:rsidRPr="00842D45">
              <w:rPr>
                <w:lang w:val="sr-Cyrl-RS"/>
              </w:rPr>
              <w:t xml:space="preserve">10.1 </w:t>
            </w:r>
            <w:r w:rsidR="00725EFD" w:rsidRPr="00842D45">
              <w:rPr>
                <w:lang w:val="sr-Cyrl-RS"/>
              </w:rPr>
              <w:t>Усвојен и ажуриран План укључивања заинтересованих страна ради подршке изградњи и раду</w:t>
            </w:r>
            <w:r w:rsidR="00F064AF" w:rsidRPr="00842D45">
              <w:rPr>
                <w:lang w:val="sr-Cyrl-RS"/>
              </w:rPr>
              <w:t>.</w:t>
            </w:r>
          </w:p>
          <w:p w14:paraId="1C8CF18F" w14:textId="61AFF4E6" w:rsidR="001632C4" w:rsidRPr="00842D45" w:rsidRDefault="001632C4" w:rsidP="00347368">
            <w:pPr>
              <w:jc w:val="left"/>
              <w:rPr>
                <w:lang w:val="sr-Cyrl-RS"/>
              </w:rPr>
            </w:pPr>
            <w:r w:rsidRPr="00842D45">
              <w:rPr>
                <w:lang w:val="sr-Cyrl-RS"/>
              </w:rPr>
              <w:t xml:space="preserve">10.2 </w:t>
            </w:r>
            <w:r w:rsidR="00725EFD" w:rsidRPr="00842D45">
              <w:rPr>
                <w:lang w:val="sr-Cyrl-RS"/>
              </w:rPr>
              <w:t xml:space="preserve">Операционализован Пројектни механизам за </w:t>
            </w:r>
            <w:r w:rsidR="00725EFD">
              <w:rPr>
                <w:lang w:val="sr-Cyrl-RS"/>
              </w:rPr>
              <w:t>притужбе</w:t>
            </w:r>
            <w:r w:rsidRPr="00842D45">
              <w:rPr>
                <w:lang w:val="sr-Cyrl-RS"/>
              </w:rPr>
              <w:t>.</w:t>
            </w:r>
          </w:p>
        </w:tc>
      </w:tr>
    </w:tbl>
    <w:p w14:paraId="41676E41" w14:textId="2AFBC429" w:rsidR="00C13574" w:rsidRPr="00842D45" w:rsidRDefault="00C13574" w:rsidP="00347368">
      <w:pPr>
        <w:spacing w:line="240" w:lineRule="auto"/>
        <w:jc w:val="left"/>
        <w:rPr>
          <w:lang w:val="sr-Cyrl-RS"/>
        </w:rPr>
      </w:pPr>
    </w:p>
    <w:sectPr w:rsidR="00C13574" w:rsidRPr="00842D45" w:rsidSect="00933E14">
      <w:headerReference w:type="default" r:id="rId1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DB1A" w14:textId="77777777" w:rsidR="00D03DF8" w:rsidRDefault="00D03DF8" w:rsidP="0028127D">
      <w:pPr>
        <w:spacing w:after="0" w:line="240" w:lineRule="auto"/>
      </w:pPr>
      <w:r>
        <w:separator/>
      </w:r>
    </w:p>
  </w:endnote>
  <w:endnote w:type="continuationSeparator" w:id="0">
    <w:p w14:paraId="3BBC9BC2" w14:textId="77777777" w:rsidR="00D03DF8" w:rsidRDefault="00D03DF8" w:rsidP="0028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BA6E" w14:textId="35950C0D" w:rsidR="007000D1" w:rsidRDefault="007000D1">
    <w:pPr>
      <w:pStyle w:val="Podnojestranice"/>
    </w:pPr>
    <w:r>
      <w:rPr>
        <w:noProof/>
      </w:rPr>
      <mc:AlternateContent>
        <mc:Choice Requires="wps">
          <w:drawing>
            <wp:anchor distT="0" distB="0" distL="0" distR="0" simplePos="0" relativeHeight="251658242" behindDoc="0" locked="0" layoutInCell="1" allowOverlap="1" wp14:anchorId="31FC1169" wp14:editId="6C164600">
              <wp:simplePos x="635" y="635"/>
              <wp:positionH relativeFrom="page">
                <wp:align>right</wp:align>
              </wp:positionH>
              <wp:positionV relativeFrom="page">
                <wp:align>bottom</wp:align>
              </wp:positionV>
              <wp:extent cx="1170305" cy="357505"/>
              <wp:effectExtent l="0" t="0" r="0" b="0"/>
              <wp:wrapNone/>
              <wp:docPr id="418622401"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FC1169" id="_x0000_t202" coordsize="21600,21600" o:spt="202" path="m,l,21600r21600,l21600,xe">
              <v:stroke joinstyle="miter"/>
              <v:path gradientshapeok="t" o:connecttype="rect"/>
            </v:shapetype>
            <v:shape id="Text Box 4" o:spid="_x0000_s1026" type="#_x0000_t202" alt="Official Use Only" style="position:absolute;left:0;text-align:left;margin-left:40.95pt;margin-top:0;width:92.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" filled="f" stroked="f">
              <v:textbox style="mso-fit-shape-to-text:t" inset="0,0,20pt,15pt">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024C" w14:textId="0667F9C1" w:rsidR="005124A1" w:rsidRDefault="007000D1">
    <w:pPr>
      <w:pStyle w:val="Podnojestranice"/>
      <w:pBdr>
        <w:top w:val="single" w:sz="4" w:space="1" w:color="D9D9D9" w:themeColor="background1" w:themeShade="D9"/>
      </w:pBdr>
      <w:jc w:val="right"/>
    </w:pPr>
    <w:r>
      <w:rPr>
        <w:noProof/>
      </w:rPr>
      <mc:AlternateContent>
        <mc:Choice Requires="wps">
          <w:drawing>
            <wp:anchor distT="0" distB="0" distL="0" distR="0" simplePos="0" relativeHeight="251658243" behindDoc="0" locked="0" layoutInCell="1" allowOverlap="1" wp14:anchorId="11F500BF" wp14:editId="71617C42">
              <wp:simplePos x="914400" y="6962987"/>
              <wp:positionH relativeFrom="page">
                <wp:align>right</wp:align>
              </wp:positionH>
              <wp:positionV relativeFrom="page">
                <wp:align>bottom</wp:align>
              </wp:positionV>
              <wp:extent cx="1170305" cy="357505"/>
              <wp:effectExtent l="0" t="0" r="0" b="0"/>
              <wp:wrapNone/>
              <wp:docPr id="2004087248"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75F16DD" w14:textId="06CE65E5" w:rsidR="007000D1" w:rsidRPr="007000D1" w:rsidRDefault="00CA333A" w:rsidP="007000D1">
                          <w:pPr>
                            <w:spacing w:after="0"/>
                            <w:rPr>
                              <w:rFonts w:eastAsia="Aptos" w:cs="Aptos"/>
                              <w:noProof/>
                              <w:color w:val="000000"/>
                              <w:sz w:val="20"/>
                              <w:szCs w:val="20"/>
                            </w:rPr>
                          </w:pPr>
                          <w:r w:rsidRPr="00CA333A">
                            <w:rPr>
                              <w:rFonts w:eastAsia="Aptos" w:cs="Aptos"/>
                              <w:noProof/>
                              <w:color w:val="000000"/>
                              <w:sz w:val="20"/>
                              <w:szCs w:val="20"/>
                            </w:rPr>
                            <w:t>Само за службену употребу</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F500BF" id="_x0000_t202" coordsize="21600,21600" o:spt="202" path="m,l,21600r21600,l21600,xe">
              <v:stroke joinstyle="miter"/>
              <v:path gradientshapeok="t" o:connecttype="rect"/>
            </v:shapetype>
            <v:shape id="Text Box 5" o:spid="_x0000_s1027" type="#_x0000_t202" alt="Official Use Only" style="position:absolute;left:0;text-align:left;margin-left:40.95pt;margin-top:0;width:92.15pt;height:28.1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" filled="f" stroked="f">
              <v:textbox style="mso-fit-shape-to-text:t" inset="0,0,20pt,15pt">
                <w:txbxContent>
                  <w:p w14:paraId="075F16DD" w14:textId="06CE65E5" w:rsidR="007000D1" w:rsidRPr="007000D1" w:rsidRDefault="00CA333A" w:rsidP="007000D1">
                    <w:pPr>
                      <w:spacing w:after="0"/>
                      <w:rPr>
                        <w:rFonts w:eastAsia="Aptos" w:cs="Aptos"/>
                        <w:noProof/>
                        <w:color w:val="000000"/>
                        <w:sz w:val="20"/>
                        <w:szCs w:val="20"/>
                      </w:rPr>
                    </w:pPr>
                    <w:r w:rsidRPr="00CA333A">
                      <w:rPr>
                        <w:rFonts w:eastAsia="Aptos" w:cs="Aptos"/>
                        <w:noProof/>
                        <w:color w:val="000000"/>
                        <w:sz w:val="20"/>
                        <w:szCs w:val="20"/>
                      </w:rPr>
                      <w:t>Само за службену употребу</w:t>
                    </w:r>
                  </w:p>
                </w:txbxContent>
              </v:textbox>
              <w10:wrap anchorx="page" anchory="page"/>
            </v:shape>
          </w:pict>
        </mc:Fallback>
      </mc:AlternateContent>
    </w:r>
    <w:sdt>
      <w:sdtPr>
        <w:id w:val="-189909510"/>
        <w:docPartObj>
          <w:docPartGallery w:val="Page Numbers (Bottom of Page)"/>
          <w:docPartUnique/>
        </w:docPartObj>
      </w:sdtPr>
      <w:sdtEndPr>
        <w:rPr>
          <w:color w:val="7F7F7F" w:themeColor="background1" w:themeShade="7F"/>
          <w:spacing w:val="60"/>
        </w:rPr>
      </w:sdtEndPr>
      <w:sdtContent>
        <w:r w:rsidR="005124A1">
          <w:fldChar w:fldCharType="begin"/>
        </w:r>
        <w:r w:rsidR="005124A1">
          <w:instrText xml:space="preserve"> PAGE   \* MERGEFORMAT </w:instrText>
        </w:r>
        <w:r w:rsidR="005124A1">
          <w:fldChar w:fldCharType="separate"/>
        </w:r>
        <w:r w:rsidR="005124A1">
          <w:rPr>
            <w:noProof/>
          </w:rPr>
          <w:t>2</w:t>
        </w:r>
        <w:r w:rsidR="005124A1">
          <w:rPr>
            <w:noProof/>
          </w:rPr>
          <w:fldChar w:fldCharType="end"/>
        </w:r>
        <w:r w:rsidR="00CA333A">
          <w:rPr>
            <w:noProof/>
            <w:lang w:val="sr-Cyrl-RS"/>
          </w:rPr>
          <w:t>.</w:t>
        </w:r>
        <w:r w:rsidR="005124A1">
          <w:t xml:space="preserve"> | </w:t>
        </w:r>
        <w:r w:rsidR="00CA333A">
          <w:rPr>
            <w:color w:val="7F7F7F" w:themeColor="background1" w:themeShade="7F"/>
            <w:spacing w:val="60"/>
            <w:lang w:val="sr-Cyrl-RS"/>
          </w:rPr>
          <w:t>Страна</w:t>
        </w:r>
      </w:sdtContent>
    </w:sdt>
  </w:p>
  <w:p w14:paraId="705AE629" w14:textId="77777777" w:rsidR="005124A1" w:rsidRDefault="005124A1">
    <w:pPr>
      <w:pStyle w:val="Podnojestrani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402C" w14:textId="58D1FE5D" w:rsidR="007000D1" w:rsidRDefault="007000D1">
    <w:pPr>
      <w:pStyle w:val="Podnojestranice"/>
    </w:pPr>
    <w:r>
      <w:rPr>
        <w:noProof/>
      </w:rPr>
      <mc:AlternateContent>
        <mc:Choice Requires="wps">
          <w:drawing>
            <wp:anchor distT="0" distB="0" distL="0" distR="0" simplePos="0" relativeHeight="251658241" behindDoc="0" locked="0" layoutInCell="1" allowOverlap="1" wp14:anchorId="0B180BBB" wp14:editId="70E87F24">
              <wp:simplePos x="635" y="635"/>
              <wp:positionH relativeFrom="page">
                <wp:align>right</wp:align>
              </wp:positionH>
              <wp:positionV relativeFrom="page">
                <wp:align>bottom</wp:align>
              </wp:positionV>
              <wp:extent cx="1170305" cy="357505"/>
              <wp:effectExtent l="0" t="0" r="0" b="0"/>
              <wp:wrapNone/>
              <wp:docPr id="159710788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180BBB" id="_x0000_t202" coordsize="21600,21600" o:spt="202" path="m,l,21600r21600,l21600,xe">
              <v:stroke joinstyle="miter"/>
              <v:path gradientshapeok="t" o:connecttype="rect"/>
            </v:shapetype>
            <v:shape id="Text Box 3" o:spid="_x0000_s1028" type="#_x0000_t202" alt="Official Use Only" style="position:absolute;left:0;text-align:left;margin-left:40.95pt;margin-top:0;width:92.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" filled="f" stroked="f">
              <v:textbox style="mso-fit-shape-to-text:t" inset="0,0,20pt,15pt">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71F1" w14:textId="77777777" w:rsidR="00D03DF8" w:rsidRDefault="00D03DF8" w:rsidP="0028127D">
      <w:pPr>
        <w:spacing w:after="0" w:line="240" w:lineRule="auto"/>
      </w:pPr>
      <w:r>
        <w:separator/>
      </w:r>
    </w:p>
  </w:footnote>
  <w:footnote w:type="continuationSeparator" w:id="0">
    <w:p w14:paraId="4E1D3367" w14:textId="77777777" w:rsidR="00D03DF8" w:rsidRDefault="00D03DF8" w:rsidP="0028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4D95" w14:textId="2DF6398A" w:rsidR="0028127D" w:rsidRPr="00CA333A" w:rsidRDefault="00DA67F8" w:rsidP="00933E14">
    <w:pPr>
      <w:pStyle w:val="Zaglavljestranice"/>
      <w:tabs>
        <w:tab w:val="clear" w:pos="9360"/>
        <w:tab w:val="right" w:pos="12900"/>
      </w:tabs>
      <w:jc w:val="left"/>
      <w:rPr>
        <w:lang w:val="sr-Cyrl-RS"/>
      </w:rPr>
    </w:pPr>
    <w:r w:rsidRPr="00DA67F8">
      <w:rPr>
        <w:noProof/>
      </w:rPr>
      <mc:AlternateContent>
        <mc:Choice Requires="wps">
          <w:drawing>
            <wp:anchor distT="0" distB="0" distL="114300" distR="114300" simplePos="0" relativeHeight="251658240" behindDoc="0" locked="0" layoutInCell="1" allowOverlap="1" wp14:anchorId="5E6C38BB" wp14:editId="4F7D8404">
              <wp:simplePos x="0" y="0"/>
              <wp:positionH relativeFrom="column">
                <wp:posOffset>-26314</wp:posOffset>
              </wp:positionH>
              <wp:positionV relativeFrom="paragraph">
                <wp:posOffset>162213</wp:posOffset>
              </wp:positionV>
              <wp:extent cx="8301963" cy="32892"/>
              <wp:effectExtent l="0" t="0" r="23495" b="24765"/>
              <wp:wrapNone/>
              <wp:docPr id="511074447" name="Straight Connector 1"/>
              <wp:cNvGraphicFramePr/>
              <a:graphic xmlns:a="http://schemas.openxmlformats.org/drawingml/2006/main">
                <a:graphicData uri="http://schemas.microsoft.com/office/word/2010/wordprocessingShape">
                  <wps:wsp>
                    <wps:cNvCnPr/>
                    <wps:spPr>
                      <a:xfrm>
                        <a:off x="0" y="0"/>
                        <a:ext cx="8301963" cy="32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E983230">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05pt,12.75pt" to="651.65pt,15.35pt" w14:anchorId="1DE0E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">
              <v:stroke joinstyle="miter"/>
            </v:line>
          </w:pict>
        </mc:Fallback>
      </mc:AlternateContent>
    </w:r>
    <w:r w:rsidR="00CA333A" w:rsidRPr="00CA333A">
      <w:t xml:space="preserve"> </w:t>
    </w:r>
    <w:r w:rsidR="00CA333A" w:rsidRPr="00CA333A">
      <w:rPr>
        <w:noProof/>
      </w:rPr>
      <w:t>ПЛАН ЕКОЛОШКИХ И СОЦИЈАЛНИХ ОБАВЕЗА</w:t>
    </w:r>
    <w:r w:rsidR="00CA333A">
      <w:rPr>
        <w:noProof/>
        <w:lang w:val="sr-Cyrl-RS"/>
      </w:rPr>
      <w:tab/>
    </w:r>
    <w:r w:rsidR="0028127D" w:rsidRPr="00DA67F8">
      <w:tab/>
    </w:r>
    <w:r w:rsidR="00CA333A">
      <w:rPr>
        <w:lang w:val="sr-Cyrl-RS"/>
      </w:rPr>
      <w:t>Нацрт</w:t>
    </w:r>
    <w:r w:rsidR="00CB479C">
      <w:t xml:space="preserve"> </w:t>
    </w:r>
    <w:r w:rsidR="00CA333A">
      <w:rPr>
        <w:lang w:val="sr-Cyrl-RS"/>
      </w:rPr>
      <w:t xml:space="preserve">јул </w:t>
    </w:r>
    <w:r w:rsidR="0028127D" w:rsidRPr="00DA67F8">
      <w:t>2026</w:t>
    </w:r>
    <w:r w:rsidR="00CA333A">
      <w:rPr>
        <w:lang w:val="sr-Cyrl-RS"/>
      </w:rPr>
      <w:t>. године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sabrojevim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sabrojevim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saznakovimazanabrajanj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saznakovimazanabrajanj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nalisti"/>
      <w:lvlText w:val="%1."/>
      <w:lvlJc w:val="left"/>
      <w:pPr>
        <w:tabs>
          <w:tab w:val="num" w:pos="360"/>
        </w:tabs>
        <w:ind w:left="360" w:hanging="360"/>
      </w:pPr>
    </w:lvl>
  </w:abstractNum>
  <w:abstractNum w:abstractNumId="5" w15:restartNumberingAfterBreak="0">
    <w:nsid w:val="FFFFFF89"/>
    <w:multiLevelType w:val="singleLevel"/>
    <w:tmpl w:val="2C7AAFF4"/>
    <w:lvl w:ilvl="0">
      <w:start w:val="1"/>
      <w:numFmt w:val="bullet"/>
      <w:pStyle w:val="Znakzanabrajanjenalisti"/>
      <w:lvlText w:val=""/>
      <w:lvlJc w:val="left"/>
      <w:pPr>
        <w:tabs>
          <w:tab w:val="num" w:pos="360"/>
        </w:tabs>
        <w:ind w:left="360" w:hanging="360"/>
      </w:pPr>
      <w:rPr>
        <w:rFonts w:ascii="Symbol" w:hAnsi="Symbol" w:hint="default"/>
      </w:rPr>
    </w:lvl>
  </w:abstractNum>
  <w:abstractNum w:abstractNumId="6" w15:restartNumberingAfterBreak="0">
    <w:nsid w:val="02A64334"/>
    <w:multiLevelType w:val="hybridMultilevel"/>
    <w:tmpl w:val="CAD25490"/>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E57F0"/>
    <w:multiLevelType w:val="hybridMultilevel"/>
    <w:tmpl w:val="D444E004"/>
    <w:lvl w:ilvl="0" w:tplc="4BFA1E24">
      <w:start w:val="1"/>
      <w:numFmt w:val="decimal"/>
      <w:pStyle w:val="RPF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FB9"/>
    <w:multiLevelType w:val="hybridMultilevel"/>
    <w:tmpl w:val="7B88A0FE"/>
    <w:lvl w:ilvl="0" w:tplc="106EB94C">
      <w:start w:val="1"/>
      <w:numFmt w:val="decimal"/>
      <w:pStyle w:val="Naslov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930E4"/>
    <w:multiLevelType w:val="multilevel"/>
    <w:tmpl w:val="C89E0B9E"/>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DC54C25"/>
    <w:multiLevelType w:val="hybridMultilevel"/>
    <w:tmpl w:val="E548A346"/>
    <w:lvl w:ilvl="0" w:tplc="76DAF74E">
      <w:start w:val="1"/>
      <w:numFmt w:val="bullet"/>
      <w:lvlText w:val="-"/>
      <w:lvlJc w:val="left"/>
      <w:pPr>
        <w:ind w:left="720" w:hanging="360"/>
      </w:pPr>
      <w:rPr>
        <w:rFonts w:ascii="Aptos" w:eastAsiaTheme="minorEastAsia" w:hAnsi="Apto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A79C3C"/>
    <w:multiLevelType w:val="hybridMultilevel"/>
    <w:tmpl w:val="0C16F416"/>
    <w:lvl w:ilvl="0" w:tplc="92E26A0E">
      <w:start w:val="1"/>
      <w:numFmt w:val="decimal"/>
      <w:lvlText w:val="%1."/>
      <w:lvlJc w:val="left"/>
      <w:pPr>
        <w:ind w:left="720" w:hanging="360"/>
      </w:pPr>
    </w:lvl>
    <w:lvl w:ilvl="1" w:tplc="FB2A4840">
      <w:start w:val="1"/>
      <w:numFmt w:val="lowerLetter"/>
      <w:lvlText w:val="%2."/>
      <w:lvlJc w:val="left"/>
      <w:pPr>
        <w:ind w:left="1440" w:hanging="360"/>
      </w:pPr>
    </w:lvl>
    <w:lvl w:ilvl="2" w:tplc="45C29360">
      <w:start w:val="1"/>
      <w:numFmt w:val="lowerRoman"/>
      <w:lvlText w:val="%3."/>
      <w:lvlJc w:val="right"/>
      <w:pPr>
        <w:ind w:left="2160" w:hanging="180"/>
      </w:pPr>
    </w:lvl>
    <w:lvl w:ilvl="3" w:tplc="2F74D218">
      <w:start w:val="1"/>
      <w:numFmt w:val="decimal"/>
      <w:lvlText w:val="%4."/>
      <w:lvlJc w:val="left"/>
      <w:pPr>
        <w:ind w:left="2880" w:hanging="360"/>
      </w:pPr>
    </w:lvl>
    <w:lvl w:ilvl="4" w:tplc="5B342C5C">
      <w:start w:val="1"/>
      <w:numFmt w:val="lowerLetter"/>
      <w:lvlText w:val="%5."/>
      <w:lvlJc w:val="left"/>
      <w:pPr>
        <w:ind w:left="3600" w:hanging="360"/>
      </w:pPr>
    </w:lvl>
    <w:lvl w:ilvl="5" w:tplc="43D46702">
      <w:start w:val="1"/>
      <w:numFmt w:val="lowerRoman"/>
      <w:lvlText w:val="%6."/>
      <w:lvlJc w:val="right"/>
      <w:pPr>
        <w:ind w:left="4320" w:hanging="180"/>
      </w:pPr>
    </w:lvl>
    <w:lvl w:ilvl="6" w:tplc="18804062">
      <w:start w:val="1"/>
      <w:numFmt w:val="decimal"/>
      <w:lvlText w:val="%7."/>
      <w:lvlJc w:val="left"/>
      <w:pPr>
        <w:ind w:left="5040" w:hanging="360"/>
      </w:pPr>
    </w:lvl>
    <w:lvl w:ilvl="7" w:tplc="59360430">
      <w:start w:val="1"/>
      <w:numFmt w:val="lowerLetter"/>
      <w:lvlText w:val="%8."/>
      <w:lvlJc w:val="left"/>
      <w:pPr>
        <w:ind w:left="5760" w:hanging="360"/>
      </w:pPr>
    </w:lvl>
    <w:lvl w:ilvl="8" w:tplc="231EC128">
      <w:start w:val="1"/>
      <w:numFmt w:val="lowerRoman"/>
      <w:lvlText w:val="%9."/>
      <w:lvlJc w:val="right"/>
      <w:pPr>
        <w:ind w:left="6480" w:hanging="180"/>
      </w:pPr>
    </w:lvl>
  </w:abstractNum>
  <w:abstractNum w:abstractNumId="12" w15:restartNumberingAfterBreak="0">
    <w:nsid w:val="24D37790"/>
    <w:multiLevelType w:val="multilevel"/>
    <w:tmpl w:val="3222A8A6"/>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055B95"/>
    <w:multiLevelType w:val="hybridMultilevel"/>
    <w:tmpl w:val="28CA239A"/>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7A454EC"/>
    <w:multiLevelType w:val="hybridMultilevel"/>
    <w:tmpl w:val="4C023604"/>
    <w:lvl w:ilvl="0" w:tplc="D910ED5C">
      <w:start w:val="1"/>
      <w:numFmt w:val="decimal"/>
      <w:pStyle w:val="Naslov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94AE6"/>
    <w:multiLevelType w:val="hybridMultilevel"/>
    <w:tmpl w:val="41E2DF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DF80E25"/>
    <w:multiLevelType w:val="hybridMultilevel"/>
    <w:tmpl w:val="ECDA1CD4"/>
    <w:lvl w:ilvl="0" w:tplc="C0A06C08">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EA0C64C">
      <w:numFmt w:val="bullet"/>
      <w:lvlText w:val="•"/>
      <w:lvlJc w:val="left"/>
      <w:pPr>
        <w:ind w:left="1584" w:hanging="360"/>
      </w:pPr>
      <w:rPr>
        <w:rFonts w:hint="default"/>
        <w:lang w:val="en-US" w:eastAsia="en-US" w:bidi="ar-SA"/>
      </w:rPr>
    </w:lvl>
    <w:lvl w:ilvl="2" w:tplc="07C68A42">
      <w:numFmt w:val="bullet"/>
      <w:lvlText w:val="•"/>
      <w:lvlJc w:val="left"/>
      <w:pPr>
        <w:ind w:left="2528" w:hanging="360"/>
      </w:pPr>
      <w:rPr>
        <w:rFonts w:hint="default"/>
        <w:lang w:val="en-US" w:eastAsia="en-US" w:bidi="ar-SA"/>
      </w:rPr>
    </w:lvl>
    <w:lvl w:ilvl="3" w:tplc="843201CC">
      <w:numFmt w:val="bullet"/>
      <w:lvlText w:val="•"/>
      <w:lvlJc w:val="left"/>
      <w:pPr>
        <w:ind w:left="3472" w:hanging="360"/>
      </w:pPr>
      <w:rPr>
        <w:rFonts w:hint="default"/>
        <w:lang w:val="en-US" w:eastAsia="en-US" w:bidi="ar-SA"/>
      </w:rPr>
    </w:lvl>
    <w:lvl w:ilvl="4" w:tplc="337C6620">
      <w:numFmt w:val="bullet"/>
      <w:lvlText w:val="•"/>
      <w:lvlJc w:val="left"/>
      <w:pPr>
        <w:ind w:left="4416" w:hanging="360"/>
      </w:pPr>
      <w:rPr>
        <w:rFonts w:hint="default"/>
        <w:lang w:val="en-US" w:eastAsia="en-US" w:bidi="ar-SA"/>
      </w:rPr>
    </w:lvl>
    <w:lvl w:ilvl="5" w:tplc="4ACCD700">
      <w:numFmt w:val="bullet"/>
      <w:lvlText w:val="•"/>
      <w:lvlJc w:val="left"/>
      <w:pPr>
        <w:ind w:left="5360" w:hanging="360"/>
      </w:pPr>
      <w:rPr>
        <w:rFonts w:hint="default"/>
        <w:lang w:val="en-US" w:eastAsia="en-US" w:bidi="ar-SA"/>
      </w:rPr>
    </w:lvl>
    <w:lvl w:ilvl="6" w:tplc="BDD07BB6">
      <w:numFmt w:val="bullet"/>
      <w:lvlText w:val="•"/>
      <w:lvlJc w:val="left"/>
      <w:pPr>
        <w:ind w:left="6304" w:hanging="360"/>
      </w:pPr>
      <w:rPr>
        <w:rFonts w:hint="default"/>
        <w:lang w:val="en-US" w:eastAsia="en-US" w:bidi="ar-SA"/>
      </w:rPr>
    </w:lvl>
    <w:lvl w:ilvl="7" w:tplc="840A19EE">
      <w:numFmt w:val="bullet"/>
      <w:lvlText w:val="•"/>
      <w:lvlJc w:val="left"/>
      <w:pPr>
        <w:ind w:left="7248" w:hanging="360"/>
      </w:pPr>
      <w:rPr>
        <w:rFonts w:hint="default"/>
        <w:lang w:val="en-US" w:eastAsia="en-US" w:bidi="ar-SA"/>
      </w:rPr>
    </w:lvl>
    <w:lvl w:ilvl="8" w:tplc="388CC930">
      <w:numFmt w:val="bullet"/>
      <w:lvlText w:val="•"/>
      <w:lvlJc w:val="left"/>
      <w:pPr>
        <w:ind w:left="8192" w:hanging="360"/>
      </w:pPr>
      <w:rPr>
        <w:rFonts w:hint="default"/>
        <w:lang w:val="en-US" w:eastAsia="en-US" w:bidi="ar-SA"/>
      </w:rPr>
    </w:lvl>
  </w:abstractNum>
  <w:abstractNum w:abstractNumId="17" w15:restartNumberingAfterBreak="0">
    <w:nsid w:val="4A705C66"/>
    <w:multiLevelType w:val="hybridMultilevel"/>
    <w:tmpl w:val="E0C45804"/>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52DC0729"/>
    <w:multiLevelType w:val="hybridMultilevel"/>
    <w:tmpl w:val="C4A21F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FA1DDB"/>
    <w:multiLevelType w:val="hybridMultilevel"/>
    <w:tmpl w:val="A18C0218"/>
    <w:lvl w:ilvl="0" w:tplc="FFFFFFFF">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28" w:hanging="360"/>
      </w:pPr>
      <w:rPr>
        <w:rFonts w:hint="default"/>
        <w:lang w:val="en-US" w:eastAsia="en-US" w:bidi="ar-SA"/>
      </w:rPr>
    </w:lvl>
    <w:lvl w:ilvl="3" w:tplc="FFFFFFFF">
      <w:numFmt w:val="bullet"/>
      <w:lvlText w:val="•"/>
      <w:lvlJc w:val="left"/>
      <w:pPr>
        <w:ind w:left="3472" w:hanging="360"/>
      </w:pPr>
      <w:rPr>
        <w:rFonts w:hint="default"/>
        <w:lang w:val="en-US" w:eastAsia="en-US" w:bidi="ar-SA"/>
      </w:rPr>
    </w:lvl>
    <w:lvl w:ilvl="4" w:tplc="FFFFFFFF">
      <w:numFmt w:val="bullet"/>
      <w:lvlText w:val="•"/>
      <w:lvlJc w:val="left"/>
      <w:pPr>
        <w:ind w:left="4416" w:hanging="360"/>
      </w:pPr>
      <w:rPr>
        <w:rFonts w:hint="default"/>
        <w:lang w:val="en-US" w:eastAsia="en-US" w:bidi="ar-SA"/>
      </w:rPr>
    </w:lvl>
    <w:lvl w:ilvl="5" w:tplc="FFFFFFFF">
      <w:numFmt w:val="bullet"/>
      <w:lvlText w:val="•"/>
      <w:lvlJc w:val="left"/>
      <w:pPr>
        <w:ind w:left="5360" w:hanging="360"/>
      </w:pPr>
      <w:rPr>
        <w:rFonts w:hint="default"/>
        <w:lang w:val="en-US" w:eastAsia="en-US" w:bidi="ar-SA"/>
      </w:rPr>
    </w:lvl>
    <w:lvl w:ilvl="6" w:tplc="FFFFFFFF">
      <w:numFmt w:val="bullet"/>
      <w:lvlText w:val="•"/>
      <w:lvlJc w:val="left"/>
      <w:pPr>
        <w:ind w:left="6304" w:hanging="360"/>
      </w:pPr>
      <w:rPr>
        <w:rFonts w:hint="default"/>
        <w:lang w:val="en-US" w:eastAsia="en-US" w:bidi="ar-SA"/>
      </w:rPr>
    </w:lvl>
    <w:lvl w:ilvl="7" w:tplc="FFFFFFFF">
      <w:numFmt w:val="bullet"/>
      <w:lvlText w:val="•"/>
      <w:lvlJc w:val="left"/>
      <w:pPr>
        <w:ind w:left="7248" w:hanging="360"/>
      </w:pPr>
      <w:rPr>
        <w:rFonts w:hint="default"/>
        <w:lang w:val="en-US" w:eastAsia="en-US" w:bidi="ar-SA"/>
      </w:rPr>
    </w:lvl>
    <w:lvl w:ilvl="8" w:tplc="FFFFFFFF">
      <w:numFmt w:val="bullet"/>
      <w:lvlText w:val="•"/>
      <w:lvlJc w:val="left"/>
      <w:pPr>
        <w:ind w:left="8192" w:hanging="360"/>
      </w:pPr>
      <w:rPr>
        <w:rFonts w:hint="default"/>
        <w:lang w:val="en-US" w:eastAsia="en-US" w:bidi="ar-SA"/>
      </w:rPr>
    </w:lvl>
  </w:abstractNum>
  <w:abstractNum w:abstractNumId="20" w15:restartNumberingAfterBreak="0">
    <w:nsid w:val="6E5C10A4"/>
    <w:multiLevelType w:val="hybridMultilevel"/>
    <w:tmpl w:val="FCBC3CEC"/>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7744F8"/>
    <w:multiLevelType w:val="hybridMultilevel"/>
    <w:tmpl w:val="5286483C"/>
    <w:lvl w:ilvl="0" w:tplc="A8DA2B50">
      <w:start w:val="1"/>
      <w:numFmt w:val="decimal"/>
      <w:pStyle w:val="RPF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218882">
    <w:abstractNumId w:val="11"/>
  </w:num>
  <w:num w:numId="2" w16cid:durableId="1487698984">
    <w:abstractNumId w:val="5"/>
  </w:num>
  <w:num w:numId="3" w16cid:durableId="1889604143">
    <w:abstractNumId w:val="22"/>
  </w:num>
  <w:num w:numId="4" w16cid:durableId="1227958211">
    <w:abstractNumId w:val="7"/>
  </w:num>
  <w:num w:numId="5" w16cid:durableId="1352415095">
    <w:abstractNumId w:val="14"/>
  </w:num>
  <w:num w:numId="6" w16cid:durableId="258367187">
    <w:abstractNumId w:val="8"/>
  </w:num>
  <w:num w:numId="7" w16cid:durableId="761072450">
    <w:abstractNumId w:val="3"/>
  </w:num>
  <w:num w:numId="8" w16cid:durableId="1374308169">
    <w:abstractNumId w:val="2"/>
  </w:num>
  <w:num w:numId="9" w16cid:durableId="791826807">
    <w:abstractNumId w:val="4"/>
  </w:num>
  <w:num w:numId="10" w16cid:durableId="770734390">
    <w:abstractNumId w:val="1"/>
  </w:num>
  <w:num w:numId="11" w16cid:durableId="1998266375">
    <w:abstractNumId w:val="0"/>
  </w:num>
  <w:num w:numId="12" w16cid:durableId="2061443032">
    <w:abstractNumId w:val="9"/>
  </w:num>
  <w:num w:numId="13" w16cid:durableId="527572980">
    <w:abstractNumId w:val="12"/>
  </w:num>
  <w:num w:numId="14" w16cid:durableId="198862802">
    <w:abstractNumId w:val="16"/>
  </w:num>
  <w:num w:numId="15" w16cid:durableId="1773237631">
    <w:abstractNumId w:val="20"/>
  </w:num>
  <w:num w:numId="16" w16cid:durableId="1049955033">
    <w:abstractNumId w:val="10"/>
  </w:num>
  <w:num w:numId="17" w16cid:durableId="1088967598">
    <w:abstractNumId w:val="19"/>
  </w:num>
  <w:num w:numId="18" w16cid:durableId="359355394">
    <w:abstractNumId w:val="6"/>
  </w:num>
  <w:num w:numId="19" w16cid:durableId="1256330213">
    <w:abstractNumId w:val="21"/>
  </w:num>
  <w:num w:numId="20" w16cid:durableId="167910758">
    <w:abstractNumId w:val="15"/>
  </w:num>
  <w:num w:numId="21" w16cid:durableId="905260175">
    <w:abstractNumId w:val="18"/>
  </w:num>
  <w:num w:numId="22" w16cid:durableId="866406889">
    <w:abstractNumId w:val="13"/>
  </w:num>
  <w:num w:numId="23" w16cid:durableId="187256967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AF"/>
    <w:rsid w:val="00007E2E"/>
    <w:rsid w:val="00011442"/>
    <w:rsid w:val="000125A9"/>
    <w:rsid w:val="0001546E"/>
    <w:rsid w:val="00017065"/>
    <w:rsid w:val="000179C8"/>
    <w:rsid w:val="0002224D"/>
    <w:rsid w:val="00024596"/>
    <w:rsid w:val="00030AAC"/>
    <w:rsid w:val="00030B7B"/>
    <w:rsid w:val="000368C7"/>
    <w:rsid w:val="00037777"/>
    <w:rsid w:val="00037EC8"/>
    <w:rsid w:val="00051131"/>
    <w:rsid w:val="00060BAE"/>
    <w:rsid w:val="00063973"/>
    <w:rsid w:val="00066E1C"/>
    <w:rsid w:val="0007473F"/>
    <w:rsid w:val="00074B29"/>
    <w:rsid w:val="000774D1"/>
    <w:rsid w:val="00082FEE"/>
    <w:rsid w:val="00083391"/>
    <w:rsid w:val="0008454D"/>
    <w:rsid w:val="000A23EE"/>
    <w:rsid w:val="000A2BAF"/>
    <w:rsid w:val="000B0016"/>
    <w:rsid w:val="000B02BF"/>
    <w:rsid w:val="000B1C52"/>
    <w:rsid w:val="000B275E"/>
    <w:rsid w:val="000B2CC5"/>
    <w:rsid w:val="000C07EF"/>
    <w:rsid w:val="000D4D69"/>
    <w:rsid w:val="000E1FA9"/>
    <w:rsid w:val="000E4883"/>
    <w:rsid w:val="000E7123"/>
    <w:rsid w:val="000F0874"/>
    <w:rsid w:val="000F7DDB"/>
    <w:rsid w:val="001004CF"/>
    <w:rsid w:val="00104E9E"/>
    <w:rsid w:val="001064F9"/>
    <w:rsid w:val="00107403"/>
    <w:rsid w:val="00110A59"/>
    <w:rsid w:val="00110E2F"/>
    <w:rsid w:val="00114258"/>
    <w:rsid w:val="00115C80"/>
    <w:rsid w:val="00117A66"/>
    <w:rsid w:val="00117B1E"/>
    <w:rsid w:val="00124C5B"/>
    <w:rsid w:val="00133E02"/>
    <w:rsid w:val="0015064E"/>
    <w:rsid w:val="001537B8"/>
    <w:rsid w:val="001548F1"/>
    <w:rsid w:val="00160CC8"/>
    <w:rsid w:val="00161BED"/>
    <w:rsid w:val="001632C4"/>
    <w:rsid w:val="001635B7"/>
    <w:rsid w:val="001714D2"/>
    <w:rsid w:val="00173070"/>
    <w:rsid w:val="0017333E"/>
    <w:rsid w:val="00177DB1"/>
    <w:rsid w:val="00181F52"/>
    <w:rsid w:val="001843C6"/>
    <w:rsid w:val="001930B3"/>
    <w:rsid w:val="00197456"/>
    <w:rsid w:val="00197E6F"/>
    <w:rsid w:val="001A0B46"/>
    <w:rsid w:val="001A3243"/>
    <w:rsid w:val="001A3A1A"/>
    <w:rsid w:val="001A4896"/>
    <w:rsid w:val="001A63B8"/>
    <w:rsid w:val="001B58B7"/>
    <w:rsid w:val="001B7220"/>
    <w:rsid w:val="001D158D"/>
    <w:rsid w:val="001D6E80"/>
    <w:rsid w:val="001E1487"/>
    <w:rsid w:val="001E298D"/>
    <w:rsid w:val="001F04E1"/>
    <w:rsid w:val="001F341B"/>
    <w:rsid w:val="001F5FEF"/>
    <w:rsid w:val="0020088D"/>
    <w:rsid w:val="00207097"/>
    <w:rsid w:val="00211946"/>
    <w:rsid w:val="0022130B"/>
    <w:rsid w:val="00221999"/>
    <w:rsid w:val="002256B0"/>
    <w:rsid w:val="00232AF1"/>
    <w:rsid w:val="00236532"/>
    <w:rsid w:val="0024032A"/>
    <w:rsid w:val="0024092A"/>
    <w:rsid w:val="00243F71"/>
    <w:rsid w:val="00245837"/>
    <w:rsid w:val="002476F1"/>
    <w:rsid w:val="00251236"/>
    <w:rsid w:val="002513FE"/>
    <w:rsid w:val="0025552E"/>
    <w:rsid w:val="00256E74"/>
    <w:rsid w:val="002570A6"/>
    <w:rsid w:val="00272B9F"/>
    <w:rsid w:val="00274752"/>
    <w:rsid w:val="00274A75"/>
    <w:rsid w:val="002804BB"/>
    <w:rsid w:val="0028127D"/>
    <w:rsid w:val="00282172"/>
    <w:rsid w:val="00285F4A"/>
    <w:rsid w:val="00290DE5"/>
    <w:rsid w:val="0029266E"/>
    <w:rsid w:val="0029304C"/>
    <w:rsid w:val="00294000"/>
    <w:rsid w:val="002962C5"/>
    <w:rsid w:val="002A1A9F"/>
    <w:rsid w:val="002A2CA3"/>
    <w:rsid w:val="002A3F4C"/>
    <w:rsid w:val="002A54E1"/>
    <w:rsid w:val="002B0758"/>
    <w:rsid w:val="002B2C83"/>
    <w:rsid w:val="002B2D03"/>
    <w:rsid w:val="002B3075"/>
    <w:rsid w:val="002B3E68"/>
    <w:rsid w:val="002B6931"/>
    <w:rsid w:val="002B7830"/>
    <w:rsid w:val="002D0620"/>
    <w:rsid w:val="002D0656"/>
    <w:rsid w:val="002D4795"/>
    <w:rsid w:val="002E2A24"/>
    <w:rsid w:val="002E53BC"/>
    <w:rsid w:val="002E5F10"/>
    <w:rsid w:val="002F0D64"/>
    <w:rsid w:val="002F5536"/>
    <w:rsid w:val="002F571C"/>
    <w:rsid w:val="00304ECD"/>
    <w:rsid w:val="00311EFA"/>
    <w:rsid w:val="00314FA7"/>
    <w:rsid w:val="003161E2"/>
    <w:rsid w:val="00322356"/>
    <w:rsid w:val="0032661F"/>
    <w:rsid w:val="00331868"/>
    <w:rsid w:val="00335DAD"/>
    <w:rsid w:val="0033700A"/>
    <w:rsid w:val="00340489"/>
    <w:rsid w:val="0034147D"/>
    <w:rsid w:val="00343527"/>
    <w:rsid w:val="00346526"/>
    <w:rsid w:val="00347368"/>
    <w:rsid w:val="00363B3E"/>
    <w:rsid w:val="003641F4"/>
    <w:rsid w:val="003652D4"/>
    <w:rsid w:val="00366FCD"/>
    <w:rsid w:val="00367A5D"/>
    <w:rsid w:val="003730DD"/>
    <w:rsid w:val="00373299"/>
    <w:rsid w:val="003778A1"/>
    <w:rsid w:val="00380D14"/>
    <w:rsid w:val="00382878"/>
    <w:rsid w:val="003857D7"/>
    <w:rsid w:val="003857FC"/>
    <w:rsid w:val="00385FD2"/>
    <w:rsid w:val="00386DC9"/>
    <w:rsid w:val="00386FEB"/>
    <w:rsid w:val="003918A2"/>
    <w:rsid w:val="00395121"/>
    <w:rsid w:val="003A5E8E"/>
    <w:rsid w:val="003B0A57"/>
    <w:rsid w:val="003B0ECB"/>
    <w:rsid w:val="003B20EA"/>
    <w:rsid w:val="003B2187"/>
    <w:rsid w:val="003B30A0"/>
    <w:rsid w:val="003C1971"/>
    <w:rsid w:val="003C3B1D"/>
    <w:rsid w:val="003C6568"/>
    <w:rsid w:val="003C6D78"/>
    <w:rsid w:val="003D11EE"/>
    <w:rsid w:val="003D575A"/>
    <w:rsid w:val="003D6893"/>
    <w:rsid w:val="003E03F7"/>
    <w:rsid w:val="003E1C7B"/>
    <w:rsid w:val="003E2295"/>
    <w:rsid w:val="003E2787"/>
    <w:rsid w:val="003E5541"/>
    <w:rsid w:val="0040077C"/>
    <w:rsid w:val="00402CBC"/>
    <w:rsid w:val="0040426B"/>
    <w:rsid w:val="0040462C"/>
    <w:rsid w:val="00413CC2"/>
    <w:rsid w:val="00415FF8"/>
    <w:rsid w:val="004166B6"/>
    <w:rsid w:val="0042062D"/>
    <w:rsid w:val="004221C6"/>
    <w:rsid w:val="00427428"/>
    <w:rsid w:val="0043325A"/>
    <w:rsid w:val="00437BF4"/>
    <w:rsid w:val="00440B10"/>
    <w:rsid w:val="0044239C"/>
    <w:rsid w:val="00453700"/>
    <w:rsid w:val="004545FF"/>
    <w:rsid w:val="00455693"/>
    <w:rsid w:val="00460379"/>
    <w:rsid w:val="004610EC"/>
    <w:rsid w:val="004627B9"/>
    <w:rsid w:val="00463976"/>
    <w:rsid w:val="00467084"/>
    <w:rsid w:val="004749CD"/>
    <w:rsid w:val="00475086"/>
    <w:rsid w:val="004852B1"/>
    <w:rsid w:val="00487639"/>
    <w:rsid w:val="00490CD6"/>
    <w:rsid w:val="00491605"/>
    <w:rsid w:val="00492602"/>
    <w:rsid w:val="00493C08"/>
    <w:rsid w:val="00495465"/>
    <w:rsid w:val="004A0E07"/>
    <w:rsid w:val="004A5ECB"/>
    <w:rsid w:val="004A6211"/>
    <w:rsid w:val="004A78B9"/>
    <w:rsid w:val="004A7AEA"/>
    <w:rsid w:val="004B2376"/>
    <w:rsid w:val="004B662C"/>
    <w:rsid w:val="004B7165"/>
    <w:rsid w:val="004B7819"/>
    <w:rsid w:val="004C0858"/>
    <w:rsid w:val="004C4B88"/>
    <w:rsid w:val="004C5335"/>
    <w:rsid w:val="004D21FE"/>
    <w:rsid w:val="004D4441"/>
    <w:rsid w:val="004D4552"/>
    <w:rsid w:val="004D5762"/>
    <w:rsid w:val="004E0F95"/>
    <w:rsid w:val="004E1079"/>
    <w:rsid w:val="004E1E03"/>
    <w:rsid w:val="004E2076"/>
    <w:rsid w:val="004E530E"/>
    <w:rsid w:val="004E6093"/>
    <w:rsid w:val="004E6762"/>
    <w:rsid w:val="004F1D8A"/>
    <w:rsid w:val="004F4A0D"/>
    <w:rsid w:val="004F67B6"/>
    <w:rsid w:val="005124A1"/>
    <w:rsid w:val="00512506"/>
    <w:rsid w:val="005130EF"/>
    <w:rsid w:val="00515978"/>
    <w:rsid w:val="00521AF4"/>
    <w:rsid w:val="0052269F"/>
    <w:rsid w:val="00524305"/>
    <w:rsid w:val="005262CD"/>
    <w:rsid w:val="00530CC6"/>
    <w:rsid w:val="0053285E"/>
    <w:rsid w:val="005330F8"/>
    <w:rsid w:val="005347A1"/>
    <w:rsid w:val="00535712"/>
    <w:rsid w:val="00540C6F"/>
    <w:rsid w:val="0054325C"/>
    <w:rsid w:val="00544055"/>
    <w:rsid w:val="00544832"/>
    <w:rsid w:val="00547796"/>
    <w:rsid w:val="00550131"/>
    <w:rsid w:val="0055046A"/>
    <w:rsid w:val="005537BA"/>
    <w:rsid w:val="00553F51"/>
    <w:rsid w:val="00557B7C"/>
    <w:rsid w:val="005603F9"/>
    <w:rsid w:val="0056095A"/>
    <w:rsid w:val="00564230"/>
    <w:rsid w:val="00574F0C"/>
    <w:rsid w:val="00581A95"/>
    <w:rsid w:val="00587ADB"/>
    <w:rsid w:val="005928C9"/>
    <w:rsid w:val="00592B22"/>
    <w:rsid w:val="00593830"/>
    <w:rsid w:val="00596067"/>
    <w:rsid w:val="005A0070"/>
    <w:rsid w:val="005A06AB"/>
    <w:rsid w:val="005A2E54"/>
    <w:rsid w:val="005A3FDB"/>
    <w:rsid w:val="005A5C74"/>
    <w:rsid w:val="005B28D7"/>
    <w:rsid w:val="005B736D"/>
    <w:rsid w:val="005C0D7D"/>
    <w:rsid w:val="005D52EC"/>
    <w:rsid w:val="005D5DB3"/>
    <w:rsid w:val="005D647F"/>
    <w:rsid w:val="005E0279"/>
    <w:rsid w:val="005E5672"/>
    <w:rsid w:val="005F0C6E"/>
    <w:rsid w:val="005F1D21"/>
    <w:rsid w:val="00601136"/>
    <w:rsid w:val="006105C0"/>
    <w:rsid w:val="00612C53"/>
    <w:rsid w:val="006136EE"/>
    <w:rsid w:val="00617369"/>
    <w:rsid w:val="00617DC7"/>
    <w:rsid w:val="00623FB8"/>
    <w:rsid w:val="00625796"/>
    <w:rsid w:val="00632A02"/>
    <w:rsid w:val="006368EE"/>
    <w:rsid w:val="006455AF"/>
    <w:rsid w:val="006469AC"/>
    <w:rsid w:val="006518C2"/>
    <w:rsid w:val="00655AB9"/>
    <w:rsid w:val="00660188"/>
    <w:rsid w:val="0066205D"/>
    <w:rsid w:val="006654EA"/>
    <w:rsid w:val="006700A0"/>
    <w:rsid w:val="0067070C"/>
    <w:rsid w:val="00683652"/>
    <w:rsid w:val="0069173A"/>
    <w:rsid w:val="00694A88"/>
    <w:rsid w:val="006A0295"/>
    <w:rsid w:val="006A2374"/>
    <w:rsid w:val="006B39BB"/>
    <w:rsid w:val="006B4903"/>
    <w:rsid w:val="006B55C5"/>
    <w:rsid w:val="006C1670"/>
    <w:rsid w:val="006C1E38"/>
    <w:rsid w:val="006E0F49"/>
    <w:rsid w:val="006E1385"/>
    <w:rsid w:val="006E16A6"/>
    <w:rsid w:val="006E7A2F"/>
    <w:rsid w:val="006F0AB8"/>
    <w:rsid w:val="006F1AE5"/>
    <w:rsid w:val="006F1D84"/>
    <w:rsid w:val="006F486A"/>
    <w:rsid w:val="006F4BD5"/>
    <w:rsid w:val="006F517C"/>
    <w:rsid w:val="006F5597"/>
    <w:rsid w:val="007000D1"/>
    <w:rsid w:val="00705E8D"/>
    <w:rsid w:val="007112DB"/>
    <w:rsid w:val="00717193"/>
    <w:rsid w:val="00725EFD"/>
    <w:rsid w:val="007305A3"/>
    <w:rsid w:val="007336DE"/>
    <w:rsid w:val="00733EEC"/>
    <w:rsid w:val="0074087C"/>
    <w:rsid w:val="0074302A"/>
    <w:rsid w:val="007439D8"/>
    <w:rsid w:val="00745528"/>
    <w:rsid w:val="00752695"/>
    <w:rsid w:val="00753BB3"/>
    <w:rsid w:val="0075456E"/>
    <w:rsid w:val="00755F4A"/>
    <w:rsid w:val="007579D8"/>
    <w:rsid w:val="0076289F"/>
    <w:rsid w:val="00764BE4"/>
    <w:rsid w:val="00767757"/>
    <w:rsid w:val="00770117"/>
    <w:rsid w:val="007714BE"/>
    <w:rsid w:val="00772CD8"/>
    <w:rsid w:val="00774177"/>
    <w:rsid w:val="00774505"/>
    <w:rsid w:val="007859C7"/>
    <w:rsid w:val="00785B90"/>
    <w:rsid w:val="00790376"/>
    <w:rsid w:val="007919E4"/>
    <w:rsid w:val="00793A95"/>
    <w:rsid w:val="007A5F54"/>
    <w:rsid w:val="007A6C63"/>
    <w:rsid w:val="007A764C"/>
    <w:rsid w:val="007B085B"/>
    <w:rsid w:val="007C437C"/>
    <w:rsid w:val="007C47E0"/>
    <w:rsid w:val="007C623E"/>
    <w:rsid w:val="007C6B5E"/>
    <w:rsid w:val="007C6D29"/>
    <w:rsid w:val="007D1A99"/>
    <w:rsid w:val="007D5E96"/>
    <w:rsid w:val="007E1858"/>
    <w:rsid w:val="007E6E2C"/>
    <w:rsid w:val="007E7860"/>
    <w:rsid w:val="007E7AB6"/>
    <w:rsid w:val="007F16D6"/>
    <w:rsid w:val="007F16E5"/>
    <w:rsid w:val="007F2D12"/>
    <w:rsid w:val="007F4241"/>
    <w:rsid w:val="007F5D85"/>
    <w:rsid w:val="00800C47"/>
    <w:rsid w:val="008073C4"/>
    <w:rsid w:val="00812114"/>
    <w:rsid w:val="00814575"/>
    <w:rsid w:val="00816903"/>
    <w:rsid w:val="008209E0"/>
    <w:rsid w:val="008305CC"/>
    <w:rsid w:val="0083119B"/>
    <w:rsid w:val="0083262D"/>
    <w:rsid w:val="00835D54"/>
    <w:rsid w:val="008365AD"/>
    <w:rsid w:val="008371A4"/>
    <w:rsid w:val="00837D22"/>
    <w:rsid w:val="00841508"/>
    <w:rsid w:val="00842D45"/>
    <w:rsid w:val="008439A5"/>
    <w:rsid w:val="008475BD"/>
    <w:rsid w:val="00851A03"/>
    <w:rsid w:val="0085280F"/>
    <w:rsid w:val="00852B46"/>
    <w:rsid w:val="00863881"/>
    <w:rsid w:val="008716B0"/>
    <w:rsid w:val="00874BEA"/>
    <w:rsid w:val="00876EA8"/>
    <w:rsid w:val="00877153"/>
    <w:rsid w:val="0087798D"/>
    <w:rsid w:val="00887FFD"/>
    <w:rsid w:val="008901D8"/>
    <w:rsid w:val="008907CE"/>
    <w:rsid w:val="00891FA2"/>
    <w:rsid w:val="008924FA"/>
    <w:rsid w:val="008A4385"/>
    <w:rsid w:val="008B14FA"/>
    <w:rsid w:val="008B2581"/>
    <w:rsid w:val="008B3275"/>
    <w:rsid w:val="008B4670"/>
    <w:rsid w:val="008B4CAD"/>
    <w:rsid w:val="008B4F03"/>
    <w:rsid w:val="008C03EA"/>
    <w:rsid w:val="008C39AF"/>
    <w:rsid w:val="008C60ED"/>
    <w:rsid w:val="008D08C3"/>
    <w:rsid w:val="008D2A4E"/>
    <w:rsid w:val="008D4C38"/>
    <w:rsid w:val="008D6C77"/>
    <w:rsid w:val="008E0E1C"/>
    <w:rsid w:val="008E2E40"/>
    <w:rsid w:val="008E3A2B"/>
    <w:rsid w:val="008E43C0"/>
    <w:rsid w:val="008F0F00"/>
    <w:rsid w:val="00900AEA"/>
    <w:rsid w:val="00907FDB"/>
    <w:rsid w:val="009114F8"/>
    <w:rsid w:val="0091543F"/>
    <w:rsid w:val="00921BA2"/>
    <w:rsid w:val="00921E49"/>
    <w:rsid w:val="00922EA7"/>
    <w:rsid w:val="00925E80"/>
    <w:rsid w:val="0093041B"/>
    <w:rsid w:val="009306C2"/>
    <w:rsid w:val="009309C5"/>
    <w:rsid w:val="00933E14"/>
    <w:rsid w:val="00935CA3"/>
    <w:rsid w:val="0093672E"/>
    <w:rsid w:val="00936D9A"/>
    <w:rsid w:val="00941455"/>
    <w:rsid w:val="00941841"/>
    <w:rsid w:val="00942AB3"/>
    <w:rsid w:val="009451B2"/>
    <w:rsid w:val="00945792"/>
    <w:rsid w:val="00947119"/>
    <w:rsid w:val="00947205"/>
    <w:rsid w:val="00947BB0"/>
    <w:rsid w:val="00950870"/>
    <w:rsid w:val="00951179"/>
    <w:rsid w:val="00952129"/>
    <w:rsid w:val="009548DC"/>
    <w:rsid w:val="00954C49"/>
    <w:rsid w:val="00955CBA"/>
    <w:rsid w:val="00957B1C"/>
    <w:rsid w:val="00960EF3"/>
    <w:rsid w:val="009630F1"/>
    <w:rsid w:val="00963287"/>
    <w:rsid w:val="009641EF"/>
    <w:rsid w:val="00964361"/>
    <w:rsid w:val="009668CC"/>
    <w:rsid w:val="00971FE8"/>
    <w:rsid w:val="00973BBD"/>
    <w:rsid w:val="00980E33"/>
    <w:rsid w:val="00980E97"/>
    <w:rsid w:val="0098487D"/>
    <w:rsid w:val="0098492D"/>
    <w:rsid w:val="00986C58"/>
    <w:rsid w:val="009906B3"/>
    <w:rsid w:val="0099453C"/>
    <w:rsid w:val="00994BC9"/>
    <w:rsid w:val="00995C92"/>
    <w:rsid w:val="009A5256"/>
    <w:rsid w:val="009A6C2F"/>
    <w:rsid w:val="009A6FB6"/>
    <w:rsid w:val="009B0AEB"/>
    <w:rsid w:val="009B20B3"/>
    <w:rsid w:val="009B3B4E"/>
    <w:rsid w:val="009C3E4E"/>
    <w:rsid w:val="009D70F7"/>
    <w:rsid w:val="009D7F44"/>
    <w:rsid w:val="009E7898"/>
    <w:rsid w:val="009F3C63"/>
    <w:rsid w:val="00A02289"/>
    <w:rsid w:val="00A030CA"/>
    <w:rsid w:val="00A03254"/>
    <w:rsid w:val="00A07418"/>
    <w:rsid w:val="00A07E0D"/>
    <w:rsid w:val="00A11241"/>
    <w:rsid w:val="00A15137"/>
    <w:rsid w:val="00A22115"/>
    <w:rsid w:val="00A23EAC"/>
    <w:rsid w:val="00A259E9"/>
    <w:rsid w:val="00A32AB6"/>
    <w:rsid w:val="00A33F09"/>
    <w:rsid w:val="00A34074"/>
    <w:rsid w:val="00A35934"/>
    <w:rsid w:val="00A35C55"/>
    <w:rsid w:val="00A40707"/>
    <w:rsid w:val="00A411CD"/>
    <w:rsid w:val="00A50EF9"/>
    <w:rsid w:val="00A51BBD"/>
    <w:rsid w:val="00A51FBE"/>
    <w:rsid w:val="00A634F0"/>
    <w:rsid w:val="00A66539"/>
    <w:rsid w:val="00A66654"/>
    <w:rsid w:val="00A67107"/>
    <w:rsid w:val="00A7142F"/>
    <w:rsid w:val="00A7484E"/>
    <w:rsid w:val="00A7558A"/>
    <w:rsid w:val="00A801F6"/>
    <w:rsid w:val="00A80747"/>
    <w:rsid w:val="00A81FDF"/>
    <w:rsid w:val="00A828F0"/>
    <w:rsid w:val="00A84ABC"/>
    <w:rsid w:val="00A86053"/>
    <w:rsid w:val="00A90EDC"/>
    <w:rsid w:val="00A9161C"/>
    <w:rsid w:val="00A92514"/>
    <w:rsid w:val="00A92D53"/>
    <w:rsid w:val="00AA101C"/>
    <w:rsid w:val="00AA48C1"/>
    <w:rsid w:val="00AA4ED3"/>
    <w:rsid w:val="00AB1674"/>
    <w:rsid w:val="00AB3818"/>
    <w:rsid w:val="00AB3AFA"/>
    <w:rsid w:val="00AB75CC"/>
    <w:rsid w:val="00AC06A8"/>
    <w:rsid w:val="00AC07D3"/>
    <w:rsid w:val="00AC1434"/>
    <w:rsid w:val="00AC2DCD"/>
    <w:rsid w:val="00AC40A3"/>
    <w:rsid w:val="00AC7B32"/>
    <w:rsid w:val="00AD45DF"/>
    <w:rsid w:val="00AD55A6"/>
    <w:rsid w:val="00AF26E5"/>
    <w:rsid w:val="00B01EDC"/>
    <w:rsid w:val="00B0510A"/>
    <w:rsid w:val="00B10A01"/>
    <w:rsid w:val="00B13554"/>
    <w:rsid w:val="00B13D9A"/>
    <w:rsid w:val="00B14CD3"/>
    <w:rsid w:val="00B1674B"/>
    <w:rsid w:val="00B170BA"/>
    <w:rsid w:val="00B17B86"/>
    <w:rsid w:val="00B17D5F"/>
    <w:rsid w:val="00B2500D"/>
    <w:rsid w:val="00B25F0E"/>
    <w:rsid w:val="00B31BA1"/>
    <w:rsid w:val="00B34B25"/>
    <w:rsid w:val="00B3575C"/>
    <w:rsid w:val="00B37061"/>
    <w:rsid w:val="00B41628"/>
    <w:rsid w:val="00B41D60"/>
    <w:rsid w:val="00B424CE"/>
    <w:rsid w:val="00B44990"/>
    <w:rsid w:val="00B44C61"/>
    <w:rsid w:val="00B45EC1"/>
    <w:rsid w:val="00B46061"/>
    <w:rsid w:val="00B55925"/>
    <w:rsid w:val="00B618E8"/>
    <w:rsid w:val="00B633E8"/>
    <w:rsid w:val="00B66A18"/>
    <w:rsid w:val="00B72611"/>
    <w:rsid w:val="00B73F47"/>
    <w:rsid w:val="00B774E4"/>
    <w:rsid w:val="00B77A5C"/>
    <w:rsid w:val="00B81664"/>
    <w:rsid w:val="00B833DC"/>
    <w:rsid w:val="00B83A8D"/>
    <w:rsid w:val="00B87986"/>
    <w:rsid w:val="00B903DB"/>
    <w:rsid w:val="00B91F53"/>
    <w:rsid w:val="00B92B0F"/>
    <w:rsid w:val="00B94A3F"/>
    <w:rsid w:val="00B94A65"/>
    <w:rsid w:val="00B9710F"/>
    <w:rsid w:val="00BA1CB4"/>
    <w:rsid w:val="00BA2FCF"/>
    <w:rsid w:val="00BA4914"/>
    <w:rsid w:val="00BA607A"/>
    <w:rsid w:val="00BB142B"/>
    <w:rsid w:val="00BB2D02"/>
    <w:rsid w:val="00BB3A06"/>
    <w:rsid w:val="00BC271C"/>
    <w:rsid w:val="00BC2F8C"/>
    <w:rsid w:val="00BD32CC"/>
    <w:rsid w:val="00BD6AB3"/>
    <w:rsid w:val="00BE02F4"/>
    <w:rsid w:val="00BE0F64"/>
    <w:rsid w:val="00BE5490"/>
    <w:rsid w:val="00BF029D"/>
    <w:rsid w:val="00BF106A"/>
    <w:rsid w:val="00BF1358"/>
    <w:rsid w:val="00BF5ADA"/>
    <w:rsid w:val="00BF68AF"/>
    <w:rsid w:val="00BF6EE8"/>
    <w:rsid w:val="00BF7192"/>
    <w:rsid w:val="00C020F1"/>
    <w:rsid w:val="00C04A25"/>
    <w:rsid w:val="00C11546"/>
    <w:rsid w:val="00C12D50"/>
    <w:rsid w:val="00C1328C"/>
    <w:rsid w:val="00C13574"/>
    <w:rsid w:val="00C14707"/>
    <w:rsid w:val="00C22BBF"/>
    <w:rsid w:val="00C26F74"/>
    <w:rsid w:val="00C367E2"/>
    <w:rsid w:val="00C41D10"/>
    <w:rsid w:val="00C420AB"/>
    <w:rsid w:val="00C43A4C"/>
    <w:rsid w:val="00C4624F"/>
    <w:rsid w:val="00C53899"/>
    <w:rsid w:val="00C5724B"/>
    <w:rsid w:val="00C640CD"/>
    <w:rsid w:val="00C65540"/>
    <w:rsid w:val="00C80589"/>
    <w:rsid w:val="00C825DB"/>
    <w:rsid w:val="00C85A23"/>
    <w:rsid w:val="00C918DE"/>
    <w:rsid w:val="00C96BB1"/>
    <w:rsid w:val="00C9722B"/>
    <w:rsid w:val="00CA2341"/>
    <w:rsid w:val="00CA333A"/>
    <w:rsid w:val="00CB09A8"/>
    <w:rsid w:val="00CB1471"/>
    <w:rsid w:val="00CB3049"/>
    <w:rsid w:val="00CB34E1"/>
    <w:rsid w:val="00CB3E11"/>
    <w:rsid w:val="00CB479C"/>
    <w:rsid w:val="00CB58D4"/>
    <w:rsid w:val="00CB6BC5"/>
    <w:rsid w:val="00CB6C46"/>
    <w:rsid w:val="00CB77F6"/>
    <w:rsid w:val="00CC0EC6"/>
    <w:rsid w:val="00CC1321"/>
    <w:rsid w:val="00CD26D1"/>
    <w:rsid w:val="00CD5555"/>
    <w:rsid w:val="00CD5802"/>
    <w:rsid w:val="00CE6F3F"/>
    <w:rsid w:val="00CF0692"/>
    <w:rsid w:val="00CF589A"/>
    <w:rsid w:val="00CF7F27"/>
    <w:rsid w:val="00D00F25"/>
    <w:rsid w:val="00D0232D"/>
    <w:rsid w:val="00D03DF8"/>
    <w:rsid w:val="00D0466D"/>
    <w:rsid w:val="00D1171F"/>
    <w:rsid w:val="00D11A3F"/>
    <w:rsid w:val="00D22E9B"/>
    <w:rsid w:val="00D25D63"/>
    <w:rsid w:val="00D261A5"/>
    <w:rsid w:val="00D32265"/>
    <w:rsid w:val="00D32E03"/>
    <w:rsid w:val="00D35C11"/>
    <w:rsid w:val="00D3623B"/>
    <w:rsid w:val="00D371E6"/>
    <w:rsid w:val="00D4591F"/>
    <w:rsid w:val="00D45E01"/>
    <w:rsid w:val="00D50708"/>
    <w:rsid w:val="00D530BD"/>
    <w:rsid w:val="00D53C05"/>
    <w:rsid w:val="00D5494C"/>
    <w:rsid w:val="00D5604F"/>
    <w:rsid w:val="00D6131E"/>
    <w:rsid w:val="00D63424"/>
    <w:rsid w:val="00D6723E"/>
    <w:rsid w:val="00D677B4"/>
    <w:rsid w:val="00D72A62"/>
    <w:rsid w:val="00D77E5D"/>
    <w:rsid w:val="00D81FA5"/>
    <w:rsid w:val="00D92CC9"/>
    <w:rsid w:val="00D92FD0"/>
    <w:rsid w:val="00D933FE"/>
    <w:rsid w:val="00D9521D"/>
    <w:rsid w:val="00D97EC6"/>
    <w:rsid w:val="00DA16AB"/>
    <w:rsid w:val="00DA2389"/>
    <w:rsid w:val="00DA4DE2"/>
    <w:rsid w:val="00DA67F8"/>
    <w:rsid w:val="00DB6142"/>
    <w:rsid w:val="00DC0A11"/>
    <w:rsid w:val="00DC3CBA"/>
    <w:rsid w:val="00DD0717"/>
    <w:rsid w:val="00DD37EF"/>
    <w:rsid w:val="00DE04A7"/>
    <w:rsid w:val="00DF4EC3"/>
    <w:rsid w:val="00E011B8"/>
    <w:rsid w:val="00E01FE8"/>
    <w:rsid w:val="00E02139"/>
    <w:rsid w:val="00E0366E"/>
    <w:rsid w:val="00E078F3"/>
    <w:rsid w:val="00E12AF9"/>
    <w:rsid w:val="00E151FE"/>
    <w:rsid w:val="00E222B9"/>
    <w:rsid w:val="00E2424C"/>
    <w:rsid w:val="00E260CC"/>
    <w:rsid w:val="00E2704C"/>
    <w:rsid w:val="00E36C27"/>
    <w:rsid w:val="00E41528"/>
    <w:rsid w:val="00E52788"/>
    <w:rsid w:val="00E57D4D"/>
    <w:rsid w:val="00E64034"/>
    <w:rsid w:val="00E64BE0"/>
    <w:rsid w:val="00E67DA1"/>
    <w:rsid w:val="00E70F39"/>
    <w:rsid w:val="00E71491"/>
    <w:rsid w:val="00E71C27"/>
    <w:rsid w:val="00E8240E"/>
    <w:rsid w:val="00E83C65"/>
    <w:rsid w:val="00E91501"/>
    <w:rsid w:val="00E94423"/>
    <w:rsid w:val="00E96634"/>
    <w:rsid w:val="00EA4BAF"/>
    <w:rsid w:val="00EA561C"/>
    <w:rsid w:val="00EB1169"/>
    <w:rsid w:val="00EB2C17"/>
    <w:rsid w:val="00EB4CE2"/>
    <w:rsid w:val="00EB5A9F"/>
    <w:rsid w:val="00EB5D19"/>
    <w:rsid w:val="00EC0116"/>
    <w:rsid w:val="00EC4E95"/>
    <w:rsid w:val="00EC58C2"/>
    <w:rsid w:val="00EC5A18"/>
    <w:rsid w:val="00ED2689"/>
    <w:rsid w:val="00ED5334"/>
    <w:rsid w:val="00ED6EE5"/>
    <w:rsid w:val="00EE372E"/>
    <w:rsid w:val="00EF3DE5"/>
    <w:rsid w:val="00EF71E8"/>
    <w:rsid w:val="00F00D43"/>
    <w:rsid w:val="00F05447"/>
    <w:rsid w:val="00F064AF"/>
    <w:rsid w:val="00F137B8"/>
    <w:rsid w:val="00F15E49"/>
    <w:rsid w:val="00F211B1"/>
    <w:rsid w:val="00F21E8B"/>
    <w:rsid w:val="00F24723"/>
    <w:rsid w:val="00F30354"/>
    <w:rsid w:val="00F327CC"/>
    <w:rsid w:val="00F40D5D"/>
    <w:rsid w:val="00F413EE"/>
    <w:rsid w:val="00F428C3"/>
    <w:rsid w:val="00F479BF"/>
    <w:rsid w:val="00F5013F"/>
    <w:rsid w:val="00F52B0E"/>
    <w:rsid w:val="00F5532B"/>
    <w:rsid w:val="00F55435"/>
    <w:rsid w:val="00F5671C"/>
    <w:rsid w:val="00F567C7"/>
    <w:rsid w:val="00F623CC"/>
    <w:rsid w:val="00F63FCC"/>
    <w:rsid w:val="00F644E3"/>
    <w:rsid w:val="00F671D1"/>
    <w:rsid w:val="00F73BCF"/>
    <w:rsid w:val="00F75D9B"/>
    <w:rsid w:val="00F80B2D"/>
    <w:rsid w:val="00F854CB"/>
    <w:rsid w:val="00F87E65"/>
    <w:rsid w:val="00F91341"/>
    <w:rsid w:val="00F91570"/>
    <w:rsid w:val="00F91857"/>
    <w:rsid w:val="00F92B96"/>
    <w:rsid w:val="00F92EA1"/>
    <w:rsid w:val="00F961ED"/>
    <w:rsid w:val="00F9629E"/>
    <w:rsid w:val="00F9706E"/>
    <w:rsid w:val="00FA0B88"/>
    <w:rsid w:val="00FA1CCE"/>
    <w:rsid w:val="00FA503F"/>
    <w:rsid w:val="00FA5E9A"/>
    <w:rsid w:val="00FB275A"/>
    <w:rsid w:val="00FB4FA7"/>
    <w:rsid w:val="00FB77F2"/>
    <w:rsid w:val="00FD3B3D"/>
    <w:rsid w:val="00FD6FA4"/>
    <w:rsid w:val="00FE03DE"/>
    <w:rsid w:val="00FE31CE"/>
    <w:rsid w:val="00FE6F0D"/>
    <w:rsid w:val="015C165B"/>
    <w:rsid w:val="01C319C0"/>
    <w:rsid w:val="02B5336E"/>
    <w:rsid w:val="042AE962"/>
    <w:rsid w:val="04B95704"/>
    <w:rsid w:val="056AE440"/>
    <w:rsid w:val="07FEBF65"/>
    <w:rsid w:val="08504857"/>
    <w:rsid w:val="085C6DB9"/>
    <w:rsid w:val="08D7CE96"/>
    <w:rsid w:val="0AFAD21E"/>
    <w:rsid w:val="0DD76A33"/>
    <w:rsid w:val="0E36FCB9"/>
    <w:rsid w:val="0EA260F5"/>
    <w:rsid w:val="1056A738"/>
    <w:rsid w:val="12BC0904"/>
    <w:rsid w:val="13252400"/>
    <w:rsid w:val="15D98025"/>
    <w:rsid w:val="168947F5"/>
    <w:rsid w:val="18409D59"/>
    <w:rsid w:val="18709222"/>
    <w:rsid w:val="1A14537B"/>
    <w:rsid w:val="1A1DF4FC"/>
    <w:rsid w:val="1A21A96F"/>
    <w:rsid w:val="1AB3275D"/>
    <w:rsid w:val="1B66BF2F"/>
    <w:rsid w:val="1D843E19"/>
    <w:rsid w:val="1DDFBF62"/>
    <w:rsid w:val="1E9FCC0C"/>
    <w:rsid w:val="1EC1D943"/>
    <w:rsid w:val="20296A1D"/>
    <w:rsid w:val="20D7FBA7"/>
    <w:rsid w:val="21186A27"/>
    <w:rsid w:val="21EE5B00"/>
    <w:rsid w:val="222A305F"/>
    <w:rsid w:val="232E5204"/>
    <w:rsid w:val="23700BDC"/>
    <w:rsid w:val="2621F7E9"/>
    <w:rsid w:val="268D2243"/>
    <w:rsid w:val="26F36155"/>
    <w:rsid w:val="277C7D31"/>
    <w:rsid w:val="288ECCD8"/>
    <w:rsid w:val="296663C7"/>
    <w:rsid w:val="2AD0C26F"/>
    <w:rsid w:val="2BF071CB"/>
    <w:rsid w:val="2E62E224"/>
    <w:rsid w:val="302ECD14"/>
    <w:rsid w:val="3053DDCC"/>
    <w:rsid w:val="30E816E8"/>
    <w:rsid w:val="31385D67"/>
    <w:rsid w:val="31DFC6EC"/>
    <w:rsid w:val="320CDB06"/>
    <w:rsid w:val="322290CD"/>
    <w:rsid w:val="35D9A631"/>
    <w:rsid w:val="36224ACB"/>
    <w:rsid w:val="3674F85F"/>
    <w:rsid w:val="3747D219"/>
    <w:rsid w:val="39708944"/>
    <w:rsid w:val="3A060035"/>
    <w:rsid w:val="3B0C5FA1"/>
    <w:rsid w:val="3B92830D"/>
    <w:rsid w:val="3BC5FBAB"/>
    <w:rsid w:val="3C797119"/>
    <w:rsid w:val="3CAB80B7"/>
    <w:rsid w:val="3CC1C07A"/>
    <w:rsid w:val="3CE16F1C"/>
    <w:rsid w:val="3E80DE4D"/>
    <w:rsid w:val="3E8522C4"/>
    <w:rsid w:val="3F8D48A5"/>
    <w:rsid w:val="4010F754"/>
    <w:rsid w:val="41AA3D20"/>
    <w:rsid w:val="434AA904"/>
    <w:rsid w:val="43CB9331"/>
    <w:rsid w:val="44D9EC3B"/>
    <w:rsid w:val="46487BA2"/>
    <w:rsid w:val="46AB45DD"/>
    <w:rsid w:val="46C85F55"/>
    <w:rsid w:val="47E18C80"/>
    <w:rsid w:val="48E0ED80"/>
    <w:rsid w:val="48F1CACC"/>
    <w:rsid w:val="4A93E54C"/>
    <w:rsid w:val="4B41BE4C"/>
    <w:rsid w:val="4B7286EC"/>
    <w:rsid w:val="4D31B4D2"/>
    <w:rsid w:val="4D3B0A07"/>
    <w:rsid w:val="4ED82BA5"/>
    <w:rsid w:val="4EF6E0C4"/>
    <w:rsid w:val="510F7438"/>
    <w:rsid w:val="5198BE53"/>
    <w:rsid w:val="51EF67E1"/>
    <w:rsid w:val="5325D0A5"/>
    <w:rsid w:val="5414DDC9"/>
    <w:rsid w:val="55CF8168"/>
    <w:rsid w:val="55D87D47"/>
    <w:rsid w:val="56EB6B7F"/>
    <w:rsid w:val="581E57EF"/>
    <w:rsid w:val="58FBD6E1"/>
    <w:rsid w:val="5903E4E2"/>
    <w:rsid w:val="5944ABF8"/>
    <w:rsid w:val="5956E735"/>
    <w:rsid w:val="5AF6B736"/>
    <w:rsid w:val="5B1DA8A8"/>
    <w:rsid w:val="5B227C97"/>
    <w:rsid w:val="5B8A25C9"/>
    <w:rsid w:val="5C3C7A56"/>
    <w:rsid w:val="5C719D07"/>
    <w:rsid w:val="5D93DBE1"/>
    <w:rsid w:val="5DB1803C"/>
    <w:rsid w:val="5DC151AA"/>
    <w:rsid w:val="5DD847F4"/>
    <w:rsid w:val="6011C2F7"/>
    <w:rsid w:val="638FFABD"/>
    <w:rsid w:val="63DAD013"/>
    <w:rsid w:val="648FA538"/>
    <w:rsid w:val="661CC0EF"/>
    <w:rsid w:val="69A98E9E"/>
    <w:rsid w:val="6C17EB96"/>
    <w:rsid w:val="6D441805"/>
    <w:rsid w:val="6DB50F8D"/>
    <w:rsid w:val="6E604D6F"/>
    <w:rsid w:val="6E95EC7A"/>
    <w:rsid w:val="6EF65038"/>
    <w:rsid w:val="70BFF0DB"/>
    <w:rsid w:val="711CF99A"/>
    <w:rsid w:val="72D1D4B8"/>
    <w:rsid w:val="739059A4"/>
    <w:rsid w:val="74694C8F"/>
    <w:rsid w:val="754AD7F7"/>
    <w:rsid w:val="75FC5A08"/>
    <w:rsid w:val="7878A14F"/>
    <w:rsid w:val="7940E7BB"/>
    <w:rsid w:val="797DEA7B"/>
    <w:rsid w:val="7A62412F"/>
    <w:rsid w:val="7A94F543"/>
    <w:rsid w:val="7AECBD0D"/>
    <w:rsid w:val="7B33D0F8"/>
    <w:rsid w:val="7BE41D9C"/>
    <w:rsid w:val="7C3C0D07"/>
    <w:rsid w:val="7F5A2F7C"/>
    <w:rsid w:val="7FEA8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1C7AF"/>
  <w15:chartTrackingRefBased/>
  <w15:docId w15:val="{8BB61EFE-88A4-4AA9-A0D3-41D296D2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91"/>
    <w:pPr>
      <w:jc w:val="both"/>
    </w:pPr>
    <w:rPr>
      <w:rFonts w:ascii="Aptos" w:hAnsi="Aptos"/>
    </w:rPr>
  </w:style>
  <w:style w:type="paragraph" w:styleId="Naslov1">
    <w:name w:val="heading 1"/>
    <w:basedOn w:val="Normal"/>
    <w:next w:val="Normal"/>
    <w:link w:val="Naslov1Char"/>
    <w:uiPriority w:val="9"/>
    <w:qFormat/>
    <w:rsid w:val="00E71491"/>
    <w:pPr>
      <w:keepNext/>
      <w:keepLines/>
      <w:numPr>
        <w:numId w:val="5"/>
      </w:numPr>
      <w:spacing w:before="360" w:after="80"/>
      <w:ind w:left="357" w:hanging="357"/>
      <w:jc w:val="left"/>
      <w:outlineLvl w:val="0"/>
    </w:pPr>
    <w:rPr>
      <w:rFonts w:eastAsiaTheme="majorEastAsia" w:cstheme="majorBidi"/>
      <w:color w:val="2F5496" w:themeColor="accent1" w:themeShade="BF"/>
      <w:sz w:val="32"/>
      <w:szCs w:val="40"/>
    </w:rPr>
  </w:style>
  <w:style w:type="paragraph" w:styleId="Naslov2">
    <w:name w:val="heading 2"/>
    <w:basedOn w:val="Normal"/>
    <w:next w:val="Normal"/>
    <w:link w:val="Naslov2Char"/>
    <w:autoRedefine/>
    <w:uiPriority w:val="9"/>
    <w:unhideWhenUsed/>
    <w:qFormat/>
    <w:rsid w:val="00986C58"/>
    <w:pPr>
      <w:keepNext/>
      <w:keepLines/>
      <w:numPr>
        <w:numId w:val="6"/>
      </w:numPr>
      <w:spacing w:before="160" w:after="80"/>
      <w:outlineLvl w:val="1"/>
    </w:pPr>
    <w:rPr>
      <w:rFonts w:eastAsiaTheme="majorEastAsia" w:cstheme="majorBidi"/>
      <w:color w:val="2F5496" w:themeColor="accent1" w:themeShade="BF"/>
      <w:sz w:val="28"/>
      <w:szCs w:val="32"/>
    </w:rPr>
  </w:style>
  <w:style w:type="paragraph" w:styleId="Naslov3">
    <w:name w:val="heading 3"/>
    <w:basedOn w:val="Normal"/>
    <w:next w:val="Normal"/>
    <w:link w:val="Naslov3Char"/>
    <w:uiPriority w:val="9"/>
    <w:unhideWhenUsed/>
    <w:qFormat/>
    <w:rsid w:val="00BF68A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aliases w:val="D&amp;M4,D&amp;M 4,RSKH4,RSKHeading 4,§1.1.1.1.,LDM_4"/>
    <w:basedOn w:val="Normal"/>
    <w:next w:val="Normal"/>
    <w:link w:val="Naslov4Char"/>
    <w:uiPriority w:val="9"/>
    <w:unhideWhenUsed/>
    <w:qFormat/>
    <w:rsid w:val="00BF68A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BF68A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BF68A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F68A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F68A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F68AF"/>
    <w:pPr>
      <w:keepNext/>
      <w:keepLines/>
      <w:spacing w:after="0"/>
      <w:outlineLvl w:val="8"/>
    </w:pPr>
    <w:rPr>
      <w:rFonts w:eastAsiaTheme="majorEastAsia" w:cstheme="majorBidi"/>
      <w:color w:val="272727" w:themeColor="text1" w:themeTint="D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E71491"/>
    <w:rPr>
      <w:rFonts w:ascii="Aptos" w:eastAsiaTheme="majorEastAsia" w:hAnsi="Aptos" w:cstheme="majorBidi"/>
      <w:color w:val="2F5496" w:themeColor="accent1" w:themeShade="BF"/>
      <w:sz w:val="32"/>
      <w:szCs w:val="40"/>
    </w:rPr>
  </w:style>
  <w:style w:type="character" w:customStyle="1" w:styleId="Naslov2Char">
    <w:name w:val="Naslov 2 Char"/>
    <w:basedOn w:val="Podrazumevanifontpasusa"/>
    <w:link w:val="Naslov2"/>
    <w:uiPriority w:val="9"/>
    <w:rsid w:val="0028127D"/>
    <w:rPr>
      <w:rFonts w:ascii="Aptos" w:eastAsiaTheme="majorEastAsia" w:hAnsi="Aptos" w:cstheme="majorBidi"/>
      <w:color w:val="2F5496" w:themeColor="accent1" w:themeShade="BF"/>
      <w:sz w:val="28"/>
      <w:szCs w:val="32"/>
    </w:rPr>
  </w:style>
  <w:style w:type="character" w:customStyle="1" w:styleId="Naslov3Char">
    <w:name w:val="Naslov 3 Char"/>
    <w:basedOn w:val="Podrazumevanifontpasusa"/>
    <w:link w:val="Naslov3"/>
    <w:uiPriority w:val="9"/>
    <w:rsid w:val="00BF68AF"/>
    <w:rPr>
      <w:rFonts w:eastAsiaTheme="majorEastAsia" w:cstheme="majorBidi"/>
      <w:color w:val="2F5496" w:themeColor="accent1" w:themeShade="BF"/>
      <w:sz w:val="28"/>
      <w:szCs w:val="28"/>
    </w:rPr>
  </w:style>
  <w:style w:type="character" w:customStyle="1" w:styleId="Naslov4Char">
    <w:name w:val="Naslov 4 Char"/>
    <w:aliases w:val="D&amp;M4 Char,D&amp;M 4 Char,RSKH4 Char,RSKHeading 4 Char,§1.1.1.1. Char,LDM_4 Char"/>
    <w:basedOn w:val="Podrazumevanifontpasusa"/>
    <w:link w:val="Naslov4"/>
    <w:uiPriority w:val="9"/>
    <w:rsid w:val="00BF68AF"/>
    <w:rPr>
      <w:rFonts w:eastAsiaTheme="majorEastAsia" w:cstheme="majorBidi"/>
      <w:i/>
      <w:iCs/>
      <w:color w:val="2F5496" w:themeColor="accent1" w:themeShade="BF"/>
    </w:rPr>
  </w:style>
  <w:style w:type="character" w:customStyle="1" w:styleId="Naslov5Char">
    <w:name w:val="Naslov 5 Char"/>
    <w:basedOn w:val="Podrazumevanifontpasusa"/>
    <w:link w:val="Naslov5"/>
    <w:uiPriority w:val="9"/>
    <w:semiHidden/>
    <w:rsid w:val="00BF68AF"/>
    <w:rPr>
      <w:rFonts w:eastAsiaTheme="majorEastAsia" w:cstheme="majorBidi"/>
      <w:color w:val="2F5496" w:themeColor="accent1" w:themeShade="BF"/>
    </w:rPr>
  </w:style>
  <w:style w:type="character" w:customStyle="1" w:styleId="Naslov6Char">
    <w:name w:val="Naslov 6 Char"/>
    <w:basedOn w:val="Podrazumevanifontpasusa"/>
    <w:link w:val="Naslov6"/>
    <w:uiPriority w:val="9"/>
    <w:semiHidden/>
    <w:rsid w:val="00BF68AF"/>
    <w:rPr>
      <w:rFonts w:eastAsiaTheme="majorEastAsia" w:cstheme="majorBidi"/>
      <w:i/>
      <w:iCs/>
      <w:color w:val="595959" w:themeColor="text1" w:themeTint="A6"/>
    </w:rPr>
  </w:style>
  <w:style w:type="character" w:customStyle="1" w:styleId="Naslov7Char">
    <w:name w:val="Naslov 7 Char"/>
    <w:basedOn w:val="Podrazumevanifontpasusa"/>
    <w:link w:val="Naslov7"/>
    <w:uiPriority w:val="9"/>
    <w:semiHidden/>
    <w:rsid w:val="00BF68AF"/>
    <w:rPr>
      <w:rFonts w:eastAsiaTheme="majorEastAsia" w:cstheme="majorBidi"/>
      <w:color w:val="595959" w:themeColor="text1" w:themeTint="A6"/>
    </w:rPr>
  </w:style>
  <w:style w:type="character" w:customStyle="1" w:styleId="Naslov8Char">
    <w:name w:val="Naslov 8 Char"/>
    <w:basedOn w:val="Podrazumevanifontpasusa"/>
    <w:link w:val="Naslov8"/>
    <w:uiPriority w:val="9"/>
    <w:semiHidden/>
    <w:rsid w:val="00BF68AF"/>
    <w:rPr>
      <w:rFonts w:eastAsiaTheme="majorEastAsia" w:cstheme="majorBidi"/>
      <w:i/>
      <w:iCs/>
      <w:color w:val="272727" w:themeColor="text1" w:themeTint="D8"/>
    </w:rPr>
  </w:style>
  <w:style w:type="character" w:customStyle="1" w:styleId="Naslov9Char">
    <w:name w:val="Naslov 9 Char"/>
    <w:basedOn w:val="Podrazumevanifontpasusa"/>
    <w:link w:val="Naslov9"/>
    <w:uiPriority w:val="9"/>
    <w:semiHidden/>
    <w:rsid w:val="00BF68AF"/>
    <w:rPr>
      <w:rFonts w:eastAsiaTheme="majorEastAsia" w:cstheme="majorBidi"/>
      <w:color w:val="272727" w:themeColor="text1" w:themeTint="D8"/>
    </w:rPr>
  </w:style>
  <w:style w:type="paragraph" w:styleId="Naslov">
    <w:name w:val="Title"/>
    <w:basedOn w:val="Normal"/>
    <w:next w:val="Normal"/>
    <w:link w:val="NaslovChar"/>
    <w:uiPriority w:val="10"/>
    <w:qFormat/>
    <w:rsid w:val="00BF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Podrazumevanifontpasusa"/>
    <w:link w:val="Naslov"/>
    <w:uiPriority w:val="10"/>
    <w:rsid w:val="00BF68A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F68A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Podrazumevanifontpasusa"/>
    <w:link w:val="Podnaslov"/>
    <w:uiPriority w:val="11"/>
    <w:rsid w:val="00BF68AF"/>
    <w:rPr>
      <w:rFonts w:eastAsiaTheme="majorEastAsia" w:cstheme="majorBidi"/>
      <w:color w:val="595959" w:themeColor="text1" w:themeTint="A6"/>
      <w:spacing w:val="15"/>
      <w:sz w:val="28"/>
      <w:szCs w:val="28"/>
    </w:rPr>
  </w:style>
  <w:style w:type="paragraph" w:styleId="Navoenje">
    <w:name w:val="Quote"/>
    <w:basedOn w:val="Normal"/>
    <w:next w:val="Normal"/>
    <w:link w:val="NavoenjeChar"/>
    <w:uiPriority w:val="29"/>
    <w:qFormat/>
    <w:rsid w:val="00BF68AF"/>
    <w:pPr>
      <w:spacing w:before="160"/>
      <w:jc w:val="center"/>
    </w:pPr>
    <w:rPr>
      <w:i/>
      <w:iCs/>
      <w:color w:val="404040" w:themeColor="text1" w:themeTint="BF"/>
    </w:rPr>
  </w:style>
  <w:style w:type="character" w:customStyle="1" w:styleId="NavoenjeChar">
    <w:name w:val="Navođenje Char"/>
    <w:basedOn w:val="Podrazumevanifontpasusa"/>
    <w:link w:val="Navoenje"/>
    <w:uiPriority w:val="29"/>
    <w:rsid w:val="00BF68AF"/>
    <w:rPr>
      <w:i/>
      <w:iCs/>
      <w:color w:val="404040" w:themeColor="text1" w:themeTint="BF"/>
    </w:rPr>
  </w:style>
  <w:style w:type="paragraph" w:styleId="Pasussalistom">
    <w:name w:val="List Paragraph"/>
    <w:aliases w:val="List Paragraph (numbered (a)),List Paragraph nowy,Bullets,References,Liste 1,List Paragraph1,Numbered List Paragraph,List Bullet Mary,Medium Grid 1 - Accent 21,ReferencesCxSpLast,WB List Paragraph,List_Paragraph,Citation List"/>
    <w:basedOn w:val="Normal"/>
    <w:link w:val="PasussalistomChar"/>
    <w:uiPriority w:val="34"/>
    <w:qFormat/>
    <w:rsid w:val="00BF68AF"/>
    <w:pPr>
      <w:ind w:left="720"/>
      <w:contextualSpacing/>
    </w:pPr>
  </w:style>
  <w:style w:type="character" w:styleId="Izrazitonaglaavanje">
    <w:name w:val="Intense Emphasis"/>
    <w:basedOn w:val="Podrazumevanifontpasusa"/>
    <w:uiPriority w:val="21"/>
    <w:qFormat/>
    <w:rsid w:val="00BF68AF"/>
    <w:rPr>
      <w:i/>
      <w:iCs/>
      <w:color w:val="2F5496" w:themeColor="accent1" w:themeShade="BF"/>
    </w:rPr>
  </w:style>
  <w:style w:type="paragraph" w:styleId="Podebljaninavodnici">
    <w:name w:val="Intense Quote"/>
    <w:basedOn w:val="Normal"/>
    <w:next w:val="Normal"/>
    <w:link w:val="PodebljaninavodniciChar"/>
    <w:uiPriority w:val="30"/>
    <w:qFormat/>
    <w:rsid w:val="00BF68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PodebljaninavodniciChar">
    <w:name w:val="Podebljani navodnici Char"/>
    <w:basedOn w:val="Podrazumevanifontpasusa"/>
    <w:link w:val="Podebljaninavodnici"/>
    <w:uiPriority w:val="30"/>
    <w:rsid w:val="00BF68AF"/>
    <w:rPr>
      <w:i/>
      <w:iCs/>
      <w:color w:val="2F5496" w:themeColor="accent1" w:themeShade="BF"/>
    </w:rPr>
  </w:style>
  <w:style w:type="character" w:styleId="Izrazitareferenca">
    <w:name w:val="Intense Reference"/>
    <w:basedOn w:val="Podrazumevanifontpasusa"/>
    <w:uiPriority w:val="32"/>
    <w:qFormat/>
    <w:rsid w:val="00BF68AF"/>
    <w:rPr>
      <w:b/>
      <w:bCs/>
      <w:smallCaps/>
      <w:color w:val="2F5496" w:themeColor="accent1" w:themeShade="BF"/>
      <w:spacing w:val="5"/>
    </w:rPr>
  </w:style>
  <w:style w:type="table" w:styleId="Koordinatnamreatabele">
    <w:name w:val="Table Grid"/>
    <w:aliases w:val="表格样式,CV table,CV1,EY Table,Table Grid_mod,Table style,none,Table Grid (Appendix list)"/>
    <w:basedOn w:val="Normalnatabela"/>
    <w:uiPriority w:val="59"/>
    <w:rsid w:val="0028127D"/>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sussalistomChar">
    <w:name w:val="Pasus sa listom Char"/>
    <w:aliases w:val="List Paragraph (numbered (a)) Char,List Paragraph nowy Char,Bullets Char,References Char,Liste 1 Char,List Paragraph1 Char,Numbered List Paragraph Char,List Bullet Mary Char,Medium Grid 1 - Accent 21 Char,ReferencesCxSpLast Char"/>
    <w:link w:val="Pasussalistom"/>
    <w:uiPriority w:val="34"/>
    <w:qFormat/>
    <w:rsid w:val="0028127D"/>
    <w:rPr>
      <w:rFonts w:ascii="Aptos" w:hAnsi="Aptos"/>
    </w:rPr>
  </w:style>
  <w:style w:type="paragraph" w:styleId="Zaglavljestranice">
    <w:name w:val="header"/>
    <w:basedOn w:val="Normal"/>
    <w:link w:val="ZaglavljestraniceChar"/>
    <w:uiPriority w:val="99"/>
    <w:unhideWhenUsed/>
    <w:rsid w:val="0028127D"/>
    <w:pPr>
      <w:tabs>
        <w:tab w:val="center" w:pos="4680"/>
        <w:tab w:val="right" w:pos="9360"/>
      </w:tabs>
      <w:spacing w:after="0" w:line="240" w:lineRule="auto"/>
    </w:pPr>
  </w:style>
  <w:style w:type="character" w:customStyle="1" w:styleId="ZaglavljestraniceChar">
    <w:name w:val="Zaglavlje stranice Char"/>
    <w:basedOn w:val="Podrazumevanifontpasusa"/>
    <w:link w:val="Zaglavljestranice"/>
    <w:uiPriority w:val="99"/>
    <w:rsid w:val="0028127D"/>
    <w:rPr>
      <w:rFonts w:ascii="Aptos" w:hAnsi="Aptos"/>
    </w:rPr>
  </w:style>
  <w:style w:type="paragraph" w:styleId="Podnojestranice">
    <w:name w:val="footer"/>
    <w:basedOn w:val="Normal"/>
    <w:link w:val="PodnojestraniceChar"/>
    <w:uiPriority w:val="99"/>
    <w:unhideWhenUsed/>
    <w:rsid w:val="0028127D"/>
    <w:pPr>
      <w:tabs>
        <w:tab w:val="center" w:pos="4680"/>
        <w:tab w:val="right" w:pos="9360"/>
      </w:tabs>
      <w:spacing w:after="0" w:line="240" w:lineRule="auto"/>
    </w:pPr>
  </w:style>
  <w:style w:type="character" w:customStyle="1" w:styleId="PodnojestraniceChar">
    <w:name w:val="Podnožje stranice Char"/>
    <w:basedOn w:val="Podrazumevanifontpasusa"/>
    <w:link w:val="Podnojestranice"/>
    <w:uiPriority w:val="99"/>
    <w:rsid w:val="0028127D"/>
    <w:rPr>
      <w:rFonts w:ascii="Aptos" w:hAnsi="Aptos"/>
    </w:rPr>
  </w:style>
  <w:style w:type="paragraph" w:styleId="Znakzanabrajanjenalisti">
    <w:name w:val="List Bullet"/>
    <w:basedOn w:val="Normal"/>
    <w:uiPriority w:val="99"/>
    <w:unhideWhenUsed/>
    <w:rsid w:val="0028127D"/>
    <w:pPr>
      <w:numPr>
        <w:numId w:val="2"/>
      </w:numPr>
      <w:tabs>
        <w:tab w:val="clear" w:pos="360"/>
      </w:tabs>
      <w:spacing w:after="60"/>
      <w:contextualSpacing/>
    </w:pPr>
    <w:rPr>
      <w:rFonts w:asciiTheme="minorHAnsi" w:hAnsiTheme="minorHAnsi"/>
    </w:rPr>
  </w:style>
  <w:style w:type="paragraph" w:styleId="Natpis">
    <w:name w:val="caption"/>
    <w:basedOn w:val="Normal"/>
    <w:next w:val="Normal"/>
    <w:uiPriority w:val="35"/>
    <w:unhideWhenUsed/>
    <w:qFormat/>
    <w:rsid w:val="0028127D"/>
    <w:rPr>
      <w:rFonts w:asciiTheme="minorHAnsi" w:hAnsiTheme="minorHAnsi"/>
      <w:bCs/>
      <w:color w:val="2F5496" w:themeColor="accent1" w:themeShade="BF"/>
      <w:szCs w:val="18"/>
    </w:rPr>
  </w:style>
  <w:style w:type="paragraph" w:customStyle="1" w:styleId="RPFHeading1">
    <w:name w:val="RPF Heading 1"/>
    <w:basedOn w:val="Normal"/>
    <w:next w:val="Normal"/>
    <w:qFormat/>
    <w:rsid w:val="0028127D"/>
    <w:pPr>
      <w:keepNext/>
      <w:keepLines/>
      <w:pageBreakBefore/>
      <w:numPr>
        <w:numId w:val="3"/>
      </w:numPr>
      <w:spacing w:before="360" w:after="80"/>
      <w:outlineLvl w:val="0"/>
    </w:pPr>
    <w:rPr>
      <w:rFonts w:asciiTheme="minorHAnsi" w:eastAsiaTheme="majorEastAsia" w:hAnsiTheme="minorHAnsi" w:cstheme="majorBidi"/>
      <w:sz w:val="36"/>
      <w:szCs w:val="40"/>
      <w:lang w:val="en-GB"/>
    </w:rPr>
  </w:style>
  <w:style w:type="paragraph" w:customStyle="1" w:styleId="RPFHeading2">
    <w:name w:val="RPF Heading 2"/>
    <w:basedOn w:val="Normal"/>
    <w:next w:val="Normal"/>
    <w:unhideWhenUsed/>
    <w:qFormat/>
    <w:rsid w:val="0028127D"/>
    <w:pPr>
      <w:keepNext/>
      <w:keepLines/>
      <w:numPr>
        <w:numId w:val="4"/>
      </w:numPr>
      <w:spacing w:before="160" w:after="80"/>
      <w:outlineLvl w:val="1"/>
    </w:pPr>
    <w:rPr>
      <w:rFonts w:asciiTheme="minorHAnsi" w:eastAsiaTheme="majorEastAsia" w:hAnsiTheme="minorHAnsi" w:cstheme="majorBidi"/>
      <w:sz w:val="28"/>
      <w:szCs w:val="32"/>
      <w:lang w:val="en-GB"/>
    </w:rPr>
  </w:style>
  <w:style w:type="paragraph" w:styleId="Bezrazmaka">
    <w:name w:val="No Spacing"/>
    <w:link w:val="BezrazmakaChar"/>
    <w:uiPriority w:val="1"/>
    <w:qFormat/>
    <w:rsid w:val="0028127D"/>
    <w:pPr>
      <w:spacing w:after="0" w:line="240" w:lineRule="auto"/>
    </w:pPr>
    <w:rPr>
      <w:rFonts w:ascii="Aptos" w:hAnsi="Aptos"/>
      <w:sz w:val="28"/>
    </w:rPr>
  </w:style>
  <w:style w:type="paragraph" w:styleId="Teloteksta">
    <w:name w:val="Body Text"/>
    <w:basedOn w:val="Normal"/>
    <w:link w:val="TelotekstaChar"/>
    <w:uiPriority w:val="99"/>
    <w:unhideWhenUsed/>
    <w:rsid w:val="00986C58"/>
    <w:rPr>
      <w:rFonts w:asciiTheme="minorHAnsi" w:hAnsiTheme="minorHAnsi"/>
    </w:rPr>
  </w:style>
  <w:style w:type="character" w:customStyle="1" w:styleId="TelotekstaChar">
    <w:name w:val="Telo teksta Char"/>
    <w:basedOn w:val="Podrazumevanifontpasusa"/>
    <w:link w:val="Teloteksta"/>
    <w:uiPriority w:val="99"/>
    <w:rsid w:val="00986C58"/>
  </w:style>
  <w:style w:type="paragraph" w:styleId="Teloteksta2">
    <w:name w:val="Body Text 2"/>
    <w:basedOn w:val="Normal"/>
    <w:link w:val="Teloteksta2Char"/>
    <w:uiPriority w:val="99"/>
    <w:unhideWhenUsed/>
    <w:rsid w:val="00986C58"/>
    <w:pPr>
      <w:spacing w:line="480" w:lineRule="auto"/>
    </w:pPr>
    <w:rPr>
      <w:rFonts w:asciiTheme="minorHAnsi" w:hAnsiTheme="minorHAnsi"/>
    </w:rPr>
  </w:style>
  <w:style w:type="character" w:customStyle="1" w:styleId="Teloteksta2Char">
    <w:name w:val="Telo teksta 2 Char"/>
    <w:basedOn w:val="Podrazumevanifontpasusa"/>
    <w:link w:val="Teloteksta2"/>
    <w:uiPriority w:val="99"/>
    <w:rsid w:val="00986C58"/>
  </w:style>
  <w:style w:type="paragraph" w:styleId="Teloteksta3">
    <w:name w:val="Body Text 3"/>
    <w:basedOn w:val="Normal"/>
    <w:link w:val="Teloteksta3Char"/>
    <w:uiPriority w:val="99"/>
    <w:unhideWhenUsed/>
    <w:rsid w:val="00986C58"/>
    <w:rPr>
      <w:rFonts w:asciiTheme="minorHAnsi" w:hAnsiTheme="minorHAnsi"/>
      <w:sz w:val="16"/>
      <w:szCs w:val="16"/>
    </w:rPr>
  </w:style>
  <w:style w:type="character" w:customStyle="1" w:styleId="Teloteksta3Char">
    <w:name w:val="Telo teksta 3 Char"/>
    <w:basedOn w:val="Podrazumevanifontpasusa"/>
    <w:link w:val="Teloteksta3"/>
    <w:uiPriority w:val="99"/>
    <w:rsid w:val="00986C58"/>
    <w:rPr>
      <w:sz w:val="16"/>
      <w:szCs w:val="16"/>
    </w:rPr>
  </w:style>
  <w:style w:type="paragraph" w:styleId="Lista">
    <w:name w:val="List"/>
    <w:basedOn w:val="Normal"/>
    <w:uiPriority w:val="99"/>
    <w:unhideWhenUsed/>
    <w:rsid w:val="00986C58"/>
    <w:pPr>
      <w:ind w:left="360" w:hanging="360"/>
      <w:contextualSpacing/>
    </w:pPr>
    <w:rPr>
      <w:rFonts w:asciiTheme="minorHAnsi" w:hAnsiTheme="minorHAnsi"/>
    </w:rPr>
  </w:style>
  <w:style w:type="paragraph" w:styleId="Lista2">
    <w:name w:val="List 2"/>
    <w:basedOn w:val="Normal"/>
    <w:uiPriority w:val="99"/>
    <w:unhideWhenUsed/>
    <w:rsid w:val="00986C58"/>
    <w:pPr>
      <w:ind w:left="720" w:hanging="360"/>
      <w:contextualSpacing/>
    </w:pPr>
    <w:rPr>
      <w:rFonts w:asciiTheme="minorHAnsi" w:hAnsiTheme="minorHAnsi"/>
    </w:rPr>
  </w:style>
  <w:style w:type="paragraph" w:styleId="Lista3">
    <w:name w:val="List 3"/>
    <w:basedOn w:val="Normal"/>
    <w:uiPriority w:val="99"/>
    <w:unhideWhenUsed/>
    <w:rsid w:val="00986C58"/>
    <w:pPr>
      <w:ind w:left="1080" w:hanging="360"/>
      <w:contextualSpacing/>
    </w:pPr>
    <w:rPr>
      <w:rFonts w:asciiTheme="minorHAnsi" w:hAnsiTheme="minorHAnsi"/>
    </w:rPr>
  </w:style>
  <w:style w:type="paragraph" w:styleId="Listasaznakovimazanabrajanje2">
    <w:name w:val="List Bullet 2"/>
    <w:basedOn w:val="Normal"/>
    <w:uiPriority w:val="99"/>
    <w:unhideWhenUsed/>
    <w:rsid w:val="00986C58"/>
    <w:pPr>
      <w:numPr>
        <w:numId w:val="7"/>
      </w:numPr>
      <w:tabs>
        <w:tab w:val="clear" w:pos="720"/>
      </w:tabs>
      <w:ind w:left="0" w:firstLine="0"/>
      <w:contextualSpacing/>
    </w:pPr>
    <w:rPr>
      <w:rFonts w:asciiTheme="minorHAnsi" w:hAnsiTheme="minorHAnsi"/>
    </w:rPr>
  </w:style>
  <w:style w:type="paragraph" w:styleId="Listasaznakovimazanabrajanje3">
    <w:name w:val="List Bullet 3"/>
    <w:basedOn w:val="Normal"/>
    <w:uiPriority w:val="99"/>
    <w:unhideWhenUsed/>
    <w:rsid w:val="00986C58"/>
    <w:pPr>
      <w:numPr>
        <w:numId w:val="8"/>
      </w:numPr>
      <w:tabs>
        <w:tab w:val="clear" w:pos="1080"/>
      </w:tabs>
      <w:ind w:left="0" w:firstLine="0"/>
      <w:contextualSpacing/>
    </w:pPr>
    <w:rPr>
      <w:rFonts w:asciiTheme="minorHAnsi" w:hAnsiTheme="minorHAnsi"/>
    </w:rPr>
  </w:style>
  <w:style w:type="paragraph" w:styleId="Brojnalisti">
    <w:name w:val="List Number"/>
    <w:basedOn w:val="Normal"/>
    <w:uiPriority w:val="99"/>
    <w:unhideWhenUsed/>
    <w:rsid w:val="00986C58"/>
    <w:pPr>
      <w:numPr>
        <w:numId w:val="9"/>
      </w:numPr>
      <w:tabs>
        <w:tab w:val="clear" w:pos="360"/>
      </w:tabs>
      <w:spacing w:after="60"/>
      <w:ind w:left="0" w:firstLine="0"/>
      <w:contextualSpacing/>
    </w:pPr>
    <w:rPr>
      <w:rFonts w:asciiTheme="minorHAnsi" w:hAnsiTheme="minorHAnsi"/>
    </w:rPr>
  </w:style>
  <w:style w:type="paragraph" w:styleId="Listasabrojevima2">
    <w:name w:val="List Number 2"/>
    <w:basedOn w:val="Normal"/>
    <w:uiPriority w:val="99"/>
    <w:unhideWhenUsed/>
    <w:rsid w:val="00986C58"/>
    <w:pPr>
      <w:numPr>
        <w:numId w:val="10"/>
      </w:numPr>
      <w:tabs>
        <w:tab w:val="clear" w:pos="720"/>
      </w:tabs>
      <w:ind w:left="0" w:firstLine="0"/>
      <w:contextualSpacing/>
    </w:pPr>
    <w:rPr>
      <w:rFonts w:asciiTheme="minorHAnsi" w:hAnsiTheme="minorHAnsi"/>
    </w:rPr>
  </w:style>
  <w:style w:type="paragraph" w:styleId="Listasabrojevima3">
    <w:name w:val="List Number 3"/>
    <w:basedOn w:val="Normal"/>
    <w:uiPriority w:val="99"/>
    <w:unhideWhenUsed/>
    <w:rsid w:val="00986C58"/>
    <w:pPr>
      <w:numPr>
        <w:numId w:val="11"/>
      </w:numPr>
      <w:tabs>
        <w:tab w:val="clear" w:pos="1080"/>
      </w:tabs>
      <w:ind w:left="0" w:firstLine="0"/>
      <w:contextualSpacing/>
    </w:pPr>
    <w:rPr>
      <w:rFonts w:asciiTheme="minorHAnsi" w:hAnsiTheme="minorHAnsi"/>
    </w:rPr>
  </w:style>
  <w:style w:type="paragraph" w:styleId="Nastavakliste">
    <w:name w:val="List Continue"/>
    <w:basedOn w:val="Normal"/>
    <w:uiPriority w:val="99"/>
    <w:unhideWhenUsed/>
    <w:rsid w:val="00986C58"/>
    <w:pPr>
      <w:ind w:left="360"/>
      <w:contextualSpacing/>
    </w:pPr>
    <w:rPr>
      <w:rFonts w:asciiTheme="minorHAnsi" w:hAnsiTheme="minorHAnsi"/>
    </w:rPr>
  </w:style>
  <w:style w:type="paragraph" w:styleId="Nastavakliste2">
    <w:name w:val="List Continue 2"/>
    <w:basedOn w:val="Normal"/>
    <w:uiPriority w:val="99"/>
    <w:unhideWhenUsed/>
    <w:rsid w:val="00986C58"/>
    <w:pPr>
      <w:ind w:left="720"/>
      <w:contextualSpacing/>
    </w:pPr>
    <w:rPr>
      <w:rFonts w:asciiTheme="minorHAnsi" w:hAnsiTheme="minorHAnsi"/>
    </w:rPr>
  </w:style>
  <w:style w:type="paragraph" w:styleId="Nastavakliste3">
    <w:name w:val="List Continue 3"/>
    <w:basedOn w:val="Normal"/>
    <w:uiPriority w:val="99"/>
    <w:unhideWhenUsed/>
    <w:rsid w:val="00986C58"/>
    <w:pPr>
      <w:ind w:left="1080"/>
      <w:contextualSpacing/>
    </w:pPr>
    <w:rPr>
      <w:rFonts w:asciiTheme="minorHAnsi" w:hAnsiTheme="minorHAnsi"/>
    </w:rPr>
  </w:style>
  <w:style w:type="paragraph" w:styleId="Tekstmakroa">
    <w:name w:val="macro"/>
    <w:link w:val="TekstmakroaChar"/>
    <w:uiPriority w:val="99"/>
    <w:unhideWhenUsed/>
    <w:rsid w:val="00986C5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TekstmakroaChar">
    <w:name w:val="Tekst makroa Char"/>
    <w:basedOn w:val="Podrazumevanifontpasusa"/>
    <w:link w:val="Tekstmakroa"/>
    <w:uiPriority w:val="99"/>
    <w:rsid w:val="00986C58"/>
    <w:rPr>
      <w:rFonts w:ascii="Courier" w:eastAsiaTheme="minorEastAsia" w:hAnsi="Courier"/>
      <w:kern w:val="0"/>
      <w:sz w:val="20"/>
      <w:szCs w:val="20"/>
      <w14:ligatures w14:val="none"/>
    </w:rPr>
  </w:style>
  <w:style w:type="character" w:styleId="Naglaeno">
    <w:name w:val="Strong"/>
    <w:basedOn w:val="Podrazumevanifontpasusa"/>
    <w:uiPriority w:val="22"/>
    <w:qFormat/>
    <w:rsid w:val="00986C58"/>
    <w:rPr>
      <w:b/>
      <w:bCs/>
    </w:rPr>
  </w:style>
  <w:style w:type="character" w:styleId="Naglaavanje">
    <w:name w:val="Emphasis"/>
    <w:basedOn w:val="Podrazumevanifontpasusa"/>
    <w:uiPriority w:val="20"/>
    <w:qFormat/>
    <w:rsid w:val="00986C58"/>
    <w:rPr>
      <w:i/>
      <w:iCs/>
    </w:rPr>
  </w:style>
  <w:style w:type="character" w:styleId="Suptilnonaglaavanje">
    <w:name w:val="Subtle Emphasis"/>
    <w:basedOn w:val="Podrazumevanifontpasusa"/>
    <w:uiPriority w:val="19"/>
    <w:qFormat/>
    <w:rsid w:val="00986C58"/>
    <w:rPr>
      <w:i/>
      <w:iCs/>
      <w:color w:val="808080" w:themeColor="text1" w:themeTint="7F"/>
    </w:rPr>
  </w:style>
  <w:style w:type="character" w:styleId="Suptilnareferenca">
    <w:name w:val="Subtle Reference"/>
    <w:basedOn w:val="Podrazumevanifontpasusa"/>
    <w:uiPriority w:val="31"/>
    <w:qFormat/>
    <w:rsid w:val="00986C58"/>
    <w:rPr>
      <w:smallCaps/>
      <w:color w:val="ED7D31" w:themeColor="accent2"/>
      <w:u w:val="single"/>
    </w:rPr>
  </w:style>
  <w:style w:type="character" w:styleId="Naslovknjige">
    <w:name w:val="Book Title"/>
    <w:basedOn w:val="Podrazumevanifontpasusa"/>
    <w:uiPriority w:val="33"/>
    <w:qFormat/>
    <w:rsid w:val="00986C58"/>
    <w:rPr>
      <w:b/>
      <w:bCs/>
      <w:smallCaps/>
      <w:spacing w:val="5"/>
    </w:rPr>
  </w:style>
  <w:style w:type="paragraph" w:styleId="Naslovsadraja">
    <w:name w:val="TOC Heading"/>
    <w:basedOn w:val="Naslov1"/>
    <w:next w:val="Normal"/>
    <w:uiPriority w:val="39"/>
    <w:unhideWhenUsed/>
    <w:qFormat/>
    <w:rsid w:val="00986C58"/>
    <w:pPr>
      <w:numPr>
        <w:numId w:val="0"/>
      </w:numPr>
      <w:outlineLvl w:val="9"/>
    </w:pPr>
    <w:rPr>
      <w:rFonts w:asciiTheme="minorHAnsi" w:hAnsiTheme="minorHAnsi"/>
      <w:color w:val="auto"/>
      <w:sz w:val="36"/>
      <w:lang w:val="en-GB"/>
    </w:rPr>
  </w:style>
  <w:style w:type="table" w:styleId="Svetlosenenje">
    <w:name w:val="Light Shading"/>
    <w:basedOn w:val="Normalnatabela"/>
    <w:uiPriority w:val="60"/>
    <w:rsid w:val="00986C58"/>
    <w:pPr>
      <w:spacing w:after="0" w:line="240" w:lineRule="auto"/>
    </w:pPr>
    <w:rPr>
      <w:rFonts w:eastAsiaTheme="minorEastAsia"/>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naglaavanje1">
    <w:name w:val="Light Shading Accent 1"/>
    <w:basedOn w:val="Normalnatabela"/>
    <w:uiPriority w:val="60"/>
    <w:rsid w:val="00986C58"/>
    <w:pPr>
      <w:spacing w:after="0" w:line="240" w:lineRule="auto"/>
    </w:pPr>
    <w:rPr>
      <w:rFonts w:eastAsiaTheme="minorEastAsia"/>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vetlosenenjenaglaavanje2">
    <w:name w:val="Light Shading Accent 2"/>
    <w:basedOn w:val="Normalnatabela"/>
    <w:uiPriority w:val="60"/>
    <w:rsid w:val="00986C58"/>
    <w:pPr>
      <w:spacing w:after="0" w:line="240" w:lineRule="auto"/>
    </w:pPr>
    <w:rPr>
      <w:rFonts w:eastAsiaTheme="minorEastAsia"/>
      <w:color w:val="C45911" w:themeColor="accent2" w:themeShade="BF"/>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osenenjenaglaavanje3">
    <w:name w:val="Light Shading Accent 3"/>
    <w:basedOn w:val="Normalnatabela"/>
    <w:uiPriority w:val="60"/>
    <w:rsid w:val="00986C58"/>
    <w:pPr>
      <w:spacing w:after="0" w:line="240" w:lineRule="auto"/>
    </w:pPr>
    <w:rPr>
      <w:rFonts w:eastAsiaTheme="minorEastAsia"/>
      <w:color w:val="7B7B7B" w:themeColor="accent3" w:themeShade="BF"/>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osenenjenaglaavanje4">
    <w:name w:val="Light Shading Accent 4"/>
    <w:basedOn w:val="Normalnatabela"/>
    <w:uiPriority w:val="60"/>
    <w:rsid w:val="00986C58"/>
    <w:pPr>
      <w:spacing w:after="0" w:line="240" w:lineRule="auto"/>
    </w:pPr>
    <w:rPr>
      <w:rFonts w:eastAsiaTheme="minorEastAsia"/>
      <w:color w:val="BF8F00" w:themeColor="accent4" w:themeShade="BF"/>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osenenjenaglaavanje5">
    <w:name w:val="Light Shading Accent 5"/>
    <w:basedOn w:val="Normalnatabela"/>
    <w:uiPriority w:val="60"/>
    <w:rsid w:val="00986C58"/>
    <w:pPr>
      <w:spacing w:after="0" w:line="240" w:lineRule="auto"/>
    </w:pPr>
    <w:rPr>
      <w:rFonts w:eastAsiaTheme="minorEastAsia"/>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vetlosenenjenaglaavanje6">
    <w:name w:val="Light Shading Accent 6"/>
    <w:basedOn w:val="Normalnatabela"/>
    <w:uiPriority w:val="60"/>
    <w:rsid w:val="00986C58"/>
    <w:pPr>
      <w:spacing w:after="0" w:line="240" w:lineRule="auto"/>
    </w:pPr>
    <w:rPr>
      <w:rFonts w:eastAsiaTheme="minorEastAsia"/>
      <w:color w:val="538135" w:themeColor="accent6" w:themeShade="BF"/>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Svetlalista">
    <w:name w:val="Light List"/>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alistanaglaavanje1">
    <w:name w:val="Light List Accent 1"/>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vetlalistanaglaavanje2">
    <w:name w:val="Light List Accent 2"/>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alistanaglaavanje3">
    <w:name w:val="Light List Accent 3"/>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alistanaglaavanje4">
    <w:name w:val="Light List Accent 4"/>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alistanaglaavanje5">
    <w:name w:val="Light List Accent 5"/>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Svetlalistanaglaavanje6">
    <w:name w:val="Light List Accent 6"/>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akoordinatnamrea">
    <w:name w:val="Light Grid"/>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koordinatnamreanaglaavanje1">
    <w:name w:val="Light Grid Accent 1"/>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Svetlakoordinatnamreanaglaavanje2">
    <w:name w:val="Light Grid Accent 2"/>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akoordinatnamreanaglaavanje3">
    <w:name w:val="Light Grid Accent 3"/>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akoordinatnamreanaglaavanje4">
    <w:name w:val="Light Grid Accent 4"/>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akoordinatnamreanaglaavanje5">
    <w:name w:val="Light Grid Accent 5"/>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Svetlakoordinatnamreanaglaavanje6">
    <w:name w:val="Light Grid Accent 6"/>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rednjesenenje1">
    <w:name w:val="Medium Shading 1"/>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naglaavanje1">
    <w:name w:val="Medium Shading 1 Accent 1"/>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rednjesenenje1naglaavanje2">
    <w:name w:val="Medium Shading 1 Accent 2"/>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rednjesenenje1naglaavanje3">
    <w:name w:val="Medium Shading 1 Accent 3"/>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rednjesenenje1naglaavanje4">
    <w:name w:val="Medium Shading 1 Accent 4"/>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rednjesenenje1naglaavanje5">
    <w:name w:val="Medium Shading 1 Accent 5"/>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rednjesenenje1naglaavanje6">
    <w:name w:val="Medium Shading 1 Accent 6"/>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enenje2">
    <w:name w:val="Medium Shading 2"/>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1">
    <w:name w:val="Medium Shading 2 Accent 1"/>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2">
    <w:name w:val="Medium Shading 2 Accent 2"/>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3">
    <w:name w:val="Medium Shading 2 Accent 3"/>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4">
    <w:name w:val="Medium Shading 2 Accent 4"/>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5">
    <w:name w:val="Medium Shading 2 Accent 5"/>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6">
    <w:name w:val="Medium Shading 2 Accent 6"/>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lista1">
    <w:name w:val="Medium List 1"/>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alista1naglaavanje1">
    <w:name w:val="Medium List 1 Accent 1"/>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rednjalista1naglaavanje2">
    <w:name w:val="Medium List 1 Accent 2"/>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rednjalista1naglaavanje3">
    <w:name w:val="Medium List 1 Accent 3"/>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rednjalista1naglaavanje4">
    <w:name w:val="Medium List 1 Accent 4"/>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rednjalista1naglaavanje5">
    <w:name w:val="Medium List 1 Accent 5"/>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Srednjalista1naglaavanje6">
    <w:name w:val="Medium List 1 Accent 6"/>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rednjalista2">
    <w:name w:val="Medium List 2"/>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1">
    <w:name w:val="Medium List 2 Accent 1"/>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2">
    <w:name w:val="Medium List 2 Accent 2"/>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3">
    <w:name w:val="Medium List 2 Accent 3"/>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4">
    <w:name w:val="Medium List 2 Accent 4"/>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5">
    <w:name w:val="Medium List 2 Accent 5"/>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6">
    <w:name w:val="Medium List 2 Accent 6"/>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avanje1">
    <w:name w:val="Medium Grid 1 Accent 1"/>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rednjakoordinatnamrea1naglaavanje2">
    <w:name w:val="Medium Grid 1 Accent 2"/>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rednjakoordinatnamrea1naglaavanje3">
    <w:name w:val="Medium Grid 1 Accent 3"/>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rednjakoordinatnamrea1naglaavanje4">
    <w:name w:val="Medium Grid 1 Accent 4"/>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rednjakoordinatnamrea1naglaavanje5">
    <w:name w:val="Medium Grid 1 Accent 5"/>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Srednjakoordinatnamrea1naglaavanje6">
    <w:name w:val="Medium Grid 1 Accent 6"/>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rednjakoordinatnamrea2">
    <w:name w:val="Medium Grid 2"/>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avanje1">
    <w:name w:val="Medium Grid 2 Accent 1"/>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Srednjakoordinatnamrea2naglaavanje2">
    <w:name w:val="Medium Grid 2 Accent 2"/>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rednjakoordinatnamrea2naglaavanje3">
    <w:name w:val="Medium Grid 2 Accent 3"/>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rednjakoordinatnamrea2naglaavanje4">
    <w:name w:val="Medium Grid 2 Accent 4"/>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rednjakoordinatnamrea2naglaavanje5">
    <w:name w:val="Medium Grid 2 Accent 5"/>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Srednjakoordinatnamrea2naglaavanje6">
    <w:name w:val="Medium Grid 2 Accent 6"/>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avanje1">
    <w:name w:val="Medium Grid 3 Accent 1"/>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koordinatnamrea3naglaavanje2">
    <w:name w:val="Medium Grid 3 Accent 2"/>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rednjakoordinatnamrea3naglaavanje3">
    <w:name w:val="Medium Grid 3 Accent 3"/>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rednjakoordinatnamrea3naglaavanje4">
    <w:name w:val="Medium Grid 3 Accent 4"/>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rednjakoordinatnamrea3naglaavanje5">
    <w:name w:val="Medium Grid 3 Accent 5"/>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Srednjakoordinatnamrea3naglaavanje6">
    <w:name w:val="Medium Grid 3 Accent 6"/>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mnalista">
    <w:name w:val="Dark List"/>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alistanaglaavanje1">
    <w:name w:val="Dark List Accent 1"/>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Tamnalistanaglaavanje2">
    <w:name w:val="Dark List Accent 2"/>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amnalistanaglaavanje3">
    <w:name w:val="Dark List Accent 3"/>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amnalistanaglaavanje4">
    <w:name w:val="Dark List Accent 4"/>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amnalistanaglaavanje5">
    <w:name w:val="Dark List Accent 5"/>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Tamnalistanaglaavanje6">
    <w:name w:val="Dark List Accent 6"/>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Obojenosenenje">
    <w:name w:val="Colorful Shading"/>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enenjenaglaavanje1">
    <w:name w:val="Colorful Shading Accent 1"/>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Obojenosenenjenaglaavanje2">
    <w:name w:val="Colorful Shading Accent 2"/>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Obojenosenenjenaglaavanje3">
    <w:name w:val="Colorful Shading Accent 3"/>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Obojenosenenjenaglaavanje4">
    <w:name w:val="Colorful Shading Accent 4"/>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Obojenosenenjenaglaavanje5">
    <w:name w:val="Colorful Shading Accent 5"/>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Obojenosenenjenaglaavanje6">
    <w:name w:val="Colorful Shading Accent 6"/>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Obojenalista">
    <w:name w:val="Colorful List"/>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alistanaglaavanje1">
    <w:name w:val="Colorful List Accent 1"/>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Obojenalistanaglaavanje2">
    <w:name w:val="Colorful List Accent 2"/>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Obojenalistanaglaavanje3">
    <w:name w:val="Colorful List Accent 3"/>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Obojenalistanaglaavanje4">
    <w:name w:val="Colorful List Accent 4"/>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Obojenalistanaglaavanje5">
    <w:name w:val="Colorful List Accent 5"/>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Obojenalistanaglaavanje6">
    <w:name w:val="Colorful List Accent 6"/>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Obojenakoordinatnamrea">
    <w:name w:val="Colorful Grid"/>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avanje1">
    <w:name w:val="Colorful Grid Accent 1"/>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Obojenakoordinatnamreanaglaavanje2">
    <w:name w:val="Colorful Grid Accent 2"/>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Obojenakoordinatnamreanaglaavanje3">
    <w:name w:val="Colorful Grid Accent 3"/>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Obojenakoordinatnamreanaglaavanje4">
    <w:name w:val="Colorful Grid Accent 4"/>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Obojenakoordinatnamreanaglaavanje5">
    <w:name w:val="Colorful Grid Accent 5"/>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Obojenakoordinatnamreanaglaavanje6">
    <w:name w:val="Colorful Grid Accent 6"/>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SADRAJ1">
    <w:name w:val="toc 1"/>
    <w:basedOn w:val="Normal"/>
    <w:next w:val="Normal"/>
    <w:autoRedefine/>
    <w:uiPriority w:val="39"/>
    <w:unhideWhenUsed/>
    <w:rsid w:val="00986C58"/>
    <w:pPr>
      <w:spacing w:after="100"/>
    </w:pPr>
    <w:rPr>
      <w:rFonts w:asciiTheme="minorHAnsi" w:hAnsiTheme="minorHAnsi"/>
    </w:rPr>
  </w:style>
  <w:style w:type="paragraph" w:styleId="SADRAJ2">
    <w:name w:val="toc 2"/>
    <w:basedOn w:val="Normal"/>
    <w:next w:val="Normal"/>
    <w:autoRedefine/>
    <w:uiPriority w:val="39"/>
    <w:unhideWhenUsed/>
    <w:rsid w:val="00986C58"/>
    <w:pPr>
      <w:spacing w:after="100"/>
      <w:ind w:left="210"/>
    </w:pPr>
    <w:rPr>
      <w:rFonts w:asciiTheme="minorHAnsi" w:hAnsiTheme="minorHAnsi"/>
    </w:rPr>
  </w:style>
  <w:style w:type="paragraph" w:styleId="SADRAJ3">
    <w:name w:val="toc 3"/>
    <w:basedOn w:val="Normal"/>
    <w:next w:val="Normal"/>
    <w:autoRedefine/>
    <w:uiPriority w:val="39"/>
    <w:unhideWhenUsed/>
    <w:rsid w:val="00986C58"/>
    <w:pPr>
      <w:spacing w:after="100"/>
      <w:ind w:left="420"/>
    </w:pPr>
    <w:rPr>
      <w:rFonts w:asciiTheme="minorHAnsi" w:hAnsiTheme="minorHAnsi"/>
    </w:rPr>
  </w:style>
  <w:style w:type="character" w:styleId="Hiperveza">
    <w:name w:val="Hyperlink"/>
    <w:basedOn w:val="Podrazumevanifontpasusa"/>
    <w:uiPriority w:val="99"/>
    <w:unhideWhenUsed/>
    <w:rsid w:val="00986C58"/>
    <w:rPr>
      <w:color w:val="0563C1" w:themeColor="hyperlink"/>
      <w:u w:val="single"/>
    </w:rPr>
  </w:style>
  <w:style w:type="paragraph" w:styleId="SADRAJ4">
    <w:name w:val="toc 4"/>
    <w:basedOn w:val="Normal"/>
    <w:next w:val="Normal"/>
    <w:autoRedefine/>
    <w:uiPriority w:val="39"/>
    <w:unhideWhenUsed/>
    <w:rsid w:val="00986C58"/>
    <w:pPr>
      <w:spacing w:after="100"/>
      <w:ind w:left="720"/>
    </w:pPr>
    <w:rPr>
      <w:rFonts w:asciiTheme="minorHAnsi" w:hAnsiTheme="minorHAnsi"/>
      <w:lang w:eastAsia="en-ZA"/>
    </w:rPr>
  </w:style>
  <w:style w:type="paragraph" w:styleId="SADRAJ5">
    <w:name w:val="toc 5"/>
    <w:basedOn w:val="Normal"/>
    <w:next w:val="Normal"/>
    <w:autoRedefine/>
    <w:uiPriority w:val="39"/>
    <w:unhideWhenUsed/>
    <w:rsid w:val="00986C58"/>
    <w:pPr>
      <w:spacing w:after="100"/>
      <w:ind w:left="960"/>
    </w:pPr>
    <w:rPr>
      <w:rFonts w:asciiTheme="minorHAnsi" w:hAnsiTheme="minorHAnsi"/>
      <w:lang w:eastAsia="en-ZA"/>
    </w:rPr>
  </w:style>
  <w:style w:type="paragraph" w:styleId="SADRAJ6">
    <w:name w:val="toc 6"/>
    <w:basedOn w:val="Normal"/>
    <w:next w:val="Normal"/>
    <w:autoRedefine/>
    <w:uiPriority w:val="39"/>
    <w:unhideWhenUsed/>
    <w:rsid w:val="00986C58"/>
    <w:pPr>
      <w:spacing w:after="100"/>
      <w:ind w:left="1200"/>
    </w:pPr>
    <w:rPr>
      <w:rFonts w:asciiTheme="minorHAnsi" w:hAnsiTheme="minorHAnsi"/>
      <w:lang w:eastAsia="en-ZA"/>
    </w:rPr>
  </w:style>
  <w:style w:type="paragraph" w:styleId="SADRAJ7">
    <w:name w:val="toc 7"/>
    <w:basedOn w:val="Normal"/>
    <w:next w:val="Normal"/>
    <w:autoRedefine/>
    <w:uiPriority w:val="39"/>
    <w:unhideWhenUsed/>
    <w:rsid w:val="00986C58"/>
    <w:pPr>
      <w:spacing w:after="100"/>
      <w:ind w:left="1440"/>
    </w:pPr>
    <w:rPr>
      <w:rFonts w:asciiTheme="minorHAnsi" w:hAnsiTheme="minorHAnsi"/>
      <w:lang w:eastAsia="en-ZA"/>
    </w:rPr>
  </w:style>
  <w:style w:type="paragraph" w:styleId="SADRAJ8">
    <w:name w:val="toc 8"/>
    <w:basedOn w:val="Normal"/>
    <w:next w:val="Normal"/>
    <w:autoRedefine/>
    <w:uiPriority w:val="39"/>
    <w:unhideWhenUsed/>
    <w:rsid w:val="00986C58"/>
    <w:pPr>
      <w:spacing w:after="100"/>
      <w:ind w:left="1680"/>
    </w:pPr>
    <w:rPr>
      <w:rFonts w:asciiTheme="minorHAnsi" w:hAnsiTheme="minorHAnsi"/>
      <w:lang w:eastAsia="en-ZA"/>
    </w:rPr>
  </w:style>
  <w:style w:type="paragraph" w:styleId="SADRAJ9">
    <w:name w:val="toc 9"/>
    <w:basedOn w:val="Normal"/>
    <w:next w:val="Normal"/>
    <w:autoRedefine/>
    <w:uiPriority w:val="39"/>
    <w:unhideWhenUsed/>
    <w:rsid w:val="00986C58"/>
    <w:pPr>
      <w:spacing w:after="100"/>
      <w:ind w:left="1920"/>
    </w:pPr>
    <w:rPr>
      <w:rFonts w:asciiTheme="minorHAnsi" w:hAnsiTheme="minorHAnsi"/>
      <w:lang w:eastAsia="en-ZA"/>
    </w:rPr>
  </w:style>
  <w:style w:type="character" w:styleId="Nerazreenopominjanje">
    <w:name w:val="Unresolved Mention"/>
    <w:basedOn w:val="Podrazumevanifontpasusa"/>
    <w:uiPriority w:val="99"/>
    <w:semiHidden/>
    <w:unhideWhenUsed/>
    <w:rsid w:val="00986C58"/>
    <w:rPr>
      <w:color w:val="605E5C"/>
      <w:shd w:val="clear" w:color="auto" w:fill="E1DFDD"/>
    </w:rPr>
  </w:style>
  <w:style w:type="paragraph" w:styleId="NormalWeb">
    <w:name w:val="Normal (Web)"/>
    <w:basedOn w:val="Normal"/>
    <w:rsid w:val="00986C58"/>
    <w:pPr>
      <w:spacing w:before="100" w:beforeAutospacing="1" w:after="100" w:afterAutospacing="1"/>
    </w:pPr>
    <w:rPr>
      <w:rFonts w:ascii="Arial Unicode MS" w:eastAsia="Arial Unicode MS" w:hAnsi="Arial Unicode MS" w:cs="Arial Unicode MS"/>
      <w:color w:val="000000"/>
    </w:rPr>
  </w:style>
  <w:style w:type="paragraph" w:styleId="Tekstfusnote">
    <w:name w:val="footnote text"/>
    <w:aliases w:val="single space,footnote text,fn,FOOTNOTES,Geneva 9,Font: Geneva 9,Boston 10,f,ALTS FOOTNOTE,otnote Text,Footnote,ft"/>
    <w:basedOn w:val="Normal"/>
    <w:link w:val="TekstfusnoteChar"/>
    <w:uiPriority w:val="99"/>
    <w:rsid w:val="00986C58"/>
    <w:pPr>
      <w:spacing w:after="0"/>
    </w:pPr>
    <w:rPr>
      <w:rFonts w:asciiTheme="minorHAnsi" w:eastAsia="SimSun" w:hAnsiTheme="minorHAnsi"/>
      <w:sz w:val="20"/>
      <w:szCs w:val="20"/>
    </w:rPr>
  </w:style>
  <w:style w:type="character" w:customStyle="1" w:styleId="TekstfusnoteChar">
    <w:name w:val="Tekst fusnote Char"/>
    <w:aliases w:val="single space Char,footnote text Char,fn Char,FOOTNOTES Char,Geneva 9 Char,Font: Geneva 9 Char,Boston 10 Char,f Char,ALTS FOOTNOTE Char,otnote Text Char,Footnote Char,ft Char"/>
    <w:basedOn w:val="Podrazumevanifontpasusa"/>
    <w:link w:val="Tekstfusnote"/>
    <w:uiPriority w:val="99"/>
    <w:rsid w:val="00986C58"/>
    <w:rPr>
      <w:rFonts w:eastAsia="SimSun"/>
      <w:sz w:val="20"/>
      <w:szCs w:val="20"/>
    </w:rPr>
  </w:style>
  <w:style w:type="character" w:styleId="Referencafusnote">
    <w:name w:val="footnote reference"/>
    <w:aliases w:val="16 Point,Superscript 6 Point,ftref,Footnote Reference Number"/>
    <w:uiPriority w:val="99"/>
    <w:rsid w:val="00986C58"/>
    <w:rPr>
      <w:vertAlign w:val="superscript"/>
    </w:rPr>
  </w:style>
  <w:style w:type="character" w:styleId="Referencakomentara">
    <w:name w:val="annotation reference"/>
    <w:basedOn w:val="Podrazumevanifontpasusa"/>
    <w:semiHidden/>
    <w:unhideWhenUsed/>
    <w:rsid w:val="00986C58"/>
    <w:rPr>
      <w:sz w:val="16"/>
      <w:szCs w:val="16"/>
    </w:rPr>
  </w:style>
  <w:style w:type="paragraph" w:styleId="Tekstkomentara">
    <w:name w:val="annotation text"/>
    <w:basedOn w:val="Normal"/>
    <w:link w:val="TekstkomentaraChar"/>
    <w:uiPriority w:val="99"/>
    <w:unhideWhenUsed/>
    <w:rsid w:val="00986C58"/>
    <w:rPr>
      <w:rFonts w:asciiTheme="minorHAnsi" w:hAnsiTheme="minorHAnsi"/>
      <w:sz w:val="20"/>
      <w:szCs w:val="20"/>
    </w:rPr>
  </w:style>
  <w:style w:type="character" w:customStyle="1" w:styleId="TekstkomentaraChar">
    <w:name w:val="Tekst komentara Char"/>
    <w:basedOn w:val="Podrazumevanifontpasusa"/>
    <w:link w:val="Tekstkomentara"/>
    <w:uiPriority w:val="99"/>
    <w:rsid w:val="00986C58"/>
    <w:rPr>
      <w:sz w:val="20"/>
      <w:szCs w:val="20"/>
    </w:rPr>
  </w:style>
  <w:style w:type="paragraph" w:styleId="Temakomentara">
    <w:name w:val="annotation subject"/>
    <w:basedOn w:val="Tekstkomentara"/>
    <w:next w:val="Tekstkomentara"/>
    <w:link w:val="TemakomentaraChar"/>
    <w:uiPriority w:val="99"/>
    <w:semiHidden/>
    <w:unhideWhenUsed/>
    <w:rsid w:val="00986C58"/>
    <w:rPr>
      <w:b/>
      <w:bCs/>
    </w:rPr>
  </w:style>
  <w:style w:type="character" w:customStyle="1" w:styleId="TemakomentaraChar">
    <w:name w:val="Tema komentara Char"/>
    <w:basedOn w:val="TekstkomentaraChar"/>
    <w:link w:val="Temakomentara"/>
    <w:uiPriority w:val="99"/>
    <w:semiHidden/>
    <w:rsid w:val="00986C58"/>
    <w:rPr>
      <w:b/>
      <w:bCs/>
      <w:sz w:val="20"/>
      <w:szCs w:val="20"/>
    </w:rPr>
  </w:style>
  <w:style w:type="paragraph" w:customStyle="1" w:styleId="font-claude-response-body">
    <w:name w:val="font-claude-response-body"/>
    <w:basedOn w:val="Normal"/>
    <w:rsid w:val="00986C58"/>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986C58"/>
    <w:pPr>
      <w:numPr>
        <w:numId w:val="12"/>
      </w:numPr>
    </w:pPr>
  </w:style>
  <w:style w:type="numbering" w:customStyle="1" w:styleId="CurrentList2">
    <w:name w:val="Current List2"/>
    <w:uiPriority w:val="99"/>
    <w:rsid w:val="00986C58"/>
    <w:pPr>
      <w:numPr>
        <w:numId w:val="13"/>
      </w:numPr>
    </w:pPr>
  </w:style>
  <w:style w:type="paragraph" w:customStyle="1" w:styleId="RPFHeading3">
    <w:name w:val="RPF Heading 3"/>
    <w:basedOn w:val="Normal"/>
    <w:next w:val="Normal"/>
    <w:unhideWhenUsed/>
    <w:qFormat/>
    <w:rsid w:val="00986C58"/>
    <w:pPr>
      <w:keepNext/>
      <w:keepLines/>
      <w:spacing w:before="160" w:after="80"/>
      <w:outlineLvl w:val="2"/>
    </w:pPr>
    <w:rPr>
      <w:rFonts w:asciiTheme="minorHAnsi" w:eastAsiaTheme="majorEastAsia" w:hAnsiTheme="minorHAnsi" w:cstheme="majorBidi"/>
      <w:lang w:val="en-GB"/>
    </w:rPr>
  </w:style>
  <w:style w:type="paragraph" w:styleId="Tabelailustracija">
    <w:name w:val="table of figures"/>
    <w:basedOn w:val="Normal"/>
    <w:next w:val="Normal"/>
    <w:uiPriority w:val="99"/>
    <w:unhideWhenUsed/>
    <w:rsid w:val="00986C58"/>
    <w:pPr>
      <w:spacing w:after="0"/>
    </w:pPr>
    <w:rPr>
      <w:rFonts w:asciiTheme="minorHAnsi" w:hAnsiTheme="minorHAnsi"/>
    </w:rPr>
  </w:style>
  <w:style w:type="paragraph" w:customStyle="1" w:styleId="Para">
    <w:name w:val="Para"/>
    <w:basedOn w:val="Normal"/>
    <w:next w:val="Normalnouvlapasusa"/>
    <w:link w:val="ParaChar"/>
    <w:autoRedefine/>
    <w:qFormat/>
    <w:rsid w:val="00942AB3"/>
    <w:pPr>
      <w:tabs>
        <w:tab w:val="left" w:pos="426"/>
        <w:tab w:val="left" w:pos="852"/>
        <w:tab w:val="left" w:pos="1170"/>
      </w:tabs>
      <w:autoSpaceDE w:val="0"/>
      <w:autoSpaceDN w:val="0"/>
      <w:adjustRightInd w:val="0"/>
      <w:spacing w:before="240" w:after="240" w:line="240" w:lineRule="auto"/>
      <w:ind w:left="720" w:hanging="360"/>
    </w:pPr>
    <w:rPr>
      <w:rFonts w:asciiTheme="minorHAnsi" w:eastAsia="Times New Roman" w:hAnsiTheme="minorHAnsi" w:cstheme="minorHAnsi"/>
      <w:kern w:val="0"/>
      <w:lang w:val="en-GB"/>
      <w14:ligatures w14:val="none"/>
    </w:rPr>
  </w:style>
  <w:style w:type="character" w:customStyle="1" w:styleId="ParaChar">
    <w:name w:val="Para Char"/>
    <w:basedOn w:val="Podrazumevanifontpasusa"/>
    <w:link w:val="Para"/>
    <w:rsid w:val="00942AB3"/>
    <w:rPr>
      <w:rFonts w:eastAsia="Times New Roman" w:cstheme="minorHAnsi"/>
      <w:kern w:val="0"/>
      <w:lang w:val="en-GB"/>
      <w14:ligatures w14:val="none"/>
    </w:rPr>
  </w:style>
  <w:style w:type="paragraph" w:styleId="Normalnouvlapasusa">
    <w:name w:val="Normal Indent"/>
    <w:basedOn w:val="Normal"/>
    <w:uiPriority w:val="99"/>
    <w:unhideWhenUsed/>
    <w:rsid w:val="00986C58"/>
    <w:pPr>
      <w:ind w:left="720"/>
    </w:pPr>
    <w:rPr>
      <w:rFonts w:asciiTheme="minorHAnsi" w:hAnsiTheme="minorHAnsi"/>
    </w:rPr>
  </w:style>
  <w:style w:type="character" w:customStyle="1" w:styleId="BezrazmakaChar">
    <w:name w:val="Bez razmaka Char"/>
    <w:basedOn w:val="Podrazumevanifontpasusa"/>
    <w:link w:val="Bezrazmaka"/>
    <w:uiPriority w:val="1"/>
    <w:rsid w:val="00986C58"/>
    <w:rPr>
      <w:rFonts w:ascii="Aptos" w:hAnsi="Aptos"/>
      <w:sz w:val="28"/>
    </w:rPr>
  </w:style>
  <w:style w:type="character" w:styleId="Ispraenahiperveza">
    <w:name w:val="FollowedHyperlink"/>
    <w:basedOn w:val="Podrazumevanifontpasusa"/>
    <w:uiPriority w:val="99"/>
    <w:semiHidden/>
    <w:unhideWhenUsed/>
    <w:rsid w:val="00891FA2"/>
    <w:rPr>
      <w:color w:val="954F72" w:themeColor="followedHyperlink"/>
      <w:u w:val="single"/>
    </w:rPr>
  </w:style>
  <w:style w:type="paragraph" w:customStyle="1" w:styleId="TableParagraph">
    <w:name w:val="Table Paragraph"/>
    <w:basedOn w:val="Normal"/>
    <w:uiPriority w:val="1"/>
    <w:qFormat/>
    <w:rsid w:val="00521AF4"/>
    <w:pPr>
      <w:widowControl w:val="0"/>
      <w:autoSpaceDE w:val="0"/>
      <w:autoSpaceDN w:val="0"/>
      <w:spacing w:after="0" w:line="240" w:lineRule="auto"/>
      <w:ind w:left="115"/>
      <w:jc w:val="left"/>
    </w:pPr>
    <w:rPr>
      <w:rFonts w:ascii="Times New Roman" w:eastAsia="Times New Roman" w:hAnsi="Times New Roman" w:cs="Times New Roman"/>
      <w:kern w:val="0"/>
      <w14:ligatures w14:val="none"/>
    </w:rPr>
  </w:style>
  <w:style w:type="paragraph" w:styleId="Korektura">
    <w:name w:val="Revision"/>
    <w:hidden/>
    <w:uiPriority w:val="99"/>
    <w:semiHidden/>
    <w:rsid w:val="00C41D10"/>
    <w:pPr>
      <w:spacing w:after="0" w:line="240" w:lineRule="auto"/>
    </w:pPr>
    <w:rPr>
      <w:rFonts w:ascii="Aptos" w:hAnsi="Aptos"/>
    </w:rPr>
  </w:style>
  <w:style w:type="paragraph" w:customStyle="1" w:styleId="MainText">
    <w:name w:val="MainText"/>
    <w:basedOn w:val="Normal"/>
    <w:link w:val="MainTextChar"/>
    <w:rsid w:val="00DD0717"/>
    <w:pPr>
      <w:spacing w:after="120" w:line="269" w:lineRule="auto"/>
      <w:jc w:val="left"/>
    </w:pPr>
    <w:rPr>
      <w:rFonts w:ascii="Arial" w:eastAsia="Times New Roman" w:hAnsi="Arial" w:cs="Arial"/>
      <w:kern w:val="0"/>
      <w:sz w:val="20"/>
      <w:lang w:val="en-GB" w:eastAsia="zh-CN"/>
      <w14:ligatures w14:val="none"/>
    </w:rPr>
  </w:style>
  <w:style w:type="character" w:customStyle="1" w:styleId="MainTextChar">
    <w:name w:val="MainText Char"/>
    <w:link w:val="MainText"/>
    <w:rsid w:val="00DD0717"/>
    <w:rPr>
      <w:rFonts w:ascii="Arial" w:eastAsia="Times New Roman" w:hAnsi="Arial" w:cs="Arial"/>
      <w:kern w:val="0"/>
      <w:sz w:val="20"/>
      <w:lang w:val="en-GB" w:eastAsia="zh-CN"/>
      <w14:ligatures w14:val="none"/>
    </w:rPr>
  </w:style>
  <w:style w:type="character" w:styleId="Pomenite">
    <w:name w:val="Mention"/>
    <w:basedOn w:val="Podrazumevanifontpasusa"/>
    <w:uiPriority w:val="99"/>
    <w:unhideWhenUsed/>
    <w:rsid w:val="00E70F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1002">
      <w:bodyDiv w:val="1"/>
      <w:marLeft w:val="0"/>
      <w:marRight w:val="0"/>
      <w:marTop w:val="0"/>
      <w:marBottom w:val="0"/>
      <w:divBdr>
        <w:top w:val="none" w:sz="0" w:space="0" w:color="auto"/>
        <w:left w:val="none" w:sz="0" w:space="0" w:color="auto"/>
        <w:bottom w:val="none" w:sz="0" w:space="0" w:color="auto"/>
        <w:right w:val="none" w:sz="0" w:space="0" w:color="auto"/>
      </w:divBdr>
      <w:divsChild>
        <w:div w:id="29683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739447">
      <w:bodyDiv w:val="1"/>
      <w:marLeft w:val="0"/>
      <w:marRight w:val="0"/>
      <w:marTop w:val="0"/>
      <w:marBottom w:val="0"/>
      <w:divBdr>
        <w:top w:val="none" w:sz="0" w:space="0" w:color="auto"/>
        <w:left w:val="none" w:sz="0" w:space="0" w:color="auto"/>
        <w:bottom w:val="none" w:sz="0" w:space="0" w:color="auto"/>
        <w:right w:val="none" w:sz="0" w:space="0" w:color="auto"/>
      </w:divBdr>
      <w:divsChild>
        <w:div w:id="147097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13843">
      <w:bodyDiv w:val="1"/>
      <w:marLeft w:val="0"/>
      <w:marRight w:val="0"/>
      <w:marTop w:val="0"/>
      <w:marBottom w:val="0"/>
      <w:divBdr>
        <w:top w:val="none" w:sz="0" w:space="0" w:color="auto"/>
        <w:left w:val="none" w:sz="0" w:space="0" w:color="auto"/>
        <w:bottom w:val="none" w:sz="0" w:space="0" w:color="auto"/>
        <w:right w:val="none" w:sz="0" w:space="0" w:color="auto"/>
      </w:divBdr>
    </w:div>
    <w:div w:id="1706633421">
      <w:bodyDiv w:val="1"/>
      <w:marLeft w:val="0"/>
      <w:marRight w:val="0"/>
      <w:marTop w:val="0"/>
      <w:marBottom w:val="0"/>
      <w:divBdr>
        <w:top w:val="none" w:sz="0" w:space="0" w:color="auto"/>
        <w:left w:val="none" w:sz="0" w:space="0" w:color="auto"/>
        <w:bottom w:val="none" w:sz="0" w:space="0" w:color="auto"/>
        <w:right w:val="none" w:sz="0" w:space="0" w:color="auto"/>
      </w:divBdr>
    </w:div>
    <w:div w:id="1740133946">
      <w:bodyDiv w:val="1"/>
      <w:marLeft w:val="0"/>
      <w:marRight w:val="0"/>
      <w:marTop w:val="0"/>
      <w:marBottom w:val="0"/>
      <w:divBdr>
        <w:top w:val="none" w:sz="0" w:space="0" w:color="auto"/>
        <w:left w:val="none" w:sz="0" w:space="0" w:color="auto"/>
        <w:bottom w:val="none" w:sz="0" w:space="0" w:color="auto"/>
        <w:right w:val="none" w:sz="0" w:space="0" w:color="auto"/>
      </w:divBdr>
    </w:div>
    <w:div w:id="184550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CED809-6146-43BB-A824-479B9501736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9BC4349-B2E8-41BD-A027-966C9BE77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DE4EAE-EFFF-47C4-A2C3-3530D2BB4D1B}">
  <ds:schemaRefs>
    <ds:schemaRef ds:uri="http://schemas.openxmlformats.org/officeDocument/2006/bibliography"/>
  </ds:schemaRefs>
</ds:datastoreItem>
</file>

<file path=customXml/itemProps4.xml><?xml version="1.0" encoding="utf-8"?>
<ds:datastoreItem xmlns:ds="http://schemas.openxmlformats.org/officeDocument/2006/customXml" ds:itemID="{029AA0EF-0DBE-4F07-908D-5FD631F569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12</Pages>
  <Words>3172</Words>
  <Characters>18086</Characters>
  <Application>Microsoft Office Word</Application>
  <DocSecurity>0</DocSecurity>
  <Lines>150</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Alkadevi Morarji Patel</dc:creator>
  <cp:keywords/>
  <dc:description/>
  <cp:lastModifiedBy>Aleksandra Marković</cp:lastModifiedBy>
  <cp:revision>55</cp:revision>
  <dcterms:created xsi:type="dcterms:W3CDTF">2026-07-28T19:46:00Z</dcterms:created>
  <dcterms:modified xsi:type="dcterms:W3CDTF">2026-08-05T13:03:00Z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5f31eeae,18f3abc1,7773f1d0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2026-07-12T13:33:37Z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929265f7-9df6-4614-894e-23cf602dd497</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0x0101006062CDD345973248BF780505DED81650</vt:lpwstr>
  </property>
</Properties>
</file>